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E11D9" w14:textId="6A712F9E" w:rsidR="00ED37C1" w:rsidRDefault="007E38B6" w:rsidP="00CB0FEA">
      <w:pPr>
        <w:pStyle w:val="Heading1"/>
      </w:pPr>
      <w:r>
        <w:t>Junior</w:t>
      </w:r>
      <w:r w:rsidR="00CB0FEA">
        <w:t xml:space="preserve"> Grand Solstice Jump Challenge Summer and Winter Leagues </w:t>
      </w:r>
    </w:p>
    <w:tbl>
      <w:tblPr>
        <w:tblStyle w:val="GridTable4-Accent4"/>
        <w:tblW w:w="9413" w:type="dxa"/>
        <w:tblLook w:val="04A0" w:firstRow="1" w:lastRow="0" w:firstColumn="1" w:lastColumn="0" w:noHBand="0" w:noVBand="1"/>
      </w:tblPr>
      <w:tblGrid>
        <w:gridCol w:w="477"/>
        <w:gridCol w:w="1286"/>
        <w:gridCol w:w="607"/>
        <w:gridCol w:w="640"/>
        <w:gridCol w:w="616"/>
        <w:gridCol w:w="652"/>
        <w:gridCol w:w="835"/>
        <w:gridCol w:w="627"/>
        <w:gridCol w:w="669"/>
        <w:gridCol w:w="583"/>
        <w:gridCol w:w="628"/>
        <w:gridCol w:w="835"/>
        <w:gridCol w:w="958"/>
      </w:tblGrid>
      <w:tr w:rsidR="00A25CC4" w:rsidRPr="005C793D" w14:paraId="44EFE782" w14:textId="77777777" w:rsidTr="002941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09DB43C0" w14:textId="77777777" w:rsidR="00A25CC4" w:rsidRPr="005C793D" w:rsidRDefault="00A25CC4" w:rsidP="005C793D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744B5A1E" w14:textId="3B977C04" w:rsidR="00A25CC4" w:rsidRPr="005C793D" w:rsidRDefault="00A25CC4" w:rsidP="005C79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Rider</w:t>
            </w:r>
          </w:p>
        </w:tc>
        <w:tc>
          <w:tcPr>
            <w:tcW w:w="607" w:type="dxa"/>
            <w:hideMark/>
          </w:tcPr>
          <w:p w14:paraId="09CD2F9B" w14:textId="77777777" w:rsidR="00A25CC4" w:rsidRPr="005C793D" w:rsidRDefault="00A25CC4" w:rsidP="005C79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Jan</w:t>
            </w:r>
          </w:p>
        </w:tc>
        <w:tc>
          <w:tcPr>
            <w:tcW w:w="640" w:type="dxa"/>
            <w:hideMark/>
          </w:tcPr>
          <w:p w14:paraId="1FA806C8" w14:textId="77777777" w:rsidR="00A25CC4" w:rsidRPr="005C793D" w:rsidRDefault="00A25CC4" w:rsidP="005C79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Mar</w:t>
            </w:r>
          </w:p>
        </w:tc>
        <w:tc>
          <w:tcPr>
            <w:tcW w:w="616" w:type="dxa"/>
            <w:hideMark/>
          </w:tcPr>
          <w:p w14:paraId="0C18E659" w14:textId="77777777" w:rsidR="00A25CC4" w:rsidRPr="005C793D" w:rsidRDefault="00A25CC4" w:rsidP="005C79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Apr</w:t>
            </w:r>
          </w:p>
        </w:tc>
        <w:tc>
          <w:tcPr>
            <w:tcW w:w="652" w:type="dxa"/>
            <w:hideMark/>
          </w:tcPr>
          <w:p w14:paraId="3249A6F2" w14:textId="77777777" w:rsidR="00A25CC4" w:rsidRPr="005C793D" w:rsidRDefault="00A25CC4" w:rsidP="005C79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May</w:t>
            </w: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4E9657BF" w14:textId="77777777" w:rsidR="00A25CC4" w:rsidRPr="005C793D" w:rsidRDefault="00A25CC4" w:rsidP="005C79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Series 1 Total</w:t>
            </w:r>
          </w:p>
        </w:tc>
        <w:tc>
          <w:tcPr>
            <w:tcW w:w="627" w:type="dxa"/>
            <w:tcBorders>
              <w:left w:val="single" w:sz="24" w:space="0" w:color="auto"/>
            </w:tcBorders>
            <w:hideMark/>
          </w:tcPr>
          <w:p w14:paraId="78B11F50" w14:textId="77777777" w:rsidR="00A25CC4" w:rsidRPr="005C793D" w:rsidRDefault="00A25CC4" w:rsidP="005C79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July R1</w:t>
            </w:r>
          </w:p>
        </w:tc>
        <w:tc>
          <w:tcPr>
            <w:tcW w:w="669" w:type="dxa"/>
            <w:hideMark/>
          </w:tcPr>
          <w:p w14:paraId="3E0B339A" w14:textId="77777777" w:rsidR="00A25CC4" w:rsidRPr="005C793D" w:rsidRDefault="00A25CC4" w:rsidP="005C79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Sept R2</w:t>
            </w:r>
          </w:p>
        </w:tc>
        <w:tc>
          <w:tcPr>
            <w:tcW w:w="583" w:type="dxa"/>
            <w:hideMark/>
          </w:tcPr>
          <w:p w14:paraId="4EC77861" w14:textId="77777777" w:rsidR="00A25CC4" w:rsidRPr="005C793D" w:rsidRDefault="00A25CC4" w:rsidP="005C79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Oct R3</w:t>
            </w:r>
          </w:p>
        </w:tc>
        <w:tc>
          <w:tcPr>
            <w:tcW w:w="628" w:type="dxa"/>
            <w:hideMark/>
          </w:tcPr>
          <w:p w14:paraId="55620E7C" w14:textId="77777777" w:rsidR="00A25CC4" w:rsidRPr="005C793D" w:rsidRDefault="00A25CC4" w:rsidP="005C79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Nov R4</w:t>
            </w: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2DD27E72" w14:textId="77777777" w:rsidR="00A25CC4" w:rsidRPr="005C793D" w:rsidRDefault="00A25CC4" w:rsidP="005C79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Series 2 Total</w:t>
            </w:r>
          </w:p>
        </w:tc>
        <w:tc>
          <w:tcPr>
            <w:tcW w:w="958" w:type="dxa"/>
            <w:tcBorders>
              <w:left w:val="single" w:sz="24" w:space="0" w:color="auto"/>
            </w:tcBorders>
            <w:hideMark/>
          </w:tcPr>
          <w:p w14:paraId="7F499541" w14:textId="77777777" w:rsidR="00A25CC4" w:rsidRPr="005C793D" w:rsidRDefault="00A25CC4" w:rsidP="005C79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Overall Total</w:t>
            </w:r>
          </w:p>
        </w:tc>
      </w:tr>
      <w:tr w:rsidR="00A25CC4" w:rsidRPr="005C793D" w14:paraId="5B82DDF1" w14:textId="77777777" w:rsidTr="002941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2E34EC7B" w14:textId="5C4327D0" w:rsidR="00A25CC4" w:rsidRPr="005C793D" w:rsidRDefault="002941B4" w:rsidP="005C793D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 xml:space="preserve"> </w:t>
            </w:r>
            <w:r w:rsidR="00A25CC4">
              <w:rPr>
                <w:rFonts w:ascii="Cambria" w:eastAsia="Times New Roman" w:hAnsi="Cambria" w:cs="Segoe UI"/>
                <w:color w:val="000000"/>
                <w:lang w:val="en-GB" w:eastAsia="en-GB"/>
              </w:rPr>
              <w:t>1</w:t>
            </w:r>
          </w:p>
        </w:tc>
        <w:tc>
          <w:tcPr>
            <w:tcW w:w="1286" w:type="dxa"/>
            <w:hideMark/>
          </w:tcPr>
          <w:p w14:paraId="42913AAC" w14:textId="3BC2DA61" w:rsidR="00A25CC4" w:rsidRPr="005C793D" w:rsidRDefault="00A25CC4" w:rsidP="005C79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Chester Robison</w:t>
            </w:r>
          </w:p>
        </w:tc>
        <w:tc>
          <w:tcPr>
            <w:tcW w:w="607" w:type="dxa"/>
            <w:hideMark/>
          </w:tcPr>
          <w:p w14:paraId="5884A728" w14:textId="77777777" w:rsidR="00A25CC4" w:rsidRPr="005C793D" w:rsidRDefault="00A25CC4" w:rsidP="005C79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80</w:t>
            </w:r>
          </w:p>
        </w:tc>
        <w:tc>
          <w:tcPr>
            <w:tcW w:w="640" w:type="dxa"/>
            <w:hideMark/>
          </w:tcPr>
          <w:p w14:paraId="740D9F17" w14:textId="77777777" w:rsidR="00A25CC4" w:rsidRPr="005C793D" w:rsidRDefault="00A25CC4" w:rsidP="005C79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55</w:t>
            </w:r>
          </w:p>
        </w:tc>
        <w:tc>
          <w:tcPr>
            <w:tcW w:w="616" w:type="dxa"/>
            <w:hideMark/>
          </w:tcPr>
          <w:p w14:paraId="499D3555" w14:textId="77777777" w:rsidR="00A25CC4" w:rsidRPr="005C793D" w:rsidRDefault="00A25CC4" w:rsidP="005C79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100</w:t>
            </w:r>
          </w:p>
        </w:tc>
        <w:tc>
          <w:tcPr>
            <w:tcW w:w="652" w:type="dxa"/>
            <w:hideMark/>
          </w:tcPr>
          <w:p w14:paraId="2F13E103" w14:textId="77777777" w:rsidR="00A25CC4" w:rsidRPr="005C793D" w:rsidRDefault="00A25CC4" w:rsidP="005C79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100</w:t>
            </w: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28ABEF7B" w14:textId="77777777" w:rsidR="00A25CC4" w:rsidRPr="005C793D" w:rsidRDefault="00A25CC4" w:rsidP="005C79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335</w:t>
            </w:r>
          </w:p>
        </w:tc>
        <w:tc>
          <w:tcPr>
            <w:tcW w:w="627" w:type="dxa"/>
            <w:tcBorders>
              <w:left w:val="single" w:sz="24" w:space="0" w:color="auto"/>
            </w:tcBorders>
            <w:hideMark/>
          </w:tcPr>
          <w:p w14:paraId="670F0EC8" w14:textId="0399AFC9" w:rsidR="00A25CC4" w:rsidRPr="005C793D" w:rsidRDefault="00804115" w:rsidP="005C79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8</w:t>
            </w:r>
            <w:r w:rsidR="00A25CC4"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669" w:type="dxa"/>
            <w:hideMark/>
          </w:tcPr>
          <w:p w14:paraId="47B70B56" w14:textId="4A1EC98A" w:rsidR="00A25CC4" w:rsidRPr="005C793D" w:rsidRDefault="002941B4" w:rsidP="005C79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55</w:t>
            </w:r>
          </w:p>
        </w:tc>
        <w:tc>
          <w:tcPr>
            <w:tcW w:w="583" w:type="dxa"/>
            <w:hideMark/>
          </w:tcPr>
          <w:p w14:paraId="543AC5AC" w14:textId="77777777" w:rsidR="00A25CC4" w:rsidRPr="005C793D" w:rsidRDefault="00A25CC4" w:rsidP="005C79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6DBE32BF" w14:textId="77777777" w:rsidR="00A25CC4" w:rsidRPr="005C793D" w:rsidRDefault="00A25CC4" w:rsidP="005C79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34ADAC5E" w14:textId="0EED3B77" w:rsidR="00A25CC4" w:rsidRPr="005C793D" w:rsidRDefault="00683099" w:rsidP="005C79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135</w:t>
            </w:r>
            <w:r w:rsidR="00805BB9"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 xml:space="preserve"> 3</w:t>
            </w:r>
            <w:r w:rsidR="00805BB9" w:rsidRPr="00805BB9">
              <w:rPr>
                <w:rFonts w:ascii="Segoe UI" w:eastAsia="Times New Roman" w:hAnsi="Segoe UI" w:cs="Segoe UI"/>
                <w:color w:val="000000"/>
                <w:sz w:val="27"/>
                <w:szCs w:val="27"/>
                <w:vertAlign w:val="superscript"/>
                <w:lang w:val="en-GB" w:eastAsia="en-GB"/>
              </w:rPr>
              <w:t>rd</w:t>
            </w:r>
            <w:r w:rsidR="00805BB9"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 xml:space="preserve"> </w:t>
            </w:r>
          </w:p>
        </w:tc>
        <w:tc>
          <w:tcPr>
            <w:tcW w:w="958" w:type="dxa"/>
            <w:tcBorders>
              <w:left w:val="single" w:sz="24" w:space="0" w:color="auto"/>
            </w:tcBorders>
            <w:hideMark/>
          </w:tcPr>
          <w:p w14:paraId="05BA6A0B" w14:textId="25FF8A9F" w:rsidR="00A25CC4" w:rsidRPr="005C793D" w:rsidRDefault="00A25CC4" w:rsidP="005C79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4</w:t>
            </w:r>
            <w:r w:rsidR="00683099">
              <w:rPr>
                <w:rFonts w:ascii="Cambria" w:eastAsia="Times New Roman" w:hAnsi="Cambria" w:cs="Segoe UI"/>
                <w:color w:val="000000"/>
                <w:lang w:val="en-GB" w:eastAsia="en-GB"/>
              </w:rPr>
              <w:t>70</w:t>
            </w:r>
          </w:p>
        </w:tc>
      </w:tr>
      <w:tr w:rsidR="005E6497" w:rsidRPr="005C793D" w14:paraId="719C4169" w14:textId="77777777" w:rsidTr="002941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7D5D5CA3" w14:textId="4BDD929B" w:rsidR="005E6497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2</w:t>
            </w:r>
          </w:p>
        </w:tc>
        <w:tc>
          <w:tcPr>
            <w:tcW w:w="1286" w:type="dxa"/>
          </w:tcPr>
          <w:p w14:paraId="01B7C5DD" w14:textId="0440718F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Harry Greenslade</w:t>
            </w:r>
          </w:p>
        </w:tc>
        <w:tc>
          <w:tcPr>
            <w:tcW w:w="607" w:type="dxa"/>
          </w:tcPr>
          <w:p w14:paraId="022E7173" w14:textId="375131A6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100</w:t>
            </w:r>
          </w:p>
        </w:tc>
        <w:tc>
          <w:tcPr>
            <w:tcW w:w="640" w:type="dxa"/>
          </w:tcPr>
          <w:p w14:paraId="4AC30B2A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616" w:type="dxa"/>
          </w:tcPr>
          <w:p w14:paraId="3790388C" w14:textId="40EA77B5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55</w:t>
            </w:r>
          </w:p>
        </w:tc>
        <w:tc>
          <w:tcPr>
            <w:tcW w:w="652" w:type="dxa"/>
          </w:tcPr>
          <w:p w14:paraId="32D63371" w14:textId="7DFF42C0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70</w:t>
            </w: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5E80550F" w14:textId="44B0C473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225</w:t>
            </w:r>
          </w:p>
        </w:tc>
        <w:tc>
          <w:tcPr>
            <w:tcW w:w="627" w:type="dxa"/>
            <w:tcBorders>
              <w:left w:val="single" w:sz="24" w:space="0" w:color="auto"/>
            </w:tcBorders>
          </w:tcPr>
          <w:p w14:paraId="7C4C0693" w14:textId="4C6D3DA1" w:rsidR="005E6497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80</w:t>
            </w:r>
          </w:p>
        </w:tc>
        <w:tc>
          <w:tcPr>
            <w:tcW w:w="669" w:type="dxa"/>
          </w:tcPr>
          <w:p w14:paraId="0BA52559" w14:textId="15E218C4" w:rsidR="005E6497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100</w:t>
            </w:r>
          </w:p>
        </w:tc>
        <w:tc>
          <w:tcPr>
            <w:tcW w:w="583" w:type="dxa"/>
          </w:tcPr>
          <w:p w14:paraId="59968931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</w:tcPr>
          <w:p w14:paraId="7F1A1009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25E63769" w14:textId="72B5943A" w:rsidR="005E6497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1</w:t>
            </w: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80</w:t>
            </w:r>
            <w:r w:rsidR="00805BB9">
              <w:rPr>
                <w:rFonts w:ascii="Cambria" w:eastAsia="Times New Roman" w:hAnsi="Cambria" w:cs="Segoe UI"/>
                <w:color w:val="000000"/>
                <w:lang w:val="en-GB" w:eastAsia="en-GB"/>
              </w:rPr>
              <w:t xml:space="preserve"> 1st</w:t>
            </w:r>
          </w:p>
        </w:tc>
        <w:tc>
          <w:tcPr>
            <w:tcW w:w="958" w:type="dxa"/>
            <w:tcBorders>
              <w:left w:val="single" w:sz="24" w:space="0" w:color="auto"/>
            </w:tcBorders>
          </w:tcPr>
          <w:p w14:paraId="0BE880A7" w14:textId="3B5AFB3E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4</w:t>
            </w: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05</w:t>
            </w:r>
          </w:p>
        </w:tc>
      </w:tr>
      <w:tr w:rsidR="005E6497" w:rsidRPr="005C793D" w14:paraId="2A3D5B0D" w14:textId="77777777" w:rsidTr="002941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1F0E9344" w14:textId="0E4E22B9" w:rsidR="005E6497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3</w:t>
            </w:r>
          </w:p>
        </w:tc>
        <w:tc>
          <w:tcPr>
            <w:tcW w:w="1286" w:type="dxa"/>
          </w:tcPr>
          <w:p w14:paraId="0D34609D" w14:textId="7B23B3F0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Georgiana Bolt</w:t>
            </w:r>
          </w:p>
        </w:tc>
        <w:tc>
          <w:tcPr>
            <w:tcW w:w="607" w:type="dxa"/>
          </w:tcPr>
          <w:p w14:paraId="2D6B1066" w14:textId="23BAEECF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60</w:t>
            </w:r>
          </w:p>
        </w:tc>
        <w:tc>
          <w:tcPr>
            <w:tcW w:w="640" w:type="dxa"/>
          </w:tcPr>
          <w:p w14:paraId="7F60D6B8" w14:textId="55682EF9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80</w:t>
            </w:r>
          </w:p>
        </w:tc>
        <w:tc>
          <w:tcPr>
            <w:tcW w:w="616" w:type="dxa"/>
          </w:tcPr>
          <w:p w14:paraId="411A3D7D" w14:textId="18DEF401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80</w:t>
            </w:r>
          </w:p>
        </w:tc>
        <w:tc>
          <w:tcPr>
            <w:tcW w:w="652" w:type="dxa"/>
          </w:tcPr>
          <w:p w14:paraId="26B5CCF0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2783D593" w14:textId="3C439345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220</w:t>
            </w:r>
          </w:p>
        </w:tc>
        <w:tc>
          <w:tcPr>
            <w:tcW w:w="627" w:type="dxa"/>
            <w:tcBorders>
              <w:left w:val="single" w:sz="24" w:space="0" w:color="auto"/>
            </w:tcBorders>
          </w:tcPr>
          <w:p w14:paraId="07A53FB3" w14:textId="07758DCB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60</w:t>
            </w:r>
          </w:p>
        </w:tc>
        <w:tc>
          <w:tcPr>
            <w:tcW w:w="669" w:type="dxa"/>
          </w:tcPr>
          <w:p w14:paraId="69895A97" w14:textId="43CD626A" w:rsidR="005E6497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90</w:t>
            </w:r>
          </w:p>
        </w:tc>
        <w:tc>
          <w:tcPr>
            <w:tcW w:w="583" w:type="dxa"/>
          </w:tcPr>
          <w:p w14:paraId="55654545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</w:tcPr>
          <w:p w14:paraId="291F4FEB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3149BAC5" w14:textId="18C0177C" w:rsidR="005E6497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150</w:t>
            </w:r>
            <w:r w:rsidR="00805BB9">
              <w:rPr>
                <w:rFonts w:ascii="Cambria" w:eastAsia="Times New Roman" w:hAnsi="Cambria" w:cs="Segoe UI"/>
                <w:color w:val="000000"/>
                <w:lang w:val="en-GB" w:eastAsia="en-GB"/>
              </w:rPr>
              <w:t xml:space="preserve"> 2nd</w:t>
            </w:r>
          </w:p>
        </w:tc>
        <w:tc>
          <w:tcPr>
            <w:tcW w:w="958" w:type="dxa"/>
            <w:tcBorders>
              <w:left w:val="single" w:sz="24" w:space="0" w:color="auto"/>
            </w:tcBorders>
          </w:tcPr>
          <w:p w14:paraId="748EED95" w14:textId="312027C2" w:rsidR="005E6497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370</w:t>
            </w:r>
          </w:p>
        </w:tc>
      </w:tr>
      <w:tr w:rsidR="005E6497" w:rsidRPr="005C793D" w14:paraId="58BC9DFF" w14:textId="77777777" w:rsidTr="002941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7B4D48AF" w14:textId="384F873B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4</w:t>
            </w:r>
          </w:p>
        </w:tc>
        <w:tc>
          <w:tcPr>
            <w:tcW w:w="1286" w:type="dxa"/>
            <w:hideMark/>
          </w:tcPr>
          <w:p w14:paraId="46895E5C" w14:textId="3F60ECEC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Harrison Burtt-Jones</w:t>
            </w:r>
          </w:p>
        </w:tc>
        <w:tc>
          <w:tcPr>
            <w:tcW w:w="607" w:type="dxa"/>
            <w:hideMark/>
          </w:tcPr>
          <w:p w14:paraId="1EF5DA46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90</w:t>
            </w:r>
          </w:p>
        </w:tc>
        <w:tc>
          <w:tcPr>
            <w:tcW w:w="640" w:type="dxa"/>
            <w:hideMark/>
          </w:tcPr>
          <w:p w14:paraId="58C363A7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65</w:t>
            </w:r>
          </w:p>
        </w:tc>
        <w:tc>
          <w:tcPr>
            <w:tcW w:w="616" w:type="dxa"/>
            <w:hideMark/>
          </w:tcPr>
          <w:p w14:paraId="5AD2EEA9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55</w:t>
            </w:r>
          </w:p>
        </w:tc>
        <w:tc>
          <w:tcPr>
            <w:tcW w:w="652" w:type="dxa"/>
            <w:hideMark/>
          </w:tcPr>
          <w:p w14:paraId="691A9FEF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90</w:t>
            </w: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3D768C29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300</w:t>
            </w:r>
          </w:p>
        </w:tc>
        <w:tc>
          <w:tcPr>
            <w:tcW w:w="627" w:type="dxa"/>
            <w:tcBorders>
              <w:left w:val="single" w:sz="24" w:space="0" w:color="auto"/>
            </w:tcBorders>
            <w:hideMark/>
          </w:tcPr>
          <w:p w14:paraId="07EBCFCC" w14:textId="74721D38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5</w:t>
            </w: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669" w:type="dxa"/>
            <w:hideMark/>
          </w:tcPr>
          <w:p w14:paraId="7C8F82D9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289BB273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7819A3BD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0AAB922F" w14:textId="6E118D91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5</w:t>
            </w: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tcBorders>
              <w:left w:val="single" w:sz="24" w:space="0" w:color="auto"/>
            </w:tcBorders>
            <w:hideMark/>
          </w:tcPr>
          <w:p w14:paraId="7313C6C0" w14:textId="49348ECF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3</w:t>
            </w: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5</w:t>
            </w: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</w:tr>
      <w:tr w:rsidR="005E6497" w:rsidRPr="005C793D" w14:paraId="33B3F308" w14:textId="77777777" w:rsidTr="002941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69F82F1F" w14:textId="5D641D40" w:rsidR="005E6497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5</w:t>
            </w:r>
          </w:p>
        </w:tc>
        <w:tc>
          <w:tcPr>
            <w:tcW w:w="1286" w:type="dxa"/>
          </w:tcPr>
          <w:p w14:paraId="7134AE0C" w14:textId="46ECC24E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Isobel Perry</w:t>
            </w:r>
          </w:p>
        </w:tc>
        <w:tc>
          <w:tcPr>
            <w:tcW w:w="607" w:type="dxa"/>
          </w:tcPr>
          <w:p w14:paraId="0D05F0E2" w14:textId="03E6FB43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70</w:t>
            </w:r>
          </w:p>
        </w:tc>
        <w:tc>
          <w:tcPr>
            <w:tcW w:w="640" w:type="dxa"/>
          </w:tcPr>
          <w:p w14:paraId="37F6BE95" w14:textId="4F41F369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30</w:t>
            </w:r>
          </w:p>
        </w:tc>
        <w:tc>
          <w:tcPr>
            <w:tcW w:w="616" w:type="dxa"/>
          </w:tcPr>
          <w:p w14:paraId="0FFA219D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652" w:type="dxa"/>
          </w:tcPr>
          <w:p w14:paraId="09E84274" w14:textId="3023D438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90</w:t>
            </w: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2E4A1B62" w14:textId="69913059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190</w:t>
            </w:r>
          </w:p>
        </w:tc>
        <w:tc>
          <w:tcPr>
            <w:tcW w:w="627" w:type="dxa"/>
            <w:tcBorders>
              <w:left w:val="single" w:sz="24" w:space="0" w:color="auto"/>
            </w:tcBorders>
          </w:tcPr>
          <w:p w14:paraId="6C093DC4" w14:textId="01F8B588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75</w:t>
            </w:r>
          </w:p>
        </w:tc>
        <w:tc>
          <w:tcPr>
            <w:tcW w:w="669" w:type="dxa"/>
          </w:tcPr>
          <w:p w14:paraId="399366C3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583" w:type="dxa"/>
          </w:tcPr>
          <w:p w14:paraId="66DA29AB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</w:tcPr>
          <w:p w14:paraId="5A7D755D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1A0C4E60" w14:textId="3D58C4CD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75</w:t>
            </w:r>
          </w:p>
        </w:tc>
        <w:tc>
          <w:tcPr>
            <w:tcW w:w="958" w:type="dxa"/>
            <w:tcBorders>
              <w:left w:val="single" w:sz="24" w:space="0" w:color="auto"/>
            </w:tcBorders>
          </w:tcPr>
          <w:p w14:paraId="65276754" w14:textId="1182AE44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265</w:t>
            </w:r>
          </w:p>
        </w:tc>
      </w:tr>
      <w:tr w:rsidR="005E6497" w:rsidRPr="005C793D" w14:paraId="7E22CC5A" w14:textId="77777777" w:rsidTr="002941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29195921" w14:textId="285A0683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6</w:t>
            </w:r>
          </w:p>
        </w:tc>
        <w:tc>
          <w:tcPr>
            <w:tcW w:w="1286" w:type="dxa"/>
            <w:hideMark/>
          </w:tcPr>
          <w:p w14:paraId="57062F5B" w14:textId="5EEA6A8B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Rayah Cook</w:t>
            </w:r>
          </w:p>
        </w:tc>
        <w:tc>
          <w:tcPr>
            <w:tcW w:w="607" w:type="dxa"/>
            <w:hideMark/>
          </w:tcPr>
          <w:p w14:paraId="2353893B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80</w:t>
            </w:r>
          </w:p>
        </w:tc>
        <w:tc>
          <w:tcPr>
            <w:tcW w:w="640" w:type="dxa"/>
            <w:hideMark/>
          </w:tcPr>
          <w:p w14:paraId="56C467BC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16" w:type="dxa"/>
            <w:hideMark/>
          </w:tcPr>
          <w:p w14:paraId="47CC8631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60</w:t>
            </w:r>
          </w:p>
        </w:tc>
        <w:tc>
          <w:tcPr>
            <w:tcW w:w="652" w:type="dxa"/>
            <w:hideMark/>
          </w:tcPr>
          <w:p w14:paraId="0C44D90D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100</w:t>
            </w: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484773A1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240</w:t>
            </w:r>
          </w:p>
        </w:tc>
        <w:tc>
          <w:tcPr>
            <w:tcW w:w="627" w:type="dxa"/>
            <w:tcBorders>
              <w:left w:val="single" w:sz="24" w:space="0" w:color="auto"/>
            </w:tcBorders>
            <w:hideMark/>
          </w:tcPr>
          <w:p w14:paraId="782BD242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442E27F6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39BFD71E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0FAC7012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655411AB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tcBorders>
              <w:left w:val="single" w:sz="24" w:space="0" w:color="auto"/>
            </w:tcBorders>
            <w:hideMark/>
          </w:tcPr>
          <w:p w14:paraId="6536B0A0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240</w:t>
            </w:r>
          </w:p>
        </w:tc>
      </w:tr>
      <w:tr w:rsidR="005E6497" w:rsidRPr="005C793D" w14:paraId="2095EC37" w14:textId="77777777" w:rsidTr="002941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14CB42AC" w14:textId="47AED482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7</w:t>
            </w:r>
          </w:p>
        </w:tc>
        <w:tc>
          <w:tcPr>
            <w:tcW w:w="1286" w:type="dxa"/>
            <w:hideMark/>
          </w:tcPr>
          <w:p w14:paraId="7544D758" w14:textId="72246CDB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Olivia-rai Gaskin</w:t>
            </w:r>
          </w:p>
        </w:tc>
        <w:tc>
          <w:tcPr>
            <w:tcW w:w="607" w:type="dxa"/>
            <w:hideMark/>
          </w:tcPr>
          <w:p w14:paraId="6D064660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60</w:t>
            </w:r>
          </w:p>
        </w:tc>
        <w:tc>
          <w:tcPr>
            <w:tcW w:w="640" w:type="dxa"/>
            <w:hideMark/>
          </w:tcPr>
          <w:p w14:paraId="24C6B103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55</w:t>
            </w:r>
          </w:p>
        </w:tc>
        <w:tc>
          <w:tcPr>
            <w:tcW w:w="616" w:type="dxa"/>
            <w:hideMark/>
          </w:tcPr>
          <w:p w14:paraId="7581755C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52" w:type="dxa"/>
            <w:hideMark/>
          </w:tcPr>
          <w:p w14:paraId="0280503F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80</w:t>
            </w: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0F934440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195</w:t>
            </w:r>
          </w:p>
        </w:tc>
        <w:tc>
          <w:tcPr>
            <w:tcW w:w="627" w:type="dxa"/>
            <w:tcBorders>
              <w:left w:val="single" w:sz="24" w:space="0" w:color="auto"/>
            </w:tcBorders>
            <w:hideMark/>
          </w:tcPr>
          <w:p w14:paraId="1FAE0A0B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40</w:t>
            </w:r>
          </w:p>
        </w:tc>
        <w:tc>
          <w:tcPr>
            <w:tcW w:w="669" w:type="dxa"/>
            <w:hideMark/>
          </w:tcPr>
          <w:p w14:paraId="72C41AB7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6841CCB3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3F56D05C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00843164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40</w:t>
            </w:r>
          </w:p>
        </w:tc>
        <w:tc>
          <w:tcPr>
            <w:tcW w:w="958" w:type="dxa"/>
            <w:tcBorders>
              <w:left w:val="single" w:sz="24" w:space="0" w:color="auto"/>
            </w:tcBorders>
            <w:hideMark/>
          </w:tcPr>
          <w:p w14:paraId="6A67863E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235</w:t>
            </w:r>
          </w:p>
        </w:tc>
      </w:tr>
      <w:tr w:rsidR="005E6497" w:rsidRPr="005C793D" w14:paraId="24564AEA" w14:textId="77777777" w:rsidTr="002941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3F9D916C" w14:textId="168D20BB" w:rsidR="005E6497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8</w:t>
            </w:r>
          </w:p>
        </w:tc>
        <w:tc>
          <w:tcPr>
            <w:tcW w:w="1286" w:type="dxa"/>
          </w:tcPr>
          <w:p w14:paraId="1AE0AC1C" w14:textId="1272DC08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Ella Tucker</w:t>
            </w:r>
          </w:p>
        </w:tc>
        <w:tc>
          <w:tcPr>
            <w:tcW w:w="607" w:type="dxa"/>
          </w:tcPr>
          <w:p w14:paraId="383779C6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640" w:type="dxa"/>
          </w:tcPr>
          <w:p w14:paraId="43478555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616" w:type="dxa"/>
          </w:tcPr>
          <w:p w14:paraId="29D2F701" w14:textId="5B6FD168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90</w:t>
            </w:r>
          </w:p>
        </w:tc>
        <w:tc>
          <w:tcPr>
            <w:tcW w:w="652" w:type="dxa"/>
          </w:tcPr>
          <w:p w14:paraId="1D5AB523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3BE3B60A" w14:textId="6BC17874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90</w:t>
            </w:r>
          </w:p>
        </w:tc>
        <w:tc>
          <w:tcPr>
            <w:tcW w:w="627" w:type="dxa"/>
            <w:tcBorders>
              <w:left w:val="single" w:sz="24" w:space="0" w:color="auto"/>
            </w:tcBorders>
          </w:tcPr>
          <w:p w14:paraId="29CB6B8F" w14:textId="7836F16C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90</w:t>
            </w:r>
          </w:p>
        </w:tc>
        <w:tc>
          <w:tcPr>
            <w:tcW w:w="669" w:type="dxa"/>
          </w:tcPr>
          <w:p w14:paraId="7BEA2330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583" w:type="dxa"/>
          </w:tcPr>
          <w:p w14:paraId="6054EB43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</w:tcPr>
          <w:p w14:paraId="34D248E0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0242838F" w14:textId="6ED8C30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90</w:t>
            </w:r>
          </w:p>
        </w:tc>
        <w:tc>
          <w:tcPr>
            <w:tcW w:w="958" w:type="dxa"/>
            <w:tcBorders>
              <w:left w:val="single" w:sz="24" w:space="0" w:color="auto"/>
            </w:tcBorders>
          </w:tcPr>
          <w:p w14:paraId="4CBDB1AE" w14:textId="0CBEDB0F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180</w:t>
            </w:r>
          </w:p>
        </w:tc>
      </w:tr>
      <w:tr w:rsidR="005E6497" w:rsidRPr="005C793D" w14:paraId="18EF11D2" w14:textId="77777777" w:rsidTr="0030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1486BB54" w14:textId="3F2D513E" w:rsidR="005E6497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9</w:t>
            </w:r>
          </w:p>
        </w:tc>
        <w:tc>
          <w:tcPr>
            <w:tcW w:w="1286" w:type="dxa"/>
          </w:tcPr>
          <w:p w14:paraId="0FCD3865" w14:textId="713377AA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Scarlett Cooper</w:t>
            </w:r>
          </w:p>
        </w:tc>
        <w:tc>
          <w:tcPr>
            <w:tcW w:w="607" w:type="dxa"/>
          </w:tcPr>
          <w:p w14:paraId="4EF93AFB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640" w:type="dxa"/>
          </w:tcPr>
          <w:p w14:paraId="4A58832E" w14:textId="5E82BABA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90</w:t>
            </w:r>
          </w:p>
        </w:tc>
        <w:tc>
          <w:tcPr>
            <w:tcW w:w="616" w:type="dxa"/>
          </w:tcPr>
          <w:p w14:paraId="40AD46F0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652" w:type="dxa"/>
          </w:tcPr>
          <w:p w14:paraId="52874D1D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835" w:type="dxa"/>
          </w:tcPr>
          <w:p w14:paraId="2BA628E7" w14:textId="58426914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90</w:t>
            </w:r>
          </w:p>
        </w:tc>
        <w:tc>
          <w:tcPr>
            <w:tcW w:w="627" w:type="dxa"/>
          </w:tcPr>
          <w:p w14:paraId="207BF7D1" w14:textId="06C6199B" w:rsidR="005E6497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55</w:t>
            </w:r>
          </w:p>
        </w:tc>
        <w:tc>
          <w:tcPr>
            <w:tcW w:w="669" w:type="dxa"/>
          </w:tcPr>
          <w:p w14:paraId="4EDED4DB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583" w:type="dxa"/>
          </w:tcPr>
          <w:p w14:paraId="5598BDC8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</w:tcPr>
          <w:p w14:paraId="5FB594E5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</w:tcPr>
          <w:p w14:paraId="541DFCF7" w14:textId="78D11404" w:rsidR="005E6497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55</w:t>
            </w:r>
          </w:p>
        </w:tc>
        <w:tc>
          <w:tcPr>
            <w:tcW w:w="958" w:type="dxa"/>
          </w:tcPr>
          <w:p w14:paraId="1D7E7F87" w14:textId="07F9CCF3" w:rsidR="005E6497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160</w:t>
            </w:r>
          </w:p>
        </w:tc>
      </w:tr>
      <w:tr w:rsidR="005E6497" w:rsidRPr="005C793D" w14:paraId="2F0B2035" w14:textId="77777777" w:rsidTr="00305B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5B3E0BFA" w14:textId="35F6DC8D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10</w:t>
            </w:r>
          </w:p>
        </w:tc>
        <w:tc>
          <w:tcPr>
            <w:tcW w:w="1286" w:type="dxa"/>
          </w:tcPr>
          <w:p w14:paraId="5267EBEE" w14:textId="11A13CE5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Jorgie Forward</w:t>
            </w:r>
          </w:p>
        </w:tc>
        <w:tc>
          <w:tcPr>
            <w:tcW w:w="607" w:type="dxa"/>
          </w:tcPr>
          <w:p w14:paraId="77D2F0C9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640" w:type="dxa"/>
          </w:tcPr>
          <w:p w14:paraId="726C3B5D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616" w:type="dxa"/>
          </w:tcPr>
          <w:p w14:paraId="3D2E51CD" w14:textId="61DF6B11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70</w:t>
            </w:r>
          </w:p>
        </w:tc>
        <w:tc>
          <w:tcPr>
            <w:tcW w:w="652" w:type="dxa"/>
          </w:tcPr>
          <w:p w14:paraId="3504F86B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835" w:type="dxa"/>
          </w:tcPr>
          <w:p w14:paraId="1ABAFDA3" w14:textId="531B56C6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70</w:t>
            </w:r>
          </w:p>
        </w:tc>
        <w:tc>
          <w:tcPr>
            <w:tcW w:w="627" w:type="dxa"/>
          </w:tcPr>
          <w:p w14:paraId="12A104C0" w14:textId="5ADCBD79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55</w:t>
            </w:r>
          </w:p>
        </w:tc>
        <w:tc>
          <w:tcPr>
            <w:tcW w:w="669" w:type="dxa"/>
          </w:tcPr>
          <w:p w14:paraId="463FE582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583" w:type="dxa"/>
          </w:tcPr>
          <w:p w14:paraId="1C548911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</w:tcPr>
          <w:p w14:paraId="721B06AC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</w:tcPr>
          <w:p w14:paraId="11DBE8DA" w14:textId="615DB91A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55</w:t>
            </w:r>
          </w:p>
        </w:tc>
        <w:tc>
          <w:tcPr>
            <w:tcW w:w="958" w:type="dxa"/>
          </w:tcPr>
          <w:p w14:paraId="3C80AA1E" w14:textId="6392F4BB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125</w:t>
            </w:r>
          </w:p>
        </w:tc>
      </w:tr>
      <w:tr w:rsidR="005E6497" w:rsidRPr="005C793D" w14:paraId="65C23D99" w14:textId="77777777" w:rsidTr="0030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71B1AAFA" w14:textId="5A77D933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7426EEDA" w14:textId="765E4F95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Keira Self</w:t>
            </w:r>
          </w:p>
        </w:tc>
        <w:tc>
          <w:tcPr>
            <w:tcW w:w="607" w:type="dxa"/>
            <w:hideMark/>
          </w:tcPr>
          <w:p w14:paraId="14A62958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100</w:t>
            </w:r>
          </w:p>
        </w:tc>
        <w:tc>
          <w:tcPr>
            <w:tcW w:w="640" w:type="dxa"/>
            <w:hideMark/>
          </w:tcPr>
          <w:p w14:paraId="458CCA18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16" w:type="dxa"/>
            <w:hideMark/>
          </w:tcPr>
          <w:p w14:paraId="4531CC3E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2" w:type="dxa"/>
            <w:hideMark/>
          </w:tcPr>
          <w:p w14:paraId="227531FA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050B1A4B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100</w:t>
            </w:r>
          </w:p>
        </w:tc>
        <w:tc>
          <w:tcPr>
            <w:tcW w:w="627" w:type="dxa"/>
            <w:hideMark/>
          </w:tcPr>
          <w:p w14:paraId="15FC53E4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0C2AFE7D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6871BEC6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6EB0A910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0A52C3AD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242976E0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100</w:t>
            </w:r>
          </w:p>
        </w:tc>
      </w:tr>
      <w:tr w:rsidR="005E6497" w:rsidRPr="005C793D" w14:paraId="1330EDBF" w14:textId="77777777" w:rsidTr="00305B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27A8CA47" w14:textId="2F46A06A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67C208B2" w14:textId="47F92B29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Jessica Meyer</w:t>
            </w:r>
          </w:p>
        </w:tc>
        <w:tc>
          <w:tcPr>
            <w:tcW w:w="607" w:type="dxa"/>
            <w:hideMark/>
          </w:tcPr>
          <w:p w14:paraId="19D48702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40" w:type="dxa"/>
            <w:hideMark/>
          </w:tcPr>
          <w:p w14:paraId="094C1240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100</w:t>
            </w:r>
          </w:p>
        </w:tc>
        <w:tc>
          <w:tcPr>
            <w:tcW w:w="616" w:type="dxa"/>
            <w:hideMark/>
          </w:tcPr>
          <w:p w14:paraId="4664CF68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52" w:type="dxa"/>
            <w:hideMark/>
          </w:tcPr>
          <w:p w14:paraId="24759E6D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4F4B86AD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100</w:t>
            </w:r>
          </w:p>
        </w:tc>
        <w:tc>
          <w:tcPr>
            <w:tcW w:w="627" w:type="dxa"/>
            <w:hideMark/>
          </w:tcPr>
          <w:p w14:paraId="1F7A74D7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37E1155A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50FCEED8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1263A372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13821120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7FD7C1C0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100</w:t>
            </w:r>
          </w:p>
        </w:tc>
      </w:tr>
      <w:tr w:rsidR="005E6497" w:rsidRPr="005C793D" w14:paraId="3F0C1F7A" w14:textId="77777777" w:rsidTr="0030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0051F936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571D69C3" w14:textId="1164DEF6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Marnie Robison</w:t>
            </w:r>
          </w:p>
        </w:tc>
        <w:tc>
          <w:tcPr>
            <w:tcW w:w="607" w:type="dxa"/>
            <w:hideMark/>
          </w:tcPr>
          <w:p w14:paraId="1E6F5295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40" w:type="dxa"/>
            <w:hideMark/>
          </w:tcPr>
          <w:p w14:paraId="2FBFD175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100</w:t>
            </w:r>
          </w:p>
        </w:tc>
        <w:tc>
          <w:tcPr>
            <w:tcW w:w="616" w:type="dxa"/>
            <w:hideMark/>
          </w:tcPr>
          <w:p w14:paraId="6CD3393D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52" w:type="dxa"/>
            <w:hideMark/>
          </w:tcPr>
          <w:p w14:paraId="7E47BACA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20D5CB4D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100</w:t>
            </w:r>
          </w:p>
        </w:tc>
        <w:tc>
          <w:tcPr>
            <w:tcW w:w="627" w:type="dxa"/>
            <w:hideMark/>
          </w:tcPr>
          <w:p w14:paraId="44E4FC73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1FB59974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14CCAA2B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0AA901DA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10B8AD96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17E81F79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100</w:t>
            </w:r>
          </w:p>
        </w:tc>
      </w:tr>
      <w:tr w:rsidR="005E6497" w:rsidRPr="005C793D" w14:paraId="54E3699F" w14:textId="77777777" w:rsidTr="00305B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4382083F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4F205FD7" w14:textId="63D2401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Mary Saunders</w:t>
            </w:r>
          </w:p>
        </w:tc>
        <w:tc>
          <w:tcPr>
            <w:tcW w:w="607" w:type="dxa"/>
            <w:hideMark/>
          </w:tcPr>
          <w:p w14:paraId="280990C0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40" w:type="dxa"/>
            <w:hideMark/>
          </w:tcPr>
          <w:p w14:paraId="1202E0D5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6" w:type="dxa"/>
            <w:hideMark/>
          </w:tcPr>
          <w:p w14:paraId="1377FF02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100</w:t>
            </w:r>
          </w:p>
        </w:tc>
        <w:tc>
          <w:tcPr>
            <w:tcW w:w="652" w:type="dxa"/>
            <w:hideMark/>
          </w:tcPr>
          <w:p w14:paraId="7D7EA8F8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7F25299A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100</w:t>
            </w:r>
          </w:p>
        </w:tc>
        <w:tc>
          <w:tcPr>
            <w:tcW w:w="627" w:type="dxa"/>
            <w:hideMark/>
          </w:tcPr>
          <w:p w14:paraId="4FB9EE5B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2AFA0B2D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558B8953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65201608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1AFA2BCB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0A6EBA08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100</w:t>
            </w:r>
          </w:p>
        </w:tc>
      </w:tr>
      <w:tr w:rsidR="005E6497" w:rsidRPr="005C793D" w14:paraId="4DCD0B3F" w14:textId="77777777" w:rsidTr="0030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063ED601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3357D2C0" w14:textId="6E8340CF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 xml:space="preserve">Lucy </w:t>
            </w:r>
            <w:proofErr w:type="spellStart"/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Cann</w:t>
            </w:r>
            <w:proofErr w:type="spellEnd"/>
          </w:p>
        </w:tc>
        <w:tc>
          <w:tcPr>
            <w:tcW w:w="607" w:type="dxa"/>
            <w:hideMark/>
          </w:tcPr>
          <w:p w14:paraId="4B3CEF5C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40" w:type="dxa"/>
            <w:hideMark/>
          </w:tcPr>
          <w:p w14:paraId="7BB76D91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6" w:type="dxa"/>
            <w:hideMark/>
          </w:tcPr>
          <w:p w14:paraId="46F34903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100</w:t>
            </w:r>
          </w:p>
        </w:tc>
        <w:tc>
          <w:tcPr>
            <w:tcW w:w="652" w:type="dxa"/>
            <w:hideMark/>
          </w:tcPr>
          <w:p w14:paraId="7E44E34F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33D14B21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100</w:t>
            </w:r>
          </w:p>
        </w:tc>
        <w:tc>
          <w:tcPr>
            <w:tcW w:w="627" w:type="dxa"/>
            <w:hideMark/>
          </w:tcPr>
          <w:p w14:paraId="7F3C0D85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3DDFB408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4A0A758A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0E4C18C9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185F8ED8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24F7B44F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100</w:t>
            </w:r>
          </w:p>
        </w:tc>
      </w:tr>
      <w:tr w:rsidR="005E6497" w:rsidRPr="005C793D" w14:paraId="3C350FD0" w14:textId="77777777" w:rsidTr="00305B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11AAE0CE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4E3553D7" w14:textId="33A4A38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Isla Anderson</w:t>
            </w:r>
          </w:p>
        </w:tc>
        <w:tc>
          <w:tcPr>
            <w:tcW w:w="607" w:type="dxa"/>
            <w:hideMark/>
          </w:tcPr>
          <w:p w14:paraId="6EDE44C8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90</w:t>
            </w:r>
          </w:p>
        </w:tc>
        <w:tc>
          <w:tcPr>
            <w:tcW w:w="640" w:type="dxa"/>
            <w:hideMark/>
          </w:tcPr>
          <w:p w14:paraId="60019927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16" w:type="dxa"/>
            <w:hideMark/>
          </w:tcPr>
          <w:p w14:paraId="385D479B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2" w:type="dxa"/>
            <w:hideMark/>
          </w:tcPr>
          <w:p w14:paraId="6D90E85D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6B2F1691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90</w:t>
            </w:r>
          </w:p>
        </w:tc>
        <w:tc>
          <w:tcPr>
            <w:tcW w:w="627" w:type="dxa"/>
            <w:hideMark/>
          </w:tcPr>
          <w:p w14:paraId="0881B057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7256B03A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02B38AE0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3CE352C5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77EB2D87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143E7C59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90</w:t>
            </w:r>
          </w:p>
        </w:tc>
      </w:tr>
      <w:tr w:rsidR="005E6497" w:rsidRPr="005C793D" w14:paraId="6947FCB4" w14:textId="77777777" w:rsidTr="0030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1CAF29A5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</w:tcPr>
          <w:p w14:paraId="5AAC8237" w14:textId="51708B88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Kaitlyn Martin</w:t>
            </w:r>
          </w:p>
        </w:tc>
        <w:tc>
          <w:tcPr>
            <w:tcW w:w="607" w:type="dxa"/>
          </w:tcPr>
          <w:p w14:paraId="270C6826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40" w:type="dxa"/>
          </w:tcPr>
          <w:p w14:paraId="2204506D" w14:textId="65A5CEEC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45</w:t>
            </w:r>
          </w:p>
        </w:tc>
        <w:tc>
          <w:tcPr>
            <w:tcW w:w="616" w:type="dxa"/>
          </w:tcPr>
          <w:p w14:paraId="1A8E182D" w14:textId="250030DE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45</w:t>
            </w:r>
          </w:p>
        </w:tc>
        <w:tc>
          <w:tcPr>
            <w:tcW w:w="652" w:type="dxa"/>
          </w:tcPr>
          <w:p w14:paraId="58424120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835" w:type="dxa"/>
          </w:tcPr>
          <w:p w14:paraId="00C94D1C" w14:textId="135F752A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90</w:t>
            </w:r>
          </w:p>
        </w:tc>
        <w:tc>
          <w:tcPr>
            <w:tcW w:w="627" w:type="dxa"/>
          </w:tcPr>
          <w:p w14:paraId="459FCE8A" w14:textId="501E8ECB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70</w:t>
            </w:r>
          </w:p>
        </w:tc>
        <w:tc>
          <w:tcPr>
            <w:tcW w:w="669" w:type="dxa"/>
          </w:tcPr>
          <w:p w14:paraId="1EC353C9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</w:tcPr>
          <w:p w14:paraId="4672082E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</w:tcPr>
          <w:p w14:paraId="1FB0B577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</w:tcPr>
          <w:p w14:paraId="592E4728" w14:textId="5578CE3F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70</w:t>
            </w:r>
          </w:p>
        </w:tc>
        <w:tc>
          <w:tcPr>
            <w:tcW w:w="958" w:type="dxa"/>
          </w:tcPr>
          <w:p w14:paraId="5F6CBAD2" w14:textId="50A1C781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90</w:t>
            </w:r>
          </w:p>
        </w:tc>
      </w:tr>
      <w:tr w:rsidR="005E6497" w:rsidRPr="005C793D" w14:paraId="707E2CB4" w14:textId="77777777" w:rsidTr="00305B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717A9FAB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09B66D3F" w14:textId="06DD70B1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Hugh Dunn</w:t>
            </w:r>
          </w:p>
        </w:tc>
        <w:tc>
          <w:tcPr>
            <w:tcW w:w="607" w:type="dxa"/>
            <w:hideMark/>
          </w:tcPr>
          <w:p w14:paraId="3689B3EC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40" w:type="dxa"/>
            <w:hideMark/>
          </w:tcPr>
          <w:p w14:paraId="5BC83AC0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90</w:t>
            </w:r>
          </w:p>
        </w:tc>
        <w:tc>
          <w:tcPr>
            <w:tcW w:w="616" w:type="dxa"/>
            <w:hideMark/>
          </w:tcPr>
          <w:p w14:paraId="2B82C5AC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52" w:type="dxa"/>
            <w:hideMark/>
          </w:tcPr>
          <w:p w14:paraId="52E61CDE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60EE5221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90</w:t>
            </w:r>
          </w:p>
        </w:tc>
        <w:tc>
          <w:tcPr>
            <w:tcW w:w="627" w:type="dxa"/>
            <w:hideMark/>
          </w:tcPr>
          <w:p w14:paraId="31D1A1E4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523C82DD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76754CB9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0D0D3964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4F5F5F42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18D64E15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90</w:t>
            </w:r>
          </w:p>
        </w:tc>
      </w:tr>
      <w:tr w:rsidR="005E6497" w:rsidRPr="005C793D" w14:paraId="56FA1601" w14:textId="77777777" w:rsidTr="0030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5EAF2252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</w:tcPr>
          <w:p w14:paraId="3385F49F" w14:textId="4860A328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07" w:type="dxa"/>
          </w:tcPr>
          <w:p w14:paraId="35063BB9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40" w:type="dxa"/>
          </w:tcPr>
          <w:p w14:paraId="4B2DF861" w14:textId="3913D1B3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16" w:type="dxa"/>
          </w:tcPr>
          <w:p w14:paraId="3D9E88B7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52" w:type="dxa"/>
          </w:tcPr>
          <w:p w14:paraId="05EFA867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</w:tcPr>
          <w:p w14:paraId="561C3BAD" w14:textId="6E2C6B0D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27" w:type="dxa"/>
          </w:tcPr>
          <w:p w14:paraId="142A47E6" w14:textId="5347379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</w:tcPr>
          <w:p w14:paraId="3514F32F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</w:tcPr>
          <w:p w14:paraId="7FC2277D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</w:tcPr>
          <w:p w14:paraId="5671E94F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</w:tcPr>
          <w:p w14:paraId="6B106220" w14:textId="502269F2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958" w:type="dxa"/>
          </w:tcPr>
          <w:p w14:paraId="6E914B13" w14:textId="55379380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</w:tr>
      <w:tr w:rsidR="005E6497" w:rsidRPr="005C793D" w14:paraId="05D56AC0" w14:textId="77777777" w:rsidTr="00305B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185CB968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0EC007D7" w14:textId="4E973D6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Fletcher Watts</w:t>
            </w:r>
          </w:p>
        </w:tc>
        <w:tc>
          <w:tcPr>
            <w:tcW w:w="607" w:type="dxa"/>
            <w:hideMark/>
          </w:tcPr>
          <w:p w14:paraId="77F972AF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80</w:t>
            </w:r>
          </w:p>
        </w:tc>
        <w:tc>
          <w:tcPr>
            <w:tcW w:w="640" w:type="dxa"/>
            <w:hideMark/>
          </w:tcPr>
          <w:p w14:paraId="37B18A87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16" w:type="dxa"/>
            <w:hideMark/>
          </w:tcPr>
          <w:p w14:paraId="311C26B3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2" w:type="dxa"/>
            <w:hideMark/>
          </w:tcPr>
          <w:p w14:paraId="200569B6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0AB525F1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80</w:t>
            </w:r>
          </w:p>
        </w:tc>
        <w:tc>
          <w:tcPr>
            <w:tcW w:w="627" w:type="dxa"/>
            <w:hideMark/>
          </w:tcPr>
          <w:p w14:paraId="627D3237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77FC5380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261C4871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2613E31B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63FC444B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5FD4E801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80</w:t>
            </w:r>
          </w:p>
        </w:tc>
      </w:tr>
      <w:tr w:rsidR="005E6497" w:rsidRPr="005C793D" w14:paraId="70B9D3A1" w14:textId="77777777" w:rsidTr="0030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634DC49F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676CE8F1" w14:textId="384180F5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Alfie Knight</w:t>
            </w:r>
          </w:p>
        </w:tc>
        <w:tc>
          <w:tcPr>
            <w:tcW w:w="607" w:type="dxa"/>
            <w:hideMark/>
          </w:tcPr>
          <w:p w14:paraId="5831514C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40" w:type="dxa"/>
            <w:hideMark/>
          </w:tcPr>
          <w:p w14:paraId="7708B217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6" w:type="dxa"/>
            <w:hideMark/>
          </w:tcPr>
          <w:p w14:paraId="23A50243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80</w:t>
            </w:r>
          </w:p>
        </w:tc>
        <w:tc>
          <w:tcPr>
            <w:tcW w:w="652" w:type="dxa"/>
            <w:hideMark/>
          </w:tcPr>
          <w:p w14:paraId="0C547905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1FB35C88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80</w:t>
            </w:r>
          </w:p>
        </w:tc>
        <w:tc>
          <w:tcPr>
            <w:tcW w:w="627" w:type="dxa"/>
            <w:hideMark/>
          </w:tcPr>
          <w:p w14:paraId="3EF18B39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5376DDED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122CAD3C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56FE8BFF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7E4D8E20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00524F53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80</w:t>
            </w:r>
          </w:p>
        </w:tc>
      </w:tr>
      <w:tr w:rsidR="005E6497" w:rsidRPr="005C793D" w14:paraId="3CBD862F" w14:textId="77777777" w:rsidTr="00305B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09366456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23F8B556" w14:textId="397CF96E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Rosie Butcher</w:t>
            </w:r>
          </w:p>
        </w:tc>
        <w:tc>
          <w:tcPr>
            <w:tcW w:w="607" w:type="dxa"/>
            <w:hideMark/>
          </w:tcPr>
          <w:p w14:paraId="1751710C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40" w:type="dxa"/>
            <w:hideMark/>
          </w:tcPr>
          <w:p w14:paraId="2A6A93CE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6" w:type="dxa"/>
            <w:hideMark/>
          </w:tcPr>
          <w:p w14:paraId="55B51363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80</w:t>
            </w:r>
          </w:p>
        </w:tc>
        <w:tc>
          <w:tcPr>
            <w:tcW w:w="652" w:type="dxa"/>
            <w:hideMark/>
          </w:tcPr>
          <w:p w14:paraId="1EB596BB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37644EA3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80</w:t>
            </w:r>
          </w:p>
        </w:tc>
        <w:tc>
          <w:tcPr>
            <w:tcW w:w="627" w:type="dxa"/>
            <w:hideMark/>
          </w:tcPr>
          <w:p w14:paraId="1E29A0BA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3E07CD6C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4C607782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2BD596D0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3C076235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024F7163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80</w:t>
            </w:r>
          </w:p>
        </w:tc>
      </w:tr>
      <w:tr w:rsidR="005E6497" w:rsidRPr="005C793D" w14:paraId="6116F01D" w14:textId="77777777" w:rsidTr="0030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1B4B48B8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4DD17ACA" w14:textId="06B3F5BC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Neve Edwards</w:t>
            </w:r>
          </w:p>
        </w:tc>
        <w:tc>
          <w:tcPr>
            <w:tcW w:w="607" w:type="dxa"/>
            <w:hideMark/>
          </w:tcPr>
          <w:p w14:paraId="78606D53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40" w:type="dxa"/>
            <w:hideMark/>
          </w:tcPr>
          <w:p w14:paraId="264EF01B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6" w:type="dxa"/>
            <w:hideMark/>
          </w:tcPr>
          <w:p w14:paraId="3D5E0577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2" w:type="dxa"/>
            <w:hideMark/>
          </w:tcPr>
          <w:p w14:paraId="5B046EE9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80</w:t>
            </w:r>
          </w:p>
        </w:tc>
        <w:tc>
          <w:tcPr>
            <w:tcW w:w="835" w:type="dxa"/>
            <w:hideMark/>
          </w:tcPr>
          <w:p w14:paraId="541FC1D3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80</w:t>
            </w:r>
          </w:p>
        </w:tc>
        <w:tc>
          <w:tcPr>
            <w:tcW w:w="627" w:type="dxa"/>
            <w:hideMark/>
          </w:tcPr>
          <w:p w14:paraId="615BAC0B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14E40D85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0BE773E6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4955E418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7F1C46A1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7ACE8D7D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80</w:t>
            </w:r>
          </w:p>
        </w:tc>
      </w:tr>
      <w:tr w:rsidR="005E6497" w:rsidRPr="005C793D" w14:paraId="107DBB30" w14:textId="77777777" w:rsidTr="00305B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71233168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4806848B" w14:textId="32316D1F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Arya Neill</w:t>
            </w:r>
          </w:p>
        </w:tc>
        <w:tc>
          <w:tcPr>
            <w:tcW w:w="607" w:type="dxa"/>
            <w:hideMark/>
          </w:tcPr>
          <w:p w14:paraId="3D179393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40" w:type="dxa"/>
            <w:hideMark/>
          </w:tcPr>
          <w:p w14:paraId="4C854864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75</w:t>
            </w:r>
          </w:p>
        </w:tc>
        <w:tc>
          <w:tcPr>
            <w:tcW w:w="616" w:type="dxa"/>
            <w:hideMark/>
          </w:tcPr>
          <w:p w14:paraId="303703F0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52" w:type="dxa"/>
            <w:hideMark/>
          </w:tcPr>
          <w:p w14:paraId="499EDF56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6EEAB537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75</w:t>
            </w:r>
          </w:p>
        </w:tc>
        <w:tc>
          <w:tcPr>
            <w:tcW w:w="627" w:type="dxa"/>
            <w:hideMark/>
          </w:tcPr>
          <w:p w14:paraId="3D36EA0E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7EBDE44A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55EBD67B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5390003A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56659F37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1399DB46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75</w:t>
            </w:r>
          </w:p>
        </w:tc>
      </w:tr>
      <w:tr w:rsidR="005E6497" w:rsidRPr="005C793D" w14:paraId="7F8313E5" w14:textId="77777777" w:rsidTr="0030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5ADCF74E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0825F31E" w14:textId="6E2B5964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Lucy Bunting</w:t>
            </w:r>
          </w:p>
        </w:tc>
        <w:tc>
          <w:tcPr>
            <w:tcW w:w="607" w:type="dxa"/>
            <w:hideMark/>
          </w:tcPr>
          <w:p w14:paraId="32EC7268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40" w:type="dxa"/>
            <w:hideMark/>
          </w:tcPr>
          <w:p w14:paraId="33EDD593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6" w:type="dxa"/>
            <w:hideMark/>
          </w:tcPr>
          <w:p w14:paraId="4627416B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2" w:type="dxa"/>
            <w:hideMark/>
          </w:tcPr>
          <w:p w14:paraId="6B05779E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70</w:t>
            </w:r>
          </w:p>
        </w:tc>
        <w:tc>
          <w:tcPr>
            <w:tcW w:w="835" w:type="dxa"/>
            <w:hideMark/>
          </w:tcPr>
          <w:p w14:paraId="4BCAC8C1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70</w:t>
            </w:r>
          </w:p>
        </w:tc>
        <w:tc>
          <w:tcPr>
            <w:tcW w:w="627" w:type="dxa"/>
            <w:hideMark/>
          </w:tcPr>
          <w:p w14:paraId="3D8484BB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1FE4D400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28A5C437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7A653F01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192EFF14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3AFC6387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70</w:t>
            </w:r>
          </w:p>
        </w:tc>
      </w:tr>
      <w:tr w:rsidR="005E6497" w:rsidRPr="005C793D" w14:paraId="70B8B02C" w14:textId="77777777" w:rsidTr="00305B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1A46ED18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629F40EF" w14:textId="6A085595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Kenza Gaynor</w:t>
            </w:r>
          </w:p>
        </w:tc>
        <w:tc>
          <w:tcPr>
            <w:tcW w:w="607" w:type="dxa"/>
            <w:hideMark/>
          </w:tcPr>
          <w:p w14:paraId="128AFDB3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65</w:t>
            </w:r>
          </w:p>
        </w:tc>
        <w:tc>
          <w:tcPr>
            <w:tcW w:w="640" w:type="dxa"/>
            <w:hideMark/>
          </w:tcPr>
          <w:p w14:paraId="79336C94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16" w:type="dxa"/>
            <w:hideMark/>
          </w:tcPr>
          <w:p w14:paraId="44D95E94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2" w:type="dxa"/>
            <w:hideMark/>
          </w:tcPr>
          <w:p w14:paraId="620E347F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5600D915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65</w:t>
            </w:r>
          </w:p>
        </w:tc>
        <w:tc>
          <w:tcPr>
            <w:tcW w:w="627" w:type="dxa"/>
            <w:hideMark/>
          </w:tcPr>
          <w:p w14:paraId="7994D883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5E430A48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4CEE4D30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6D140CE4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353F7A98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5F4EE51F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65</w:t>
            </w:r>
          </w:p>
        </w:tc>
      </w:tr>
      <w:tr w:rsidR="005E6497" w:rsidRPr="005C793D" w14:paraId="00137B00" w14:textId="77777777" w:rsidTr="0030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57001D8D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784B86FC" w14:textId="2E028364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Bobbi Wynne-Evans</w:t>
            </w:r>
          </w:p>
        </w:tc>
        <w:tc>
          <w:tcPr>
            <w:tcW w:w="607" w:type="dxa"/>
            <w:hideMark/>
          </w:tcPr>
          <w:p w14:paraId="04866D42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60</w:t>
            </w:r>
          </w:p>
        </w:tc>
        <w:tc>
          <w:tcPr>
            <w:tcW w:w="640" w:type="dxa"/>
            <w:hideMark/>
          </w:tcPr>
          <w:p w14:paraId="341A2C42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16" w:type="dxa"/>
            <w:hideMark/>
          </w:tcPr>
          <w:p w14:paraId="6B20AB0D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2" w:type="dxa"/>
            <w:hideMark/>
          </w:tcPr>
          <w:p w14:paraId="5F4F1213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77754295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60</w:t>
            </w:r>
          </w:p>
        </w:tc>
        <w:tc>
          <w:tcPr>
            <w:tcW w:w="627" w:type="dxa"/>
            <w:hideMark/>
          </w:tcPr>
          <w:p w14:paraId="68884C9B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4FEFC786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3CC64B21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1E3CF699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23CD1B9C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0EA8E2DA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60</w:t>
            </w:r>
          </w:p>
        </w:tc>
      </w:tr>
      <w:tr w:rsidR="005E6497" w:rsidRPr="005C793D" w14:paraId="2C7BD632" w14:textId="77777777" w:rsidTr="00305B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2CF61A2B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06624C27" w14:textId="3A7A95AC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Hattie Rendel</w:t>
            </w:r>
          </w:p>
        </w:tc>
        <w:tc>
          <w:tcPr>
            <w:tcW w:w="607" w:type="dxa"/>
            <w:hideMark/>
          </w:tcPr>
          <w:p w14:paraId="04101A89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40" w:type="dxa"/>
            <w:hideMark/>
          </w:tcPr>
          <w:p w14:paraId="78D6BAE6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6" w:type="dxa"/>
            <w:hideMark/>
          </w:tcPr>
          <w:p w14:paraId="60CCFBFD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60</w:t>
            </w:r>
          </w:p>
        </w:tc>
        <w:tc>
          <w:tcPr>
            <w:tcW w:w="652" w:type="dxa"/>
            <w:hideMark/>
          </w:tcPr>
          <w:p w14:paraId="32EBF90B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21BDF690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60</w:t>
            </w:r>
          </w:p>
        </w:tc>
        <w:tc>
          <w:tcPr>
            <w:tcW w:w="627" w:type="dxa"/>
            <w:hideMark/>
          </w:tcPr>
          <w:p w14:paraId="0FA8A471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53B94A62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06676873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481EA4E5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5AA8C9F8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185914B3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60</w:t>
            </w:r>
          </w:p>
        </w:tc>
      </w:tr>
      <w:tr w:rsidR="005E6497" w:rsidRPr="005C793D" w14:paraId="31031AC2" w14:textId="77777777" w:rsidTr="0030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3E6A4BA4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25D4F45D" w14:textId="78569E10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Freya Hancock</w:t>
            </w:r>
          </w:p>
        </w:tc>
        <w:tc>
          <w:tcPr>
            <w:tcW w:w="607" w:type="dxa"/>
            <w:hideMark/>
          </w:tcPr>
          <w:p w14:paraId="75AF5019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40" w:type="dxa"/>
            <w:hideMark/>
          </w:tcPr>
          <w:p w14:paraId="61A0D7C0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6" w:type="dxa"/>
            <w:hideMark/>
          </w:tcPr>
          <w:p w14:paraId="7281C693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60</w:t>
            </w:r>
          </w:p>
        </w:tc>
        <w:tc>
          <w:tcPr>
            <w:tcW w:w="652" w:type="dxa"/>
            <w:hideMark/>
          </w:tcPr>
          <w:p w14:paraId="77ABEFD5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1A1CB717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60</w:t>
            </w:r>
          </w:p>
        </w:tc>
        <w:tc>
          <w:tcPr>
            <w:tcW w:w="627" w:type="dxa"/>
            <w:hideMark/>
          </w:tcPr>
          <w:p w14:paraId="5AA8B8CF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15C6B3AB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02E77221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041208A6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42E285AC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072EFF41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60</w:t>
            </w:r>
          </w:p>
        </w:tc>
      </w:tr>
      <w:tr w:rsidR="005E6497" w:rsidRPr="005C793D" w14:paraId="3839C377" w14:textId="77777777" w:rsidTr="00305B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0E2012FD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</w:tcPr>
          <w:p w14:paraId="7F853DB6" w14:textId="1445EB6F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Jordyn-Mae Hall</w:t>
            </w:r>
          </w:p>
        </w:tc>
        <w:tc>
          <w:tcPr>
            <w:tcW w:w="607" w:type="dxa"/>
          </w:tcPr>
          <w:p w14:paraId="359D6C19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40" w:type="dxa"/>
          </w:tcPr>
          <w:p w14:paraId="7348D405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6" w:type="dxa"/>
          </w:tcPr>
          <w:p w14:paraId="4BFAB4F5" w14:textId="5965C176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40</w:t>
            </w:r>
          </w:p>
        </w:tc>
        <w:tc>
          <w:tcPr>
            <w:tcW w:w="652" w:type="dxa"/>
          </w:tcPr>
          <w:p w14:paraId="6BFCFFA1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835" w:type="dxa"/>
          </w:tcPr>
          <w:p w14:paraId="63E7C184" w14:textId="2FBBB84A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40</w:t>
            </w:r>
          </w:p>
        </w:tc>
        <w:tc>
          <w:tcPr>
            <w:tcW w:w="627" w:type="dxa"/>
          </w:tcPr>
          <w:p w14:paraId="4CF7D2DF" w14:textId="4F99C25A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20</w:t>
            </w:r>
          </w:p>
        </w:tc>
        <w:tc>
          <w:tcPr>
            <w:tcW w:w="669" w:type="dxa"/>
          </w:tcPr>
          <w:p w14:paraId="5A61A0C2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</w:tcPr>
          <w:p w14:paraId="6E6113F5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</w:tcPr>
          <w:p w14:paraId="1D4783E9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</w:tcPr>
          <w:p w14:paraId="5B9C3651" w14:textId="5AEC6D3A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20</w:t>
            </w:r>
          </w:p>
        </w:tc>
        <w:tc>
          <w:tcPr>
            <w:tcW w:w="958" w:type="dxa"/>
          </w:tcPr>
          <w:p w14:paraId="12DCB5DE" w14:textId="2069926C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60</w:t>
            </w:r>
          </w:p>
        </w:tc>
      </w:tr>
      <w:tr w:rsidR="005E6497" w:rsidRPr="005C793D" w14:paraId="7A7C56F3" w14:textId="77777777" w:rsidTr="0030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664F714B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5F265C84" w14:textId="0EE4AF58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Hattie Rendle</w:t>
            </w:r>
          </w:p>
        </w:tc>
        <w:tc>
          <w:tcPr>
            <w:tcW w:w="607" w:type="dxa"/>
            <w:hideMark/>
          </w:tcPr>
          <w:p w14:paraId="5DB81E33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50</w:t>
            </w:r>
          </w:p>
        </w:tc>
        <w:tc>
          <w:tcPr>
            <w:tcW w:w="640" w:type="dxa"/>
            <w:hideMark/>
          </w:tcPr>
          <w:p w14:paraId="7B6B7A18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16" w:type="dxa"/>
            <w:hideMark/>
          </w:tcPr>
          <w:p w14:paraId="6537D650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2" w:type="dxa"/>
            <w:hideMark/>
          </w:tcPr>
          <w:p w14:paraId="2A25B4F9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039C7C3E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50</w:t>
            </w:r>
          </w:p>
        </w:tc>
        <w:tc>
          <w:tcPr>
            <w:tcW w:w="627" w:type="dxa"/>
            <w:hideMark/>
          </w:tcPr>
          <w:p w14:paraId="25570A73" w14:textId="66A06CAD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10</w:t>
            </w:r>
          </w:p>
        </w:tc>
        <w:tc>
          <w:tcPr>
            <w:tcW w:w="669" w:type="dxa"/>
            <w:hideMark/>
          </w:tcPr>
          <w:p w14:paraId="1738B2E6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7533E237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627A4ED1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092E8511" w14:textId="5796CBF5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10</w:t>
            </w:r>
          </w:p>
        </w:tc>
        <w:tc>
          <w:tcPr>
            <w:tcW w:w="958" w:type="dxa"/>
            <w:hideMark/>
          </w:tcPr>
          <w:p w14:paraId="58B3882F" w14:textId="6509AC31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6</w:t>
            </w: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</w:tr>
      <w:tr w:rsidR="005E6497" w:rsidRPr="005C793D" w14:paraId="3B83B9E9" w14:textId="77777777" w:rsidTr="00305B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30B4F944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0F20AD5A" w14:textId="10BA24FD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Edie Plume</w:t>
            </w:r>
          </w:p>
        </w:tc>
        <w:tc>
          <w:tcPr>
            <w:tcW w:w="607" w:type="dxa"/>
            <w:hideMark/>
          </w:tcPr>
          <w:p w14:paraId="73A71FF2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40" w:type="dxa"/>
            <w:hideMark/>
          </w:tcPr>
          <w:p w14:paraId="6D818757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6" w:type="dxa"/>
            <w:hideMark/>
          </w:tcPr>
          <w:p w14:paraId="1D31FB56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50</w:t>
            </w:r>
          </w:p>
        </w:tc>
        <w:tc>
          <w:tcPr>
            <w:tcW w:w="652" w:type="dxa"/>
            <w:hideMark/>
          </w:tcPr>
          <w:p w14:paraId="2183C6EB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5772F372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50</w:t>
            </w:r>
          </w:p>
        </w:tc>
        <w:tc>
          <w:tcPr>
            <w:tcW w:w="627" w:type="dxa"/>
            <w:hideMark/>
          </w:tcPr>
          <w:p w14:paraId="6FF24097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3BA4DB70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3E8337D2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4B014EDA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0C3AD9B0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48BDFC45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50</w:t>
            </w:r>
          </w:p>
        </w:tc>
      </w:tr>
      <w:tr w:rsidR="005E6497" w:rsidRPr="005C793D" w14:paraId="1C22A399" w14:textId="77777777" w:rsidTr="0030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1616EDB8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477FE720" w14:textId="29CB805E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Bonnie Edwards</w:t>
            </w:r>
          </w:p>
        </w:tc>
        <w:tc>
          <w:tcPr>
            <w:tcW w:w="607" w:type="dxa"/>
            <w:hideMark/>
          </w:tcPr>
          <w:p w14:paraId="10D29B68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40" w:type="dxa"/>
            <w:hideMark/>
          </w:tcPr>
          <w:p w14:paraId="7AA0A404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6" w:type="dxa"/>
            <w:hideMark/>
          </w:tcPr>
          <w:p w14:paraId="7FC13957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2" w:type="dxa"/>
            <w:hideMark/>
          </w:tcPr>
          <w:p w14:paraId="32C1C39B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50</w:t>
            </w:r>
          </w:p>
        </w:tc>
        <w:tc>
          <w:tcPr>
            <w:tcW w:w="835" w:type="dxa"/>
            <w:hideMark/>
          </w:tcPr>
          <w:p w14:paraId="4E79D4AB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50</w:t>
            </w:r>
          </w:p>
        </w:tc>
        <w:tc>
          <w:tcPr>
            <w:tcW w:w="627" w:type="dxa"/>
            <w:hideMark/>
          </w:tcPr>
          <w:p w14:paraId="32E08947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6AFF2482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59288683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02BD3007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2EE82741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1B36B0A0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50</w:t>
            </w:r>
          </w:p>
        </w:tc>
      </w:tr>
      <w:tr w:rsidR="005E6497" w:rsidRPr="005C793D" w14:paraId="4645F7A1" w14:textId="77777777" w:rsidTr="00305B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6518A203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77EAE445" w14:textId="08AA6E9C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Ivy Penny</w:t>
            </w:r>
          </w:p>
        </w:tc>
        <w:tc>
          <w:tcPr>
            <w:tcW w:w="607" w:type="dxa"/>
            <w:hideMark/>
          </w:tcPr>
          <w:p w14:paraId="0944140B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40" w:type="dxa"/>
            <w:hideMark/>
          </w:tcPr>
          <w:p w14:paraId="13C1AFE8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6" w:type="dxa"/>
            <w:hideMark/>
          </w:tcPr>
          <w:p w14:paraId="08861CD2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40</w:t>
            </w:r>
          </w:p>
        </w:tc>
        <w:tc>
          <w:tcPr>
            <w:tcW w:w="652" w:type="dxa"/>
            <w:hideMark/>
          </w:tcPr>
          <w:p w14:paraId="1C0C46FC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1E0BE8D9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40</w:t>
            </w:r>
          </w:p>
        </w:tc>
        <w:tc>
          <w:tcPr>
            <w:tcW w:w="627" w:type="dxa"/>
            <w:hideMark/>
          </w:tcPr>
          <w:p w14:paraId="49F08241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2AC1E503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6B7B5F0E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76FA9A69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0702B7F1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0E574D87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40</w:t>
            </w:r>
          </w:p>
        </w:tc>
      </w:tr>
      <w:tr w:rsidR="005E6497" w:rsidRPr="005C793D" w14:paraId="6DBDF0B3" w14:textId="77777777" w:rsidTr="0030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06A3793D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</w:tcPr>
          <w:p w14:paraId="0539AF30" w14:textId="2183540F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07" w:type="dxa"/>
          </w:tcPr>
          <w:p w14:paraId="110273CC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40" w:type="dxa"/>
          </w:tcPr>
          <w:p w14:paraId="262104CB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6" w:type="dxa"/>
          </w:tcPr>
          <w:p w14:paraId="5BC1B59D" w14:textId="1894DA31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52" w:type="dxa"/>
          </w:tcPr>
          <w:p w14:paraId="31612805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835" w:type="dxa"/>
          </w:tcPr>
          <w:p w14:paraId="77491570" w14:textId="6F57DBB6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27" w:type="dxa"/>
          </w:tcPr>
          <w:p w14:paraId="49C870C8" w14:textId="18C8EDCF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</w:tcPr>
          <w:p w14:paraId="299B95AE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</w:tcPr>
          <w:p w14:paraId="50C9F2B3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</w:tcPr>
          <w:p w14:paraId="6E70A999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</w:tcPr>
          <w:p w14:paraId="732733FC" w14:textId="3422093B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958" w:type="dxa"/>
          </w:tcPr>
          <w:p w14:paraId="42024FD8" w14:textId="516BEAF8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</w:tr>
      <w:tr w:rsidR="005E6497" w:rsidRPr="005C793D" w14:paraId="4F084AB9" w14:textId="77777777" w:rsidTr="00305B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32CCE72D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2AC7FE10" w14:textId="486EC298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 xml:space="preserve">Gwen </w:t>
            </w:r>
            <w:proofErr w:type="spellStart"/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Keywood</w:t>
            </w:r>
            <w:proofErr w:type="spellEnd"/>
          </w:p>
        </w:tc>
        <w:tc>
          <w:tcPr>
            <w:tcW w:w="607" w:type="dxa"/>
            <w:hideMark/>
          </w:tcPr>
          <w:p w14:paraId="556A692E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40" w:type="dxa"/>
            <w:hideMark/>
          </w:tcPr>
          <w:p w14:paraId="6E51DA7B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6" w:type="dxa"/>
            <w:hideMark/>
          </w:tcPr>
          <w:p w14:paraId="5537998B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35</w:t>
            </w:r>
          </w:p>
        </w:tc>
        <w:tc>
          <w:tcPr>
            <w:tcW w:w="652" w:type="dxa"/>
            <w:hideMark/>
          </w:tcPr>
          <w:p w14:paraId="510A42E3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11B4CCB1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35</w:t>
            </w:r>
          </w:p>
        </w:tc>
        <w:tc>
          <w:tcPr>
            <w:tcW w:w="627" w:type="dxa"/>
            <w:hideMark/>
          </w:tcPr>
          <w:p w14:paraId="601D6E0D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6413DB10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68C7D5B1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555DE22F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0DBAFAB8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59312FEC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35</w:t>
            </w:r>
          </w:p>
        </w:tc>
      </w:tr>
      <w:tr w:rsidR="005E6497" w:rsidRPr="005C793D" w14:paraId="00AFF9B1" w14:textId="77777777" w:rsidTr="0030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249F34DC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0C277AD2" w14:textId="79CD68E2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Lilly Gillbard</w:t>
            </w:r>
          </w:p>
        </w:tc>
        <w:tc>
          <w:tcPr>
            <w:tcW w:w="607" w:type="dxa"/>
            <w:hideMark/>
          </w:tcPr>
          <w:p w14:paraId="619F7512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40" w:type="dxa"/>
            <w:hideMark/>
          </w:tcPr>
          <w:p w14:paraId="3D5B28E1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30</w:t>
            </w:r>
          </w:p>
        </w:tc>
        <w:tc>
          <w:tcPr>
            <w:tcW w:w="616" w:type="dxa"/>
            <w:hideMark/>
          </w:tcPr>
          <w:p w14:paraId="6D3C0472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52" w:type="dxa"/>
            <w:hideMark/>
          </w:tcPr>
          <w:p w14:paraId="328378E9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78C240E8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30</w:t>
            </w:r>
          </w:p>
        </w:tc>
        <w:tc>
          <w:tcPr>
            <w:tcW w:w="627" w:type="dxa"/>
            <w:hideMark/>
          </w:tcPr>
          <w:p w14:paraId="4F41024F" w14:textId="0134C707" w:rsidR="005E6497" w:rsidRPr="005C793D" w:rsidRDefault="00B24083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20</w:t>
            </w:r>
          </w:p>
        </w:tc>
        <w:tc>
          <w:tcPr>
            <w:tcW w:w="669" w:type="dxa"/>
            <w:hideMark/>
          </w:tcPr>
          <w:p w14:paraId="0C027E9F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56C05F25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2D0EEFED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311716A3" w14:textId="29BBAF6B" w:rsidR="005E6497" w:rsidRPr="005C793D" w:rsidRDefault="00C62A96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20</w:t>
            </w:r>
          </w:p>
        </w:tc>
        <w:tc>
          <w:tcPr>
            <w:tcW w:w="958" w:type="dxa"/>
            <w:hideMark/>
          </w:tcPr>
          <w:p w14:paraId="5DCC4640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30</w:t>
            </w:r>
          </w:p>
        </w:tc>
      </w:tr>
      <w:tr w:rsidR="005E6497" w:rsidRPr="005C793D" w14:paraId="3B8A8EC3" w14:textId="77777777" w:rsidTr="00305B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08BD02AB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7A0AB91D" w14:textId="0ABB989E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Isla Gilbey</w:t>
            </w:r>
          </w:p>
        </w:tc>
        <w:tc>
          <w:tcPr>
            <w:tcW w:w="607" w:type="dxa"/>
            <w:hideMark/>
          </w:tcPr>
          <w:p w14:paraId="086C881F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40" w:type="dxa"/>
            <w:hideMark/>
          </w:tcPr>
          <w:p w14:paraId="46AED292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6" w:type="dxa"/>
            <w:hideMark/>
          </w:tcPr>
          <w:p w14:paraId="3BD1058E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29</w:t>
            </w:r>
          </w:p>
        </w:tc>
        <w:tc>
          <w:tcPr>
            <w:tcW w:w="652" w:type="dxa"/>
            <w:hideMark/>
          </w:tcPr>
          <w:p w14:paraId="5CCEDC3F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06E4378E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29</w:t>
            </w:r>
          </w:p>
        </w:tc>
        <w:tc>
          <w:tcPr>
            <w:tcW w:w="627" w:type="dxa"/>
            <w:hideMark/>
          </w:tcPr>
          <w:p w14:paraId="7C33EDD1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6F3763B5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3AF90F77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7FD313AE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5FA6F70A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23602C27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29</w:t>
            </w:r>
          </w:p>
        </w:tc>
      </w:tr>
      <w:tr w:rsidR="005E6497" w:rsidRPr="005C793D" w14:paraId="4B754516" w14:textId="77777777" w:rsidTr="0030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0D85759D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4D93AA54" w14:textId="561C1AA2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Lacey Lockley</w:t>
            </w:r>
          </w:p>
        </w:tc>
        <w:tc>
          <w:tcPr>
            <w:tcW w:w="607" w:type="dxa"/>
            <w:hideMark/>
          </w:tcPr>
          <w:p w14:paraId="34FA2A0A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40" w:type="dxa"/>
            <w:hideMark/>
          </w:tcPr>
          <w:p w14:paraId="7C2B8D15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25</w:t>
            </w:r>
          </w:p>
        </w:tc>
        <w:tc>
          <w:tcPr>
            <w:tcW w:w="616" w:type="dxa"/>
            <w:hideMark/>
          </w:tcPr>
          <w:p w14:paraId="2DD05B76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52" w:type="dxa"/>
            <w:hideMark/>
          </w:tcPr>
          <w:p w14:paraId="2D518906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2C0265C6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25</w:t>
            </w:r>
          </w:p>
        </w:tc>
        <w:tc>
          <w:tcPr>
            <w:tcW w:w="627" w:type="dxa"/>
            <w:hideMark/>
          </w:tcPr>
          <w:p w14:paraId="7307386A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770C3264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29F61825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610919FB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3536AA85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0D387F38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25</w:t>
            </w:r>
          </w:p>
        </w:tc>
      </w:tr>
      <w:tr w:rsidR="005E6497" w:rsidRPr="005C793D" w14:paraId="7F421A7F" w14:textId="77777777" w:rsidTr="00305B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27EB4395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6CE82A3E" w14:textId="53FDC28E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proofErr w:type="spellStart"/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Amianne</w:t>
            </w:r>
            <w:proofErr w:type="spellEnd"/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 xml:space="preserve"> Collins</w:t>
            </w:r>
          </w:p>
        </w:tc>
        <w:tc>
          <w:tcPr>
            <w:tcW w:w="607" w:type="dxa"/>
            <w:hideMark/>
          </w:tcPr>
          <w:p w14:paraId="21A970C8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40" w:type="dxa"/>
            <w:hideMark/>
          </w:tcPr>
          <w:p w14:paraId="7C585DA1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6" w:type="dxa"/>
            <w:hideMark/>
          </w:tcPr>
          <w:p w14:paraId="650CD36F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20</w:t>
            </w:r>
          </w:p>
        </w:tc>
        <w:tc>
          <w:tcPr>
            <w:tcW w:w="652" w:type="dxa"/>
            <w:hideMark/>
          </w:tcPr>
          <w:p w14:paraId="38184388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15E39C10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20</w:t>
            </w:r>
          </w:p>
        </w:tc>
        <w:tc>
          <w:tcPr>
            <w:tcW w:w="627" w:type="dxa"/>
            <w:hideMark/>
          </w:tcPr>
          <w:p w14:paraId="57E6DB9E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4E841304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3BDA5965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42A44278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3296DA13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6038D4A1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20</w:t>
            </w:r>
          </w:p>
        </w:tc>
      </w:tr>
      <w:tr w:rsidR="005E6497" w:rsidRPr="005C793D" w14:paraId="002D9445" w14:textId="77777777" w:rsidTr="0030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3BBCB493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25FF7D90" w14:textId="078C6294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Raffles Plume</w:t>
            </w:r>
          </w:p>
        </w:tc>
        <w:tc>
          <w:tcPr>
            <w:tcW w:w="607" w:type="dxa"/>
            <w:hideMark/>
          </w:tcPr>
          <w:p w14:paraId="5580C7DD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40" w:type="dxa"/>
            <w:hideMark/>
          </w:tcPr>
          <w:p w14:paraId="48805F39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6" w:type="dxa"/>
            <w:hideMark/>
          </w:tcPr>
          <w:p w14:paraId="7FD1E3CC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20</w:t>
            </w:r>
          </w:p>
        </w:tc>
        <w:tc>
          <w:tcPr>
            <w:tcW w:w="652" w:type="dxa"/>
            <w:hideMark/>
          </w:tcPr>
          <w:p w14:paraId="321CFE00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1D490744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20</w:t>
            </w:r>
          </w:p>
        </w:tc>
        <w:tc>
          <w:tcPr>
            <w:tcW w:w="627" w:type="dxa"/>
            <w:hideMark/>
          </w:tcPr>
          <w:p w14:paraId="15A87733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7AF19B8B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21E9104B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0522DD33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258C99BD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1DF2A195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20</w:t>
            </w:r>
          </w:p>
        </w:tc>
      </w:tr>
      <w:tr w:rsidR="005E6497" w:rsidRPr="005C793D" w14:paraId="4E20401A" w14:textId="77777777" w:rsidTr="00305B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08C1A29C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6F9DC4F3" w14:textId="51683475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Coco Rodgers</w:t>
            </w:r>
          </w:p>
        </w:tc>
        <w:tc>
          <w:tcPr>
            <w:tcW w:w="607" w:type="dxa"/>
            <w:hideMark/>
          </w:tcPr>
          <w:p w14:paraId="12998CBA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40" w:type="dxa"/>
            <w:hideMark/>
          </w:tcPr>
          <w:p w14:paraId="27B87365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6" w:type="dxa"/>
            <w:hideMark/>
          </w:tcPr>
          <w:p w14:paraId="6A2FA987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20</w:t>
            </w:r>
          </w:p>
        </w:tc>
        <w:tc>
          <w:tcPr>
            <w:tcW w:w="652" w:type="dxa"/>
            <w:hideMark/>
          </w:tcPr>
          <w:p w14:paraId="418796F4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09B6F299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20</w:t>
            </w:r>
          </w:p>
        </w:tc>
        <w:tc>
          <w:tcPr>
            <w:tcW w:w="627" w:type="dxa"/>
            <w:hideMark/>
          </w:tcPr>
          <w:p w14:paraId="4A8596E5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01FABBB1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0AFF2961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79E32AEE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1AF2E23E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72DE1D8B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20</w:t>
            </w:r>
          </w:p>
        </w:tc>
      </w:tr>
      <w:tr w:rsidR="005E6497" w:rsidRPr="005C793D" w14:paraId="70D0E591" w14:textId="77777777" w:rsidTr="0030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21D158DD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464800C8" w14:textId="0787FB44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Molly Feehan</w:t>
            </w:r>
          </w:p>
        </w:tc>
        <w:tc>
          <w:tcPr>
            <w:tcW w:w="607" w:type="dxa"/>
            <w:hideMark/>
          </w:tcPr>
          <w:p w14:paraId="5352E29B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40" w:type="dxa"/>
            <w:hideMark/>
          </w:tcPr>
          <w:p w14:paraId="2DCC2801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6" w:type="dxa"/>
            <w:hideMark/>
          </w:tcPr>
          <w:p w14:paraId="0C278416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20</w:t>
            </w:r>
          </w:p>
        </w:tc>
        <w:tc>
          <w:tcPr>
            <w:tcW w:w="652" w:type="dxa"/>
            <w:hideMark/>
          </w:tcPr>
          <w:p w14:paraId="6302EBAC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021821B8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20</w:t>
            </w:r>
          </w:p>
        </w:tc>
        <w:tc>
          <w:tcPr>
            <w:tcW w:w="627" w:type="dxa"/>
            <w:hideMark/>
          </w:tcPr>
          <w:p w14:paraId="72D24976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085927DD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5F5AF45E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3F5DA4FF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068FA53B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4FC26CB3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20</w:t>
            </w:r>
          </w:p>
        </w:tc>
      </w:tr>
      <w:tr w:rsidR="005E6497" w:rsidRPr="005C793D" w14:paraId="693C625D" w14:textId="77777777" w:rsidTr="00305B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65C4EA07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1903E403" w14:textId="774AC9AF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Zoe Langstaff-Ellis</w:t>
            </w:r>
          </w:p>
        </w:tc>
        <w:tc>
          <w:tcPr>
            <w:tcW w:w="607" w:type="dxa"/>
            <w:hideMark/>
          </w:tcPr>
          <w:p w14:paraId="454F1624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20</w:t>
            </w:r>
          </w:p>
        </w:tc>
        <w:tc>
          <w:tcPr>
            <w:tcW w:w="640" w:type="dxa"/>
            <w:hideMark/>
          </w:tcPr>
          <w:p w14:paraId="06112EC2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16" w:type="dxa"/>
            <w:hideMark/>
          </w:tcPr>
          <w:p w14:paraId="5C3B8D7C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2" w:type="dxa"/>
            <w:hideMark/>
          </w:tcPr>
          <w:p w14:paraId="73AFB30C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3674CDDE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20</w:t>
            </w:r>
          </w:p>
        </w:tc>
        <w:tc>
          <w:tcPr>
            <w:tcW w:w="627" w:type="dxa"/>
            <w:hideMark/>
          </w:tcPr>
          <w:p w14:paraId="3A0A96E4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434B691E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3F0C77E5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5C60576B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77068BCB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512DE87A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20</w:t>
            </w:r>
          </w:p>
        </w:tc>
      </w:tr>
      <w:tr w:rsidR="005E6497" w:rsidRPr="005C793D" w14:paraId="37221035" w14:textId="77777777" w:rsidTr="0030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728B6512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4C968604" w14:textId="4E5305AE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Alice Buck</w:t>
            </w:r>
          </w:p>
        </w:tc>
        <w:tc>
          <w:tcPr>
            <w:tcW w:w="607" w:type="dxa"/>
            <w:hideMark/>
          </w:tcPr>
          <w:p w14:paraId="45A02770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40" w:type="dxa"/>
            <w:hideMark/>
          </w:tcPr>
          <w:p w14:paraId="2C15C151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20</w:t>
            </w:r>
          </w:p>
        </w:tc>
        <w:tc>
          <w:tcPr>
            <w:tcW w:w="616" w:type="dxa"/>
            <w:hideMark/>
          </w:tcPr>
          <w:p w14:paraId="59A5FACB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52" w:type="dxa"/>
            <w:hideMark/>
          </w:tcPr>
          <w:p w14:paraId="4F932AB1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5BD9A62F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20</w:t>
            </w:r>
          </w:p>
        </w:tc>
        <w:tc>
          <w:tcPr>
            <w:tcW w:w="627" w:type="dxa"/>
            <w:hideMark/>
          </w:tcPr>
          <w:p w14:paraId="47C949C4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101FC53D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2DDE7141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49AB9804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56F39D48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5AE5A61A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20</w:t>
            </w:r>
          </w:p>
        </w:tc>
      </w:tr>
      <w:tr w:rsidR="005E6497" w:rsidRPr="005C793D" w14:paraId="32421361" w14:textId="77777777" w:rsidTr="00305B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0510E1DF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30D49626" w14:textId="68B1586D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Olly Gardner</w:t>
            </w:r>
          </w:p>
        </w:tc>
        <w:tc>
          <w:tcPr>
            <w:tcW w:w="607" w:type="dxa"/>
            <w:hideMark/>
          </w:tcPr>
          <w:p w14:paraId="669101ED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10</w:t>
            </w:r>
          </w:p>
        </w:tc>
        <w:tc>
          <w:tcPr>
            <w:tcW w:w="640" w:type="dxa"/>
            <w:hideMark/>
          </w:tcPr>
          <w:p w14:paraId="6403BDEF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16" w:type="dxa"/>
            <w:hideMark/>
          </w:tcPr>
          <w:p w14:paraId="7E9A55AF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10</w:t>
            </w:r>
          </w:p>
        </w:tc>
        <w:tc>
          <w:tcPr>
            <w:tcW w:w="652" w:type="dxa"/>
            <w:hideMark/>
          </w:tcPr>
          <w:p w14:paraId="01D60EF1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0C07EA7A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20</w:t>
            </w:r>
          </w:p>
        </w:tc>
        <w:tc>
          <w:tcPr>
            <w:tcW w:w="627" w:type="dxa"/>
            <w:hideMark/>
          </w:tcPr>
          <w:p w14:paraId="26BB0345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6F793A55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18BFBC64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0EAAFA9C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505CE194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1646B95E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20</w:t>
            </w:r>
          </w:p>
        </w:tc>
      </w:tr>
      <w:tr w:rsidR="005E6497" w:rsidRPr="005C793D" w14:paraId="62D17C38" w14:textId="77777777" w:rsidTr="0030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766030E5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2BEE4DFA" w14:textId="73B5D38B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Zac Flanagan</w:t>
            </w:r>
          </w:p>
        </w:tc>
        <w:tc>
          <w:tcPr>
            <w:tcW w:w="607" w:type="dxa"/>
            <w:hideMark/>
          </w:tcPr>
          <w:p w14:paraId="70322C36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40" w:type="dxa"/>
            <w:hideMark/>
          </w:tcPr>
          <w:p w14:paraId="4FD6FCE4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6" w:type="dxa"/>
            <w:hideMark/>
          </w:tcPr>
          <w:p w14:paraId="05B0989D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10</w:t>
            </w:r>
          </w:p>
        </w:tc>
        <w:tc>
          <w:tcPr>
            <w:tcW w:w="652" w:type="dxa"/>
            <w:hideMark/>
          </w:tcPr>
          <w:p w14:paraId="62DB7415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18013A8C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10</w:t>
            </w:r>
          </w:p>
        </w:tc>
        <w:tc>
          <w:tcPr>
            <w:tcW w:w="627" w:type="dxa"/>
            <w:hideMark/>
          </w:tcPr>
          <w:p w14:paraId="022FDC70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0128646C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05A12B67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130AC051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1E80A918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48E3B632" w14:textId="77777777" w:rsidR="005E6497" w:rsidRPr="005C793D" w:rsidRDefault="005E6497" w:rsidP="005E6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10</w:t>
            </w:r>
          </w:p>
        </w:tc>
      </w:tr>
      <w:tr w:rsidR="005E6497" w:rsidRPr="005C793D" w14:paraId="395EEC27" w14:textId="77777777" w:rsidTr="00305B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23B26FAD" w14:textId="77777777" w:rsidR="005E6497" w:rsidRPr="005C793D" w:rsidRDefault="005E6497" w:rsidP="005E649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86" w:type="dxa"/>
            <w:hideMark/>
          </w:tcPr>
          <w:p w14:paraId="19976B4E" w14:textId="6340B09C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 xml:space="preserve">Evie </w:t>
            </w:r>
            <w:proofErr w:type="spellStart"/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Kingwell</w:t>
            </w:r>
            <w:proofErr w:type="spellEnd"/>
          </w:p>
        </w:tc>
        <w:tc>
          <w:tcPr>
            <w:tcW w:w="607" w:type="dxa"/>
            <w:hideMark/>
          </w:tcPr>
          <w:p w14:paraId="60FC4595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40" w:type="dxa"/>
            <w:hideMark/>
          </w:tcPr>
          <w:p w14:paraId="49065273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6" w:type="dxa"/>
            <w:hideMark/>
          </w:tcPr>
          <w:p w14:paraId="1295E025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10</w:t>
            </w:r>
          </w:p>
        </w:tc>
        <w:tc>
          <w:tcPr>
            <w:tcW w:w="652" w:type="dxa"/>
            <w:hideMark/>
          </w:tcPr>
          <w:p w14:paraId="1AC4A12B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0467AB2B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10</w:t>
            </w:r>
          </w:p>
        </w:tc>
        <w:tc>
          <w:tcPr>
            <w:tcW w:w="627" w:type="dxa"/>
            <w:hideMark/>
          </w:tcPr>
          <w:p w14:paraId="181E3B1C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9" w:type="dxa"/>
            <w:hideMark/>
          </w:tcPr>
          <w:p w14:paraId="5ACE5446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83" w:type="dxa"/>
            <w:hideMark/>
          </w:tcPr>
          <w:p w14:paraId="3883D6A0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28" w:type="dxa"/>
            <w:hideMark/>
          </w:tcPr>
          <w:p w14:paraId="34CD7FC2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4AAB01D4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0</w:t>
            </w:r>
          </w:p>
        </w:tc>
        <w:tc>
          <w:tcPr>
            <w:tcW w:w="958" w:type="dxa"/>
            <w:hideMark/>
          </w:tcPr>
          <w:p w14:paraId="1D71FF61" w14:textId="77777777" w:rsidR="005E6497" w:rsidRPr="005C793D" w:rsidRDefault="005E6497" w:rsidP="005E6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5C793D">
              <w:rPr>
                <w:rFonts w:ascii="Cambria" w:eastAsia="Times New Roman" w:hAnsi="Cambria" w:cs="Segoe UI"/>
                <w:color w:val="000000"/>
                <w:lang w:val="en-GB" w:eastAsia="en-GB"/>
              </w:rPr>
              <w:t>10</w:t>
            </w:r>
          </w:p>
        </w:tc>
      </w:tr>
    </w:tbl>
    <w:p w14:paraId="43A9D5E2" w14:textId="77777777" w:rsidR="005C793D" w:rsidRPr="00CB0FEA" w:rsidRDefault="005C793D" w:rsidP="00CB0FEA"/>
    <w:p w14:paraId="0AC3EB92" w14:textId="77777777" w:rsidR="00ED37C1" w:rsidRDefault="00000000">
      <w:pPr>
        <w:pStyle w:val="Heading2"/>
      </w:pPr>
      <w:r>
        <w:t>New Riders Joining Series 2</w:t>
      </w:r>
    </w:p>
    <w:tbl>
      <w:tblPr>
        <w:tblStyle w:val="GridTable4-Accent4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  <w:gridCol w:w="2160"/>
        <w:gridCol w:w="2160"/>
      </w:tblGrid>
      <w:tr w:rsidR="00314BC8" w14:paraId="33FF95B9" w14:textId="77777777" w:rsidTr="00D52A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93102B1" w14:textId="77777777" w:rsidR="00314BC8" w:rsidRDefault="00314BC8" w:rsidP="00D52A28">
            <w:r>
              <w:t>Rider</w:t>
            </w:r>
          </w:p>
        </w:tc>
        <w:tc>
          <w:tcPr>
            <w:tcW w:w="2160" w:type="dxa"/>
          </w:tcPr>
          <w:p w14:paraId="0840F671" w14:textId="77777777" w:rsidR="00314BC8" w:rsidRDefault="00314BC8" w:rsidP="00D52A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July R1</w:t>
            </w:r>
          </w:p>
        </w:tc>
        <w:tc>
          <w:tcPr>
            <w:tcW w:w="2160" w:type="dxa"/>
          </w:tcPr>
          <w:p w14:paraId="66F14680" w14:textId="7E50DE9D" w:rsidR="00314BC8" w:rsidRDefault="00314BC8" w:rsidP="00D52A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Sept round 2</w:t>
            </w:r>
          </w:p>
        </w:tc>
        <w:tc>
          <w:tcPr>
            <w:tcW w:w="2160" w:type="dxa"/>
          </w:tcPr>
          <w:p w14:paraId="30818066" w14:textId="4F67D02A" w:rsidR="00314BC8" w:rsidRDefault="00314BC8" w:rsidP="00D52A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Oct round 3</w:t>
            </w:r>
          </w:p>
        </w:tc>
        <w:tc>
          <w:tcPr>
            <w:tcW w:w="2160" w:type="dxa"/>
          </w:tcPr>
          <w:p w14:paraId="5214FFF8" w14:textId="617FA397" w:rsidR="00314BC8" w:rsidRDefault="00314BC8" w:rsidP="00D52A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Nov Round 4</w:t>
            </w:r>
          </w:p>
        </w:tc>
        <w:tc>
          <w:tcPr>
            <w:tcW w:w="2160" w:type="dxa"/>
          </w:tcPr>
          <w:p w14:paraId="540A8E3D" w14:textId="7B9D06A6" w:rsidR="00314BC8" w:rsidRDefault="00314BC8" w:rsidP="00D52A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Overall Total</w:t>
            </w:r>
          </w:p>
        </w:tc>
      </w:tr>
      <w:tr w:rsidR="00536D07" w14:paraId="372A788D" w14:textId="77777777" w:rsidTr="00D52A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A42DC5C" w14:textId="13E34589" w:rsidR="00536D07" w:rsidRDefault="00536D07" w:rsidP="00536D07">
            <w:r>
              <w:rPr>
                <w:b w:val="0"/>
                <w:bCs w:val="0"/>
              </w:rPr>
              <w:t>Harry Harding</w:t>
            </w:r>
          </w:p>
        </w:tc>
        <w:tc>
          <w:tcPr>
            <w:tcW w:w="2160" w:type="dxa"/>
          </w:tcPr>
          <w:p w14:paraId="620C8C56" w14:textId="10EF5756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</w:t>
            </w:r>
          </w:p>
        </w:tc>
        <w:tc>
          <w:tcPr>
            <w:tcW w:w="2160" w:type="dxa"/>
          </w:tcPr>
          <w:p w14:paraId="1670B40F" w14:textId="48F64B6B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90</w:t>
            </w:r>
          </w:p>
        </w:tc>
        <w:tc>
          <w:tcPr>
            <w:tcW w:w="2160" w:type="dxa"/>
          </w:tcPr>
          <w:p w14:paraId="7CB85DBD" w14:textId="77777777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47F12800" w14:textId="77777777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09986A16" w14:textId="2BB82529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150</w:t>
            </w:r>
          </w:p>
        </w:tc>
      </w:tr>
      <w:tr w:rsidR="00536D07" w14:paraId="50935259" w14:textId="77777777" w:rsidTr="00D52A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B015EFF" w14:textId="1ABA4894" w:rsidR="00536D07" w:rsidRDefault="00536D07" w:rsidP="00536D07">
            <w:r w:rsidRPr="001A18A2">
              <w:rPr>
                <w:color w:val="215868" w:themeColor="accent5" w:themeShade="80"/>
              </w:rPr>
              <w:t>Marnie Berry</w:t>
            </w:r>
          </w:p>
        </w:tc>
        <w:tc>
          <w:tcPr>
            <w:tcW w:w="2160" w:type="dxa"/>
          </w:tcPr>
          <w:p w14:paraId="6EA62F35" w14:textId="77777777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786DFB89" w14:textId="777F1B99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</w:t>
            </w:r>
          </w:p>
        </w:tc>
        <w:tc>
          <w:tcPr>
            <w:tcW w:w="2160" w:type="dxa"/>
          </w:tcPr>
          <w:p w14:paraId="2E57BD91" w14:textId="77777777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771034D2" w14:textId="77777777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43C751A0" w14:textId="6252A182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</w:t>
            </w:r>
          </w:p>
        </w:tc>
      </w:tr>
      <w:tr w:rsidR="00536D07" w14:paraId="44D3B369" w14:textId="77777777" w:rsidTr="00D52A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CAB0742" w14:textId="11D3C465" w:rsidR="00536D07" w:rsidRDefault="00536D07" w:rsidP="00536D07">
            <w:r w:rsidRPr="001A18A2">
              <w:rPr>
                <w:color w:val="215868" w:themeColor="accent5" w:themeShade="80"/>
              </w:rPr>
              <w:t>Beatrice Mills</w:t>
            </w:r>
          </w:p>
        </w:tc>
        <w:tc>
          <w:tcPr>
            <w:tcW w:w="2160" w:type="dxa"/>
          </w:tcPr>
          <w:p w14:paraId="58423B2D" w14:textId="77777777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7FE52322" w14:textId="0422242C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80</w:t>
            </w:r>
          </w:p>
        </w:tc>
        <w:tc>
          <w:tcPr>
            <w:tcW w:w="2160" w:type="dxa"/>
          </w:tcPr>
          <w:p w14:paraId="1481BDE0" w14:textId="77777777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505DEADA" w14:textId="77777777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3E079B0A" w14:textId="2CD2586B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80</w:t>
            </w:r>
          </w:p>
        </w:tc>
      </w:tr>
      <w:tr w:rsidR="00536D07" w14:paraId="482EB827" w14:textId="77777777" w:rsidTr="00D52A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1D1027D" w14:textId="1C96CFB3" w:rsidR="00536D07" w:rsidRDefault="00536D07" w:rsidP="00536D07">
            <w:r w:rsidRPr="008F3A94">
              <w:rPr>
                <w:color w:val="215868" w:themeColor="accent5" w:themeShade="80"/>
              </w:rPr>
              <w:t>Matilda White</w:t>
            </w:r>
          </w:p>
        </w:tc>
        <w:tc>
          <w:tcPr>
            <w:tcW w:w="2160" w:type="dxa"/>
          </w:tcPr>
          <w:p w14:paraId="6A593805" w14:textId="77777777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7BC70402" w14:textId="60AABCCC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80</w:t>
            </w:r>
          </w:p>
        </w:tc>
        <w:tc>
          <w:tcPr>
            <w:tcW w:w="2160" w:type="dxa"/>
          </w:tcPr>
          <w:p w14:paraId="1CF1CC05" w14:textId="77777777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032CA912" w14:textId="77777777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635ED56E" w14:textId="1119D5D9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80</w:t>
            </w:r>
          </w:p>
        </w:tc>
      </w:tr>
      <w:tr w:rsidR="00536D07" w14:paraId="4FF27A50" w14:textId="77777777" w:rsidTr="00D52A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FF327E4" w14:textId="0DF9960A" w:rsidR="00536D07" w:rsidRPr="008F3A94" w:rsidRDefault="00536D07" w:rsidP="00536D07">
            <w:pPr>
              <w:rPr>
                <w:color w:val="215868" w:themeColor="accent5" w:themeShade="80"/>
              </w:rPr>
            </w:pPr>
            <w:r w:rsidRPr="00EE0473">
              <w:rPr>
                <w:b w:val="0"/>
                <w:bCs w:val="0"/>
              </w:rPr>
              <w:t>Lottie</w:t>
            </w:r>
            <w:r>
              <w:rPr>
                <w:b w:val="0"/>
                <w:bCs w:val="0"/>
              </w:rPr>
              <w:t xml:space="preserve"> </w:t>
            </w:r>
            <w:r w:rsidRPr="00EE0473">
              <w:rPr>
                <w:b w:val="0"/>
                <w:bCs w:val="0"/>
              </w:rPr>
              <w:t>Bolt</w:t>
            </w:r>
          </w:p>
        </w:tc>
        <w:tc>
          <w:tcPr>
            <w:tcW w:w="2160" w:type="dxa"/>
          </w:tcPr>
          <w:p w14:paraId="5E4E4851" w14:textId="3AFDB857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2160" w:type="dxa"/>
          </w:tcPr>
          <w:p w14:paraId="7C393A3E" w14:textId="3295B45D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</w:t>
            </w:r>
          </w:p>
        </w:tc>
        <w:tc>
          <w:tcPr>
            <w:tcW w:w="2160" w:type="dxa"/>
          </w:tcPr>
          <w:p w14:paraId="3A7C4F2A" w14:textId="77777777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4DF5D4CD" w14:textId="77777777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6AF18E71" w14:textId="34353259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70</w:t>
            </w:r>
          </w:p>
        </w:tc>
      </w:tr>
      <w:tr w:rsidR="00536D07" w14:paraId="680A39E2" w14:textId="77777777" w:rsidTr="00D52A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5BFA50A" w14:textId="4526A3D3" w:rsidR="00536D07" w:rsidRPr="00EE0473" w:rsidRDefault="00536D07" w:rsidP="00536D07">
            <w:r w:rsidRPr="001A18A2">
              <w:rPr>
                <w:color w:val="215868" w:themeColor="accent5" w:themeShade="80"/>
              </w:rPr>
              <w:t>Wilbur Norman</w:t>
            </w:r>
          </w:p>
        </w:tc>
        <w:tc>
          <w:tcPr>
            <w:tcW w:w="2160" w:type="dxa"/>
          </w:tcPr>
          <w:p w14:paraId="742B32B7" w14:textId="77777777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38459EA0" w14:textId="7667A599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65</w:t>
            </w:r>
          </w:p>
        </w:tc>
        <w:tc>
          <w:tcPr>
            <w:tcW w:w="2160" w:type="dxa"/>
          </w:tcPr>
          <w:p w14:paraId="61E33B9C" w14:textId="77777777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6572C78E" w14:textId="77777777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7F5E8466" w14:textId="0148D785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65</w:t>
            </w:r>
          </w:p>
        </w:tc>
      </w:tr>
      <w:tr w:rsidR="00536D07" w14:paraId="4A4B8CC9" w14:textId="77777777" w:rsidTr="00D52A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6A14E04" w14:textId="488F23D8" w:rsidR="00536D07" w:rsidRPr="001A18A2" w:rsidRDefault="00536D07" w:rsidP="00536D07">
            <w:pPr>
              <w:rPr>
                <w:color w:val="215868" w:themeColor="accent5" w:themeShade="80"/>
              </w:rPr>
            </w:pPr>
            <w:r w:rsidRPr="008F3A94">
              <w:rPr>
                <w:color w:val="215868" w:themeColor="accent5" w:themeShade="80"/>
              </w:rPr>
              <w:t>Alice Buck</w:t>
            </w:r>
          </w:p>
        </w:tc>
        <w:tc>
          <w:tcPr>
            <w:tcW w:w="2160" w:type="dxa"/>
          </w:tcPr>
          <w:p w14:paraId="153AB9DC" w14:textId="77777777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08F8EE90" w14:textId="365EF501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65</w:t>
            </w:r>
          </w:p>
        </w:tc>
        <w:tc>
          <w:tcPr>
            <w:tcW w:w="2160" w:type="dxa"/>
          </w:tcPr>
          <w:p w14:paraId="50E4C249" w14:textId="77777777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72FE384B" w14:textId="77777777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1DC283EB" w14:textId="73E9F18A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65</w:t>
            </w:r>
          </w:p>
        </w:tc>
      </w:tr>
      <w:tr w:rsidR="00536D07" w14:paraId="57BB024B" w14:textId="77777777" w:rsidTr="00D52A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EF65D5F" w14:textId="2CB000E8" w:rsidR="00536D07" w:rsidRDefault="00536D07" w:rsidP="00536D07">
            <w:r w:rsidRPr="00EE0473">
              <w:rPr>
                <w:b w:val="0"/>
                <w:bCs w:val="0"/>
              </w:rPr>
              <w:t>Alys Br</w:t>
            </w:r>
            <w:r>
              <w:rPr>
                <w:b w:val="0"/>
                <w:bCs w:val="0"/>
              </w:rPr>
              <w:t>own</w:t>
            </w:r>
          </w:p>
        </w:tc>
        <w:tc>
          <w:tcPr>
            <w:tcW w:w="2160" w:type="dxa"/>
          </w:tcPr>
          <w:p w14:paraId="5C68D35C" w14:textId="771FA1B7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</w:t>
            </w:r>
          </w:p>
        </w:tc>
        <w:tc>
          <w:tcPr>
            <w:tcW w:w="2160" w:type="dxa"/>
          </w:tcPr>
          <w:p w14:paraId="3C81660F" w14:textId="77777777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4B352E08" w14:textId="77777777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5233C7EA" w14:textId="77777777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27894223" w14:textId="138BD6BB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</w:t>
            </w:r>
          </w:p>
        </w:tc>
      </w:tr>
      <w:tr w:rsidR="00536D07" w14:paraId="4AD7FBDA" w14:textId="77777777" w:rsidTr="00D52A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F1FB2B2" w14:textId="29EB2E58" w:rsidR="00536D07" w:rsidRPr="00EE0473" w:rsidRDefault="00536D07" w:rsidP="00536D07">
            <w:pPr>
              <w:rPr>
                <w:b w:val="0"/>
                <w:bCs w:val="0"/>
              </w:rPr>
            </w:pPr>
            <w:r w:rsidRPr="008F3A94">
              <w:rPr>
                <w:color w:val="215868" w:themeColor="accent5" w:themeShade="80"/>
              </w:rPr>
              <w:t>Nancy White</w:t>
            </w:r>
          </w:p>
        </w:tc>
        <w:tc>
          <w:tcPr>
            <w:tcW w:w="2160" w:type="dxa"/>
          </w:tcPr>
          <w:p w14:paraId="2E17445C" w14:textId="3E5DBDDC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68D36DB1" w14:textId="2D497D3C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55</w:t>
            </w:r>
          </w:p>
        </w:tc>
        <w:tc>
          <w:tcPr>
            <w:tcW w:w="2160" w:type="dxa"/>
          </w:tcPr>
          <w:p w14:paraId="4E682D7D" w14:textId="77777777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1FB78C07" w14:textId="77777777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00FB7C30" w14:textId="41B88D5F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55</w:t>
            </w:r>
          </w:p>
        </w:tc>
      </w:tr>
      <w:tr w:rsidR="00536D07" w14:paraId="282BED27" w14:textId="77777777" w:rsidTr="00D52A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AE5BFCC" w14:textId="6C0828B4" w:rsidR="00536D07" w:rsidRPr="00EE0473" w:rsidRDefault="00536D07" w:rsidP="00536D07">
            <w:pPr>
              <w:rPr>
                <w:b w:val="0"/>
                <w:bCs w:val="0"/>
              </w:rPr>
            </w:pPr>
            <w:r w:rsidRPr="00EE0473">
              <w:rPr>
                <w:b w:val="0"/>
                <w:bCs w:val="0"/>
              </w:rPr>
              <w:t xml:space="preserve">Harriet </w:t>
            </w:r>
            <w:r>
              <w:rPr>
                <w:b w:val="0"/>
                <w:bCs w:val="0"/>
              </w:rPr>
              <w:t>Lister</w:t>
            </w:r>
          </w:p>
        </w:tc>
        <w:tc>
          <w:tcPr>
            <w:tcW w:w="2160" w:type="dxa"/>
          </w:tcPr>
          <w:p w14:paraId="3AFBE61A" w14:textId="77777777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</w:t>
            </w:r>
          </w:p>
        </w:tc>
        <w:tc>
          <w:tcPr>
            <w:tcW w:w="2160" w:type="dxa"/>
          </w:tcPr>
          <w:p w14:paraId="0DA017A3" w14:textId="77777777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33E54593" w14:textId="77777777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5B048F72" w14:textId="77777777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4E9E40E2" w14:textId="5F83B6B1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</w:t>
            </w:r>
          </w:p>
        </w:tc>
      </w:tr>
      <w:tr w:rsidR="00536D07" w14:paraId="556DE40E" w14:textId="77777777" w:rsidTr="00D52A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3835BCD9" w14:textId="77777777" w:rsidR="00536D07" w:rsidRPr="00EE0473" w:rsidRDefault="00536D07" w:rsidP="00536D07">
            <w:pPr>
              <w:rPr>
                <w:b w:val="0"/>
                <w:bCs w:val="0"/>
              </w:rPr>
            </w:pPr>
            <w:r w:rsidRPr="00EE0473">
              <w:rPr>
                <w:b w:val="0"/>
                <w:bCs w:val="0"/>
              </w:rPr>
              <w:t>Lydia Hill</w:t>
            </w:r>
          </w:p>
        </w:tc>
        <w:tc>
          <w:tcPr>
            <w:tcW w:w="2160" w:type="dxa"/>
          </w:tcPr>
          <w:p w14:paraId="009A95D8" w14:textId="77777777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</w:t>
            </w:r>
          </w:p>
        </w:tc>
        <w:tc>
          <w:tcPr>
            <w:tcW w:w="2160" w:type="dxa"/>
          </w:tcPr>
          <w:p w14:paraId="05537B06" w14:textId="77777777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21BA4A98" w14:textId="77777777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6FE1B7E1" w14:textId="77777777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71228C51" w14:textId="58FFFEE0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</w:t>
            </w:r>
          </w:p>
        </w:tc>
      </w:tr>
      <w:tr w:rsidR="00536D07" w14:paraId="2C8A3682" w14:textId="77777777" w:rsidTr="00D52A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3D2C4D3" w14:textId="77777777" w:rsidR="00536D07" w:rsidRPr="00EE0473" w:rsidRDefault="00536D07" w:rsidP="00536D07">
            <w:pPr>
              <w:rPr>
                <w:b w:val="0"/>
                <w:bCs w:val="0"/>
              </w:rPr>
            </w:pPr>
            <w:r w:rsidRPr="00EE0473">
              <w:rPr>
                <w:b w:val="0"/>
                <w:bCs w:val="0"/>
              </w:rPr>
              <w:t>Freya Bert Jones</w:t>
            </w:r>
          </w:p>
        </w:tc>
        <w:tc>
          <w:tcPr>
            <w:tcW w:w="2160" w:type="dxa"/>
          </w:tcPr>
          <w:p w14:paraId="77D5C763" w14:textId="77777777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</w:t>
            </w:r>
          </w:p>
        </w:tc>
        <w:tc>
          <w:tcPr>
            <w:tcW w:w="2160" w:type="dxa"/>
          </w:tcPr>
          <w:p w14:paraId="07135EA2" w14:textId="77777777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78BBBFEA" w14:textId="77777777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6F621C66" w14:textId="77777777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79B8405D" w14:textId="41583124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</w:t>
            </w:r>
          </w:p>
        </w:tc>
      </w:tr>
      <w:tr w:rsidR="00536D07" w14:paraId="178099D4" w14:textId="77777777" w:rsidTr="00D52A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D59E37B" w14:textId="54DB93D0" w:rsidR="00536D07" w:rsidRPr="00EE0473" w:rsidRDefault="00536D07" w:rsidP="00536D07">
            <w:pPr>
              <w:rPr>
                <w:b w:val="0"/>
                <w:bCs w:val="0"/>
              </w:rPr>
            </w:pPr>
            <w:r w:rsidRPr="00EE0473">
              <w:rPr>
                <w:b w:val="0"/>
                <w:bCs w:val="0"/>
              </w:rPr>
              <w:t>Pip</w:t>
            </w:r>
            <w:r>
              <w:rPr>
                <w:b w:val="0"/>
                <w:bCs w:val="0"/>
              </w:rPr>
              <w:t xml:space="preserve"> </w:t>
            </w:r>
            <w:r w:rsidRPr="00EE0473">
              <w:rPr>
                <w:b w:val="0"/>
                <w:bCs w:val="0"/>
              </w:rPr>
              <w:t>Chanin</w:t>
            </w:r>
          </w:p>
        </w:tc>
        <w:tc>
          <w:tcPr>
            <w:tcW w:w="2160" w:type="dxa"/>
          </w:tcPr>
          <w:p w14:paraId="0C78BFC0" w14:textId="77777777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45</w:t>
            </w:r>
          </w:p>
        </w:tc>
        <w:tc>
          <w:tcPr>
            <w:tcW w:w="2160" w:type="dxa"/>
          </w:tcPr>
          <w:p w14:paraId="7075D13D" w14:textId="1B604972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</w:t>
            </w:r>
          </w:p>
        </w:tc>
        <w:tc>
          <w:tcPr>
            <w:tcW w:w="2160" w:type="dxa"/>
          </w:tcPr>
          <w:p w14:paraId="0512F497" w14:textId="77777777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6C74677B" w14:textId="77777777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13D618C3" w14:textId="4152888A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85</w:t>
            </w:r>
          </w:p>
        </w:tc>
      </w:tr>
      <w:tr w:rsidR="00536D07" w14:paraId="74586ECF" w14:textId="77777777" w:rsidTr="00D52A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3181770C" w14:textId="6C005BD0" w:rsidR="00536D07" w:rsidRPr="00EE0473" w:rsidRDefault="00536D07" w:rsidP="00536D07">
            <w:pPr>
              <w:rPr>
                <w:b w:val="0"/>
                <w:bCs w:val="0"/>
              </w:rPr>
            </w:pPr>
            <w:r w:rsidRPr="00EE0473">
              <w:rPr>
                <w:b w:val="0"/>
                <w:bCs w:val="0"/>
              </w:rPr>
              <w:t>Imogen Babb</w:t>
            </w:r>
          </w:p>
        </w:tc>
        <w:tc>
          <w:tcPr>
            <w:tcW w:w="2160" w:type="dxa"/>
          </w:tcPr>
          <w:p w14:paraId="4EC0C8B2" w14:textId="64CF2AE1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45</w:t>
            </w:r>
          </w:p>
        </w:tc>
        <w:tc>
          <w:tcPr>
            <w:tcW w:w="2160" w:type="dxa"/>
          </w:tcPr>
          <w:p w14:paraId="54E03D7D" w14:textId="77777777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39A3C2AC" w14:textId="77777777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5A70074A" w14:textId="77777777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16D494AD" w14:textId="7AACDE5D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45</w:t>
            </w:r>
          </w:p>
        </w:tc>
      </w:tr>
      <w:tr w:rsidR="00536D07" w14:paraId="4040F917" w14:textId="77777777" w:rsidTr="00D52A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3B9A1B34" w14:textId="41572705" w:rsidR="00536D07" w:rsidRPr="00EE0473" w:rsidRDefault="00536D07" w:rsidP="00536D07">
            <w:pPr>
              <w:rPr>
                <w:b w:val="0"/>
                <w:bCs w:val="0"/>
              </w:rPr>
            </w:pPr>
            <w:r w:rsidRPr="00EE0473">
              <w:rPr>
                <w:b w:val="0"/>
                <w:bCs w:val="0"/>
              </w:rPr>
              <w:t>Gracie MacAlister</w:t>
            </w:r>
          </w:p>
        </w:tc>
        <w:tc>
          <w:tcPr>
            <w:tcW w:w="2160" w:type="dxa"/>
          </w:tcPr>
          <w:p w14:paraId="221274C8" w14:textId="77777777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</w:t>
            </w:r>
          </w:p>
        </w:tc>
        <w:tc>
          <w:tcPr>
            <w:tcW w:w="2160" w:type="dxa"/>
          </w:tcPr>
          <w:p w14:paraId="6F778F1F" w14:textId="77777777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3D13338A" w14:textId="77777777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0BD17FAB" w14:textId="77777777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3D21442B" w14:textId="48B2BB8A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</w:t>
            </w:r>
          </w:p>
        </w:tc>
      </w:tr>
      <w:tr w:rsidR="00536D07" w14:paraId="2362E634" w14:textId="77777777" w:rsidTr="00D52A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7A0CE89" w14:textId="2CFFF0DF" w:rsidR="00536D07" w:rsidRPr="00EE0473" w:rsidRDefault="00536D07" w:rsidP="00536D0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Freya Hallam</w:t>
            </w:r>
          </w:p>
        </w:tc>
        <w:tc>
          <w:tcPr>
            <w:tcW w:w="2160" w:type="dxa"/>
          </w:tcPr>
          <w:p w14:paraId="0F2015D2" w14:textId="71C85C6C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</w:t>
            </w:r>
          </w:p>
        </w:tc>
        <w:tc>
          <w:tcPr>
            <w:tcW w:w="2160" w:type="dxa"/>
          </w:tcPr>
          <w:p w14:paraId="051C9129" w14:textId="77777777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1F468B12" w14:textId="77777777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5ACFC6B1" w14:textId="77777777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4285D5AB" w14:textId="2E8E8B07" w:rsidR="00536D07" w:rsidRDefault="00536D07" w:rsidP="00536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</w:t>
            </w:r>
          </w:p>
        </w:tc>
      </w:tr>
      <w:tr w:rsidR="00536D07" w14:paraId="6DCC86B6" w14:textId="77777777" w:rsidTr="00D52A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4260DA4" w14:textId="07939763" w:rsidR="00536D07" w:rsidRPr="00EE0473" w:rsidRDefault="00536D07" w:rsidP="00536D07">
            <w:pPr>
              <w:rPr>
                <w:b w:val="0"/>
                <w:bCs w:val="0"/>
              </w:rPr>
            </w:pPr>
            <w:r w:rsidRPr="00EE0473">
              <w:rPr>
                <w:b w:val="0"/>
                <w:bCs w:val="0"/>
              </w:rPr>
              <w:t>Flo Oxley</w:t>
            </w:r>
          </w:p>
        </w:tc>
        <w:tc>
          <w:tcPr>
            <w:tcW w:w="2160" w:type="dxa"/>
          </w:tcPr>
          <w:p w14:paraId="62E6219F" w14:textId="77777777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35</w:t>
            </w:r>
          </w:p>
        </w:tc>
        <w:tc>
          <w:tcPr>
            <w:tcW w:w="2160" w:type="dxa"/>
          </w:tcPr>
          <w:p w14:paraId="05A10925" w14:textId="77777777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1197B2F2" w14:textId="77777777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41B915A8" w14:textId="77777777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16203CE3" w14:textId="70066E0F" w:rsidR="00536D07" w:rsidRDefault="00536D07" w:rsidP="00536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35</w:t>
            </w:r>
          </w:p>
        </w:tc>
      </w:tr>
      <w:tr w:rsidR="00805BB9" w14:paraId="4430C27E" w14:textId="77777777" w:rsidTr="00D52A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8D557DD" w14:textId="4AA7317E" w:rsidR="00805BB9" w:rsidRPr="00EE0473" w:rsidRDefault="00805BB9" w:rsidP="00805BB9">
            <w:pPr>
              <w:rPr>
                <w:b w:val="0"/>
                <w:bCs w:val="0"/>
              </w:rPr>
            </w:pPr>
            <w:proofErr w:type="spellStart"/>
            <w:r w:rsidRPr="008F3A94">
              <w:rPr>
                <w:color w:val="215868" w:themeColor="accent5" w:themeShade="80"/>
              </w:rPr>
              <w:t>Alettia</w:t>
            </w:r>
            <w:proofErr w:type="spellEnd"/>
            <w:r w:rsidRPr="008F3A94">
              <w:rPr>
                <w:color w:val="215868" w:themeColor="accent5" w:themeShade="80"/>
              </w:rPr>
              <w:t xml:space="preserve"> Kingsland</w:t>
            </w:r>
          </w:p>
        </w:tc>
        <w:tc>
          <w:tcPr>
            <w:tcW w:w="2160" w:type="dxa"/>
          </w:tcPr>
          <w:p w14:paraId="2B98A03D" w14:textId="6406AD26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381E1229" w14:textId="0B227E20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35</w:t>
            </w:r>
          </w:p>
        </w:tc>
        <w:tc>
          <w:tcPr>
            <w:tcW w:w="2160" w:type="dxa"/>
          </w:tcPr>
          <w:p w14:paraId="41BCC845" w14:textId="77777777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6F3DD237" w14:textId="77777777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7C46D39A" w14:textId="454D52D0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35</w:t>
            </w:r>
          </w:p>
        </w:tc>
      </w:tr>
      <w:tr w:rsidR="00805BB9" w14:paraId="5F867354" w14:textId="77777777" w:rsidTr="00D52A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DA225E1" w14:textId="303FB248" w:rsidR="00805BB9" w:rsidRPr="00EE0473" w:rsidRDefault="00805BB9" w:rsidP="00805BB9">
            <w:pPr>
              <w:rPr>
                <w:b w:val="0"/>
                <w:bCs w:val="0"/>
              </w:rPr>
            </w:pPr>
            <w:r w:rsidRPr="008F3A94">
              <w:rPr>
                <w:color w:val="215868" w:themeColor="accent5" w:themeShade="80"/>
              </w:rPr>
              <w:t>Bonnie-Blue Brough-</w:t>
            </w:r>
            <w:proofErr w:type="spellStart"/>
            <w:r w:rsidRPr="008F3A94">
              <w:rPr>
                <w:color w:val="215868" w:themeColor="accent5" w:themeShade="80"/>
              </w:rPr>
              <w:t>lazenby</w:t>
            </w:r>
            <w:proofErr w:type="spellEnd"/>
          </w:p>
        </w:tc>
        <w:tc>
          <w:tcPr>
            <w:tcW w:w="2160" w:type="dxa"/>
          </w:tcPr>
          <w:p w14:paraId="7093F4DD" w14:textId="16A73A38" w:rsidR="00805BB9" w:rsidRDefault="00805BB9" w:rsidP="0080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70596C1E" w14:textId="28712374" w:rsidR="00805BB9" w:rsidRDefault="00805BB9" w:rsidP="0080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35</w:t>
            </w:r>
          </w:p>
        </w:tc>
        <w:tc>
          <w:tcPr>
            <w:tcW w:w="2160" w:type="dxa"/>
          </w:tcPr>
          <w:p w14:paraId="16136B2F" w14:textId="77777777" w:rsidR="00805BB9" w:rsidRDefault="00805BB9" w:rsidP="0080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41401415" w14:textId="77777777" w:rsidR="00805BB9" w:rsidRDefault="00805BB9" w:rsidP="0080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7C082528" w14:textId="52DB440D" w:rsidR="00805BB9" w:rsidRDefault="00805BB9" w:rsidP="0080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35</w:t>
            </w:r>
          </w:p>
        </w:tc>
      </w:tr>
      <w:tr w:rsidR="00805BB9" w14:paraId="4E74D8EE" w14:textId="77777777" w:rsidTr="00D52A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4034AD6" w14:textId="4C636EC7" w:rsidR="00805BB9" w:rsidRPr="00EE0473" w:rsidRDefault="00805BB9" w:rsidP="00805BB9">
            <w:pPr>
              <w:rPr>
                <w:b w:val="0"/>
                <w:bCs w:val="0"/>
              </w:rPr>
            </w:pPr>
            <w:r w:rsidRPr="008F3A94">
              <w:rPr>
                <w:color w:val="215868" w:themeColor="accent5" w:themeShade="80"/>
              </w:rPr>
              <w:t>Bonnie-Blue Brough-</w:t>
            </w:r>
            <w:proofErr w:type="spellStart"/>
            <w:r w:rsidRPr="008F3A94">
              <w:rPr>
                <w:color w:val="215868" w:themeColor="accent5" w:themeShade="80"/>
              </w:rPr>
              <w:t>lazenby</w:t>
            </w:r>
            <w:proofErr w:type="spellEnd"/>
          </w:p>
        </w:tc>
        <w:tc>
          <w:tcPr>
            <w:tcW w:w="2160" w:type="dxa"/>
          </w:tcPr>
          <w:p w14:paraId="4D5ACE1B" w14:textId="1D9DAD60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56603B67" w14:textId="4510F0A0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35</w:t>
            </w:r>
          </w:p>
        </w:tc>
        <w:tc>
          <w:tcPr>
            <w:tcW w:w="2160" w:type="dxa"/>
          </w:tcPr>
          <w:p w14:paraId="6147014F" w14:textId="77777777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44F90E7B" w14:textId="77777777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6AFEDD18" w14:textId="39A8F4AE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35</w:t>
            </w:r>
          </w:p>
        </w:tc>
      </w:tr>
      <w:tr w:rsidR="00805BB9" w14:paraId="4320BADE" w14:textId="77777777" w:rsidTr="00D52A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3B2FBFF" w14:textId="77777777" w:rsidR="00805BB9" w:rsidRPr="00EE0473" w:rsidRDefault="00805BB9" w:rsidP="00805BB9">
            <w:pPr>
              <w:rPr>
                <w:b w:val="0"/>
                <w:bCs w:val="0"/>
              </w:rPr>
            </w:pPr>
            <w:r w:rsidRPr="00EE0473">
              <w:rPr>
                <w:b w:val="0"/>
                <w:bCs w:val="0"/>
              </w:rPr>
              <w:t>Ella Fernley</w:t>
            </w:r>
          </w:p>
        </w:tc>
        <w:tc>
          <w:tcPr>
            <w:tcW w:w="2160" w:type="dxa"/>
          </w:tcPr>
          <w:p w14:paraId="347A682A" w14:textId="448ED543" w:rsidR="00805BB9" w:rsidRDefault="00805BB9" w:rsidP="0080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2160" w:type="dxa"/>
          </w:tcPr>
          <w:p w14:paraId="08173BC0" w14:textId="77777777" w:rsidR="00805BB9" w:rsidRDefault="00805BB9" w:rsidP="0080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2988265E" w14:textId="77777777" w:rsidR="00805BB9" w:rsidRDefault="00805BB9" w:rsidP="0080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15CA8CEE" w14:textId="77777777" w:rsidR="00805BB9" w:rsidRDefault="00805BB9" w:rsidP="0080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7013D008" w14:textId="21AD70BB" w:rsidR="00805BB9" w:rsidRDefault="00805BB9" w:rsidP="0080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</w:t>
            </w:r>
          </w:p>
        </w:tc>
      </w:tr>
      <w:tr w:rsidR="00805BB9" w14:paraId="548C0A56" w14:textId="77777777" w:rsidTr="00D52A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9045D96" w14:textId="02557644" w:rsidR="00805BB9" w:rsidRPr="00EE0473" w:rsidRDefault="00805BB9" w:rsidP="00805BB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Isla Rea</w:t>
            </w:r>
          </w:p>
        </w:tc>
        <w:tc>
          <w:tcPr>
            <w:tcW w:w="2160" w:type="dxa"/>
          </w:tcPr>
          <w:p w14:paraId="37874040" w14:textId="23A6C9D3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2160" w:type="dxa"/>
          </w:tcPr>
          <w:p w14:paraId="5AB89B5C" w14:textId="77777777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772CF687" w14:textId="77777777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12FA9EA5" w14:textId="77777777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33A4CE53" w14:textId="50997A30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</w:tr>
      <w:tr w:rsidR="00805BB9" w14:paraId="35B41D75" w14:textId="77777777" w:rsidTr="00D52A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9ADA925" w14:textId="6E6953FF" w:rsidR="00805BB9" w:rsidRPr="00EE0473" w:rsidRDefault="00805BB9" w:rsidP="00805BB9">
            <w:pPr>
              <w:rPr>
                <w:b w:val="0"/>
                <w:bCs w:val="0"/>
              </w:rPr>
            </w:pPr>
            <w:r w:rsidRPr="00EE0473">
              <w:rPr>
                <w:b w:val="0"/>
                <w:bCs w:val="0"/>
              </w:rPr>
              <w:t>Madison Pike</w:t>
            </w:r>
          </w:p>
        </w:tc>
        <w:tc>
          <w:tcPr>
            <w:tcW w:w="2160" w:type="dxa"/>
          </w:tcPr>
          <w:p w14:paraId="763EC9C1" w14:textId="77777777" w:rsidR="00805BB9" w:rsidRDefault="00805BB9" w:rsidP="0080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2160" w:type="dxa"/>
          </w:tcPr>
          <w:p w14:paraId="252B3ECA" w14:textId="77777777" w:rsidR="00805BB9" w:rsidRDefault="00805BB9" w:rsidP="0080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6CEAEA45" w14:textId="77777777" w:rsidR="00805BB9" w:rsidRDefault="00805BB9" w:rsidP="0080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424AE57D" w14:textId="77777777" w:rsidR="00805BB9" w:rsidRDefault="00805BB9" w:rsidP="0080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5843A23F" w14:textId="168D3585" w:rsidR="00805BB9" w:rsidRDefault="00805BB9" w:rsidP="0080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</w:tr>
      <w:tr w:rsidR="00805BB9" w14:paraId="21C73347" w14:textId="77777777" w:rsidTr="00D52A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9DAF1C9" w14:textId="55BCB3E4" w:rsidR="00805BB9" w:rsidRPr="00EE0473" w:rsidRDefault="00805BB9" w:rsidP="00805BB9">
            <w:pPr>
              <w:rPr>
                <w:b w:val="0"/>
                <w:bCs w:val="0"/>
              </w:rPr>
            </w:pPr>
            <w:r w:rsidRPr="00EE0473">
              <w:rPr>
                <w:b w:val="0"/>
                <w:bCs w:val="0"/>
              </w:rPr>
              <w:t>Elsie Francis</w:t>
            </w:r>
          </w:p>
        </w:tc>
        <w:tc>
          <w:tcPr>
            <w:tcW w:w="2160" w:type="dxa"/>
          </w:tcPr>
          <w:p w14:paraId="3F7A9585" w14:textId="77777777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2160" w:type="dxa"/>
          </w:tcPr>
          <w:p w14:paraId="3C02652D" w14:textId="77777777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710BD0B1" w14:textId="77777777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5A6C6153" w14:textId="77777777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547B85C2" w14:textId="4E52D2C3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</w:tr>
      <w:tr w:rsidR="00805BB9" w14:paraId="789F1B2A" w14:textId="77777777" w:rsidTr="00D52A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3489AE7" w14:textId="63B58995" w:rsidR="00805BB9" w:rsidRDefault="00805BB9" w:rsidP="00805BB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Molly Hill</w:t>
            </w:r>
          </w:p>
        </w:tc>
        <w:tc>
          <w:tcPr>
            <w:tcW w:w="2160" w:type="dxa"/>
          </w:tcPr>
          <w:p w14:paraId="736B7999" w14:textId="376BB939" w:rsidR="00805BB9" w:rsidRDefault="00805BB9" w:rsidP="0080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2160" w:type="dxa"/>
          </w:tcPr>
          <w:p w14:paraId="1BC7ED37" w14:textId="77777777" w:rsidR="00805BB9" w:rsidRDefault="00805BB9" w:rsidP="0080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7437DCF7" w14:textId="77777777" w:rsidR="00805BB9" w:rsidRDefault="00805BB9" w:rsidP="0080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36CE0696" w14:textId="77777777" w:rsidR="00805BB9" w:rsidRDefault="00805BB9" w:rsidP="0080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0845CB90" w14:textId="4358A68A" w:rsidR="00805BB9" w:rsidRDefault="00805BB9" w:rsidP="0080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</w:tr>
      <w:tr w:rsidR="00805BB9" w14:paraId="1C401427" w14:textId="77777777" w:rsidTr="00D52A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3F7C1172" w14:textId="41F71E7E" w:rsidR="00805BB9" w:rsidRDefault="00805BB9" w:rsidP="00805BB9">
            <w:pPr>
              <w:rPr>
                <w:b w:val="0"/>
                <w:bCs w:val="0"/>
              </w:rPr>
            </w:pPr>
            <w:proofErr w:type="spellStart"/>
            <w:r>
              <w:rPr>
                <w:b w:val="0"/>
                <w:bCs w:val="0"/>
              </w:rPr>
              <w:t>Gorgina</w:t>
            </w:r>
            <w:proofErr w:type="spellEnd"/>
            <w:r>
              <w:rPr>
                <w:b w:val="0"/>
                <w:bCs w:val="0"/>
              </w:rPr>
              <w:t xml:space="preserve"> Hill </w:t>
            </w:r>
          </w:p>
        </w:tc>
        <w:tc>
          <w:tcPr>
            <w:tcW w:w="2160" w:type="dxa"/>
          </w:tcPr>
          <w:p w14:paraId="15B6294B" w14:textId="4AD8E75A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2160" w:type="dxa"/>
          </w:tcPr>
          <w:p w14:paraId="4B637150" w14:textId="77777777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090181FD" w14:textId="77777777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4F7880FE" w14:textId="77777777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2207B1E3" w14:textId="1BBDF836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</w:tr>
      <w:tr w:rsidR="00805BB9" w14:paraId="005EF312" w14:textId="77777777" w:rsidTr="00D52A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6BA1B9D" w14:textId="397167D8" w:rsidR="00805BB9" w:rsidRDefault="00805BB9" w:rsidP="00805BB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Madison Pike</w:t>
            </w:r>
          </w:p>
        </w:tc>
        <w:tc>
          <w:tcPr>
            <w:tcW w:w="2160" w:type="dxa"/>
          </w:tcPr>
          <w:p w14:paraId="4CC22CF4" w14:textId="5DB6F630" w:rsidR="00805BB9" w:rsidRDefault="00805BB9" w:rsidP="0080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2160" w:type="dxa"/>
          </w:tcPr>
          <w:p w14:paraId="0D4628EC" w14:textId="77777777" w:rsidR="00805BB9" w:rsidRDefault="00805BB9" w:rsidP="0080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6FFDF9B1" w14:textId="77777777" w:rsidR="00805BB9" w:rsidRDefault="00805BB9" w:rsidP="0080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6914F8EF" w14:textId="77777777" w:rsidR="00805BB9" w:rsidRDefault="00805BB9" w:rsidP="0080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430A6203" w14:textId="1ADCE06A" w:rsidR="00805BB9" w:rsidRDefault="00805BB9" w:rsidP="0080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</w:tr>
      <w:tr w:rsidR="00805BB9" w14:paraId="7560F2AC" w14:textId="77777777" w:rsidTr="00D52A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DE075EE" w14:textId="268822AF" w:rsidR="00805BB9" w:rsidRDefault="00805BB9" w:rsidP="00805BB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Elsie Farncis </w:t>
            </w:r>
          </w:p>
        </w:tc>
        <w:tc>
          <w:tcPr>
            <w:tcW w:w="2160" w:type="dxa"/>
          </w:tcPr>
          <w:p w14:paraId="4718E96D" w14:textId="721A7C18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2160" w:type="dxa"/>
          </w:tcPr>
          <w:p w14:paraId="2D3B8377" w14:textId="77777777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097B599F" w14:textId="77777777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3F44A461" w14:textId="77777777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5884B001" w14:textId="0C00F706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</w:tr>
      <w:tr w:rsidR="00805BB9" w14:paraId="5C117A0C" w14:textId="77777777" w:rsidTr="00D52A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3164221A" w14:textId="1A791449" w:rsidR="00805BB9" w:rsidRDefault="00805BB9" w:rsidP="00805BB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Ivy </w:t>
            </w:r>
          </w:p>
        </w:tc>
        <w:tc>
          <w:tcPr>
            <w:tcW w:w="2160" w:type="dxa"/>
          </w:tcPr>
          <w:p w14:paraId="697D105E" w14:textId="665894BD" w:rsidR="00805BB9" w:rsidRDefault="00805BB9" w:rsidP="0080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2160" w:type="dxa"/>
          </w:tcPr>
          <w:p w14:paraId="2F83E18C" w14:textId="77777777" w:rsidR="00805BB9" w:rsidRDefault="00805BB9" w:rsidP="0080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4CB9646B" w14:textId="77777777" w:rsidR="00805BB9" w:rsidRDefault="00805BB9" w:rsidP="0080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3A6B6EEA" w14:textId="77777777" w:rsidR="00805BB9" w:rsidRDefault="00805BB9" w:rsidP="0080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0C741334" w14:textId="613413D4" w:rsidR="00805BB9" w:rsidRDefault="00805BB9" w:rsidP="0080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</w:tr>
      <w:tr w:rsidR="00805BB9" w14:paraId="5CEDFD36" w14:textId="77777777" w:rsidTr="00D52A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736C49E" w14:textId="53074F53" w:rsidR="00805BB9" w:rsidRDefault="00805BB9" w:rsidP="00805BB9">
            <w:r w:rsidRPr="00C96E25">
              <w:t>Imogen Norman</w:t>
            </w:r>
          </w:p>
        </w:tc>
        <w:tc>
          <w:tcPr>
            <w:tcW w:w="2160" w:type="dxa"/>
          </w:tcPr>
          <w:p w14:paraId="0B21D9E3" w14:textId="77777777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2CB08FF0" w14:textId="55DF1D89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2160" w:type="dxa"/>
          </w:tcPr>
          <w:p w14:paraId="0C8EC60E" w14:textId="77777777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5C50AEB9" w14:textId="77777777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1E4BCC6C" w14:textId="3BA1EC6B" w:rsidR="00805BB9" w:rsidRDefault="00805BB9" w:rsidP="0080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</w:tr>
    </w:tbl>
    <w:p w14:paraId="28C66591" w14:textId="668A8EB1" w:rsidR="00314BC8" w:rsidRDefault="00D52A28">
      <w:r>
        <w:br w:type="textWrapping" w:clear="all"/>
      </w:r>
    </w:p>
    <w:p w14:paraId="6043AA0C" w14:textId="77777777" w:rsidR="00360A69" w:rsidRDefault="00360A69"/>
    <w:p w14:paraId="4FA8BF06" w14:textId="77777777" w:rsidR="00360A69" w:rsidRPr="00360A69" w:rsidRDefault="00360A69" w:rsidP="00360A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  <w:lang w:val="en-GB" w:eastAsia="en-GB"/>
        </w:rPr>
      </w:pPr>
      <w:r w:rsidRPr="00360A69">
        <w:rPr>
          <w:rFonts w:ascii="Calibri" w:eastAsia="Times New Roman" w:hAnsi="Calibri" w:cs="Calibri"/>
          <w:b/>
          <w:bCs/>
          <w:color w:val="365F91"/>
          <w:sz w:val="28"/>
          <w:szCs w:val="28"/>
          <w:lang w:val="en-GB" w:eastAsia="en-GB"/>
        </w:rPr>
        <w:t>Junior Style &amp; Performance Master League</w:t>
      </w:r>
    </w:p>
    <w:tbl>
      <w:tblPr>
        <w:tblStyle w:val="GridTable4-Accent2"/>
        <w:tblW w:w="11585" w:type="dxa"/>
        <w:tblLook w:val="04A0" w:firstRow="1" w:lastRow="0" w:firstColumn="1" w:lastColumn="0" w:noHBand="0" w:noVBand="1"/>
      </w:tblPr>
      <w:tblGrid>
        <w:gridCol w:w="743"/>
        <w:gridCol w:w="1270"/>
        <w:gridCol w:w="1071"/>
        <w:gridCol w:w="1071"/>
        <w:gridCol w:w="1071"/>
        <w:gridCol w:w="1071"/>
        <w:gridCol w:w="835"/>
        <w:gridCol w:w="665"/>
        <w:gridCol w:w="665"/>
        <w:gridCol w:w="665"/>
        <w:gridCol w:w="665"/>
        <w:gridCol w:w="835"/>
        <w:gridCol w:w="958"/>
      </w:tblGrid>
      <w:tr w:rsidR="00360A69" w:rsidRPr="00360A69" w14:paraId="2544A67F" w14:textId="77777777" w:rsidTr="00ED0F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hideMark/>
          </w:tcPr>
          <w:p w14:paraId="17B51FBA" w14:textId="77777777" w:rsidR="00360A69" w:rsidRPr="00360A69" w:rsidRDefault="00360A69" w:rsidP="00360A69">
            <w:pP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Rank</w:t>
            </w:r>
          </w:p>
        </w:tc>
        <w:tc>
          <w:tcPr>
            <w:tcW w:w="1270" w:type="dxa"/>
            <w:hideMark/>
          </w:tcPr>
          <w:p w14:paraId="1A8ECE2E" w14:textId="77777777" w:rsidR="00360A69" w:rsidRPr="00360A69" w:rsidRDefault="00360A69" w:rsidP="00360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Rider</w:t>
            </w:r>
          </w:p>
        </w:tc>
        <w:tc>
          <w:tcPr>
            <w:tcW w:w="1071" w:type="dxa"/>
            <w:hideMark/>
          </w:tcPr>
          <w:p w14:paraId="7388899C" w14:textId="77777777" w:rsidR="00360A69" w:rsidRPr="00360A69" w:rsidRDefault="00360A69" w:rsidP="00360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Summer R1</w:t>
            </w:r>
          </w:p>
        </w:tc>
        <w:tc>
          <w:tcPr>
            <w:tcW w:w="1071" w:type="dxa"/>
            <w:hideMark/>
          </w:tcPr>
          <w:p w14:paraId="581409C6" w14:textId="77777777" w:rsidR="00360A69" w:rsidRPr="00360A69" w:rsidRDefault="00360A69" w:rsidP="00360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Summer R2</w:t>
            </w:r>
          </w:p>
        </w:tc>
        <w:tc>
          <w:tcPr>
            <w:tcW w:w="1071" w:type="dxa"/>
            <w:hideMark/>
          </w:tcPr>
          <w:p w14:paraId="13C7E48C" w14:textId="77777777" w:rsidR="00360A69" w:rsidRPr="00360A69" w:rsidRDefault="00360A69" w:rsidP="00360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Summer R3</w:t>
            </w:r>
          </w:p>
        </w:tc>
        <w:tc>
          <w:tcPr>
            <w:tcW w:w="1071" w:type="dxa"/>
            <w:hideMark/>
          </w:tcPr>
          <w:p w14:paraId="76978CBF" w14:textId="77777777" w:rsidR="00360A69" w:rsidRPr="00360A69" w:rsidRDefault="00360A69" w:rsidP="00360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Summer R4</w:t>
            </w: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2EFF7CF0" w14:textId="77777777" w:rsidR="00360A69" w:rsidRPr="00360A69" w:rsidRDefault="00360A69" w:rsidP="00360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Series 1 Total</w:t>
            </w:r>
          </w:p>
        </w:tc>
        <w:tc>
          <w:tcPr>
            <w:tcW w:w="665" w:type="dxa"/>
            <w:tcBorders>
              <w:left w:val="single" w:sz="24" w:space="0" w:color="auto"/>
            </w:tcBorders>
            <w:hideMark/>
          </w:tcPr>
          <w:p w14:paraId="1A68DF47" w14:textId="77777777" w:rsidR="00360A69" w:rsidRPr="00360A69" w:rsidRDefault="00360A69" w:rsidP="00360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July R1</w:t>
            </w:r>
          </w:p>
        </w:tc>
        <w:tc>
          <w:tcPr>
            <w:tcW w:w="665" w:type="dxa"/>
            <w:hideMark/>
          </w:tcPr>
          <w:p w14:paraId="444A6356" w14:textId="77777777" w:rsidR="00360A69" w:rsidRPr="00360A69" w:rsidRDefault="00360A69" w:rsidP="00360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Sept R2</w:t>
            </w:r>
          </w:p>
        </w:tc>
        <w:tc>
          <w:tcPr>
            <w:tcW w:w="665" w:type="dxa"/>
            <w:hideMark/>
          </w:tcPr>
          <w:p w14:paraId="74D1AB16" w14:textId="77777777" w:rsidR="00360A69" w:rsidRPr="00360A69" w:rsidRDefault="00360A69" w:rsidP="00360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Oct R3</w:t>
            </w:r>
          </w:p>
        </w:tc>
        <w:tc>
          <w:tcPr>
            <w:tcW w:w="665" w:type="dxa"/>
            <w:hideMark/>
          </w:tcPr>
          <w:p w14:paraId="2A9D6AD2" w14:textId="77777777" w:rsidR="00360A69" w:rsidRPr="00360A69" w:rsidRDefault="00360A69" w:rsidP="00360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Nov R4</w:t>
            </w: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7417CFA1" w14:textId="77777777" w:rsidR="00360A69" w:rsidRPr="00360A69" w:rsidRDefault="00360A69" w:rsidP="00360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Series 2 Total</w:t>
            </w:r>
          </w:p>
        </w:tc>
        <w:tc>
          <w:tcPr>
            <w:tcW w:w="958" w:type="dxa"/>
            <w:tcBorders>
              <w:left w:val="single" w:sz="24" w:space="0" w:color="auto"/>
            </w:tcBorders>
            <w:hideMark/>
          </w:tcPr>
          <w:p w14:paraId="50854F6B" w14:textId="77777777" w:rsidR="00360A69" w:rsidRPr="00360A69" w:rsidRDefault="00360A69" w:rsidP="00360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Overall Total</w:t>
            </w:r>
          </w:p>
        </w:tc>
      </w:tr>
      <w:tr w:rsidR="00B00187" w:rsidRPr="00360A69" w14:paraId="394A469B" w14:textId="77777777" w:rsidTr="00ED0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</w:tcPr>
          <w:p w14:paraId="37518851" w14:textId="69036D85" w:rsidR="00B00187" w:rsidRPr="00360A69" w:rsidRDefault="00B00187" w:rsidP="00B0018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1</w:t>
            </w:r>
          </w:p>
        </w:tc>
        <w:tc>
          <w:tcPr>
            <w:tcW w:w="1270" w:type="dxa"/>
          </w:tcPr>
          <w:p w14:paraId="4DE7548E" w14:textId="40B41678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Georgiana Bolt</w:t>
            </w:r>
          </w:p>
        </w:tc>
        <w:tc>
          <w:tcPr>
            <w:tcW w:w="1071" w:type="dxa"/>
          </w:tcPr>
          <w:p w14:paraId="3EA3B037" w14:textId="57CEDB13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412</w:t>
            </w:r>
          </w:p>
        </w:tc>
        <w:tc>
          <w:tcPr>
            <w:tcW w:w="1071" w:type="dxa"/>
          </w:tcPr>
          <w:p w14:paraId="28AC05A6" w14:textId="35B74DCE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520</w:t>
            </w:r>
          </w:p>
        </w:tc>
        <w:tc>
          <w:tcPr>
            <w:tcW w:w="1071" w:type="dxa"/>
          </w:tcPr>
          <w:p w14:paraId="6A6178B6" w14:textId="5430B2DF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529</w:t>
            </w:r>
          </w:p>
        </w:tc>
        <w:tc>
          <w:tcPr>
            <w:tcW w:w="1071" w:type="dxa"/>
          </w:tcPr>
          <w:p w14:paraId="3860BBEE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72165CD2" w14:textId="6B4B0973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1461</w:t>
            </w:r>
          </w:p>
        </w:tc>
        <w:tc>
          <w:tcPr>
            <w:tcW w:w="665" w:type="dxa"/>
            <w:tcBorders>
              <w:left w:val="single" w:sz="24" w:space="0" w:color="auto"/>
            </w:tcBorders>
          </w:tcPr>
          <w:p w14:paraId="5EF3C971" w14:textId="38B664F5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471</w:t>
            </w:r>
          </w:p>
        </w:tc>
        <w:tc>
          <w:tcPr>
            <w:tcW w:w="665" w:type="dxa"/>
          </w:tcPr>
          <w:p w14:paraId="4983D648" w14:textId="484BDF4C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370</w:t>
            </w:r>
          </w:p>
        </w:tc>
        <w:tc>
          <w:tcPr>
            <w:tcW w:w="665" w:type="dxa"/>
          </w:tcPr>
          <w:p w14:paraId="61C06704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665" w:type="dxa"/>
          </w:tcPr>
          <w:p w14:paraId="2D3CDCA5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12E977C4" w14:textId="21C24DB6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841</w:t>
            </w:r>
          </w:p>
        </w:tc>
        <w:tc>
          <w:tcPr>
            <w:tcW w:w="958" w:type="dxa"/>
            <w:tcBorders>
              <w:left w:val="single" w:sz="24" w:space="0" w:color="auto"/>
            </w:tcBorders>
          </w:tcPr>
          <w:p w14:paraId="21A45B2B" w14:textId="362C168F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2773</w:t>
            </w:r>
          </w:p>
        </w:tc>
      </w:tr>
      <w:tr w:rsidR="00B00187" w:rsidRPr="00360A69" w14:paraId="243BC15A" w14:textId="77777777" w:rsidTr="00ED0F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</w:tcPr>
          <w:p w14:paraId="79C8C986" w14:textId="438D84BF" w:rsidR="00B00187" w:rsidRPr="00360A69" w:rsidRDefault="00B00187" w:rsidP="00B0018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2</w:t>
            </w:r>
          </w:p>
        </w:tc>
        <w:tc>
          <w:tcPr>
            <w:tcW w:w="1270" w:type="dxa"/>
          </w:tcPr>
          <w:p w14:paraId="26E80547" w14:textId="62CAFD91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Harry Greenslade</w:t>
            </w:r>
          </w:p>
        </w:tc>
        <w:tc>
          <w:tcPr>
            <w:tcW w:w="1071" w:type="dxa"/>
          </w:tcPr>
          <w:p w14:paraId="2E1F4857" w14:textId="206E9A71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523</w:t>
            </w:r>
          </w:p>
        </w:tc>
        <w:tc>
          <w:tcPr>
            <w:tcW w:w="1071" w:type="dxa"/>
          </w:tcPr>
          <w:p w14:paraId="0126F964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071" w:type="dxa"/>
          </w:tcPr>
          <w:p w14:paraId="4F3A2541" w14:textId="4E279F1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789</w:t>
            </w:r>
          </w:p>
        </w:tc>
        <w:tc>
          <w:tcPr>
            <w:tcW w:w="1071" w:type="dxa"/>
          </w:tcPr>
          <w:p w14:paraId="04B403BD" w14:textId="610F1E7A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302</w:t>
            </w: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09000F6D" w14:textId="1C112875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1614</w:t>
            </w:r>
          </w:p>
        </w:tc>
        <w:tc>
          <w:tcPr>
            <w:tcW w:w="665" w:type="dxa"/>
            <w:tcBorders>
              <w:left w:val="single" w:sz="24" w:space="0" w:color="auto"/>
            </w:tcBorders>
          </w:tcPr>
          <w:p w14:paraId="625C910D" w14:textId="5949C6D3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348</w:t>
            </w:r>
          </w:p>
        </w:tc>
        <w:tc>
          <w:tcPr>
            <w:tcW w:w="665" w:type="dxa"/>
          </w:tcPr>
          <w:p w14:paraId="1435925E" w14:textId="7E5D80F0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370</w:t>
            </w:r>
          </w:p>
        </w:tc>
        <w:tc>
          <w:tcPr>
            <w:tcW w:w="665" w:type="dxa"/>
          </w:tcPr>
          <w:p w14:paraId="663CD02D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665" w:type="dxa"/>
          </w:tcPr>
          <w:p w14:paraId="460B38BF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378CCE87" w14:textId="642873CB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718</w:t>
            </w:r>
          </w:p>
        </w:tc>
        <w:tc>
          <w:tcPr>
            <w:tcW w:w="958" w:type="dxa"/>
            <w:tcBorders>
              <w:left w:val="single" w:sz="24" w:space="0" w:color="auto"/>
            </w:tcBorders>
          </w:tcPr>
          <w:p w14:paraId="2FDBF466" w14:textId="7EEF0F4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2680</w:t>
            </w:r>
          </w:p>
        </w:tc>
      </w:tr>
      <w:tr w:rsidR="00B00187" w:rsidRPr="00360A69" w14:paraId="4313024F" w14:textId="77777777" w:rsidTr="00ED0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</w:tcPr>
          <w:p w14:paraId="485BCB50" w14:textId="272A6FC6" w:rsidR="00B00187" w:rsidRPr="00360A69" w:rsidRDefault="00B00187" w:rsidP="00B0018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3</w:t>
            </w:r>
          </w:p>
        </w:tc>
        <w:tc>
          <w:tcPr>
            <w:tcW w:w="1270" w:type="dxa"/>
          </w:tcPr>
          <w:p w14:paraId="049394C8" w14:textId="2D9902A6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Chester Robison</w:t>
            </w:r>
          </w:p>
        </w:tc>
        <w:tc>
          <w:tcPr>
            <w:tcW w:w="1071" w:type="dxa"/>
          </w:tcPr>
          <w:p w14:paraId="2CBF7288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071" w:type="dxa"/>
          </w:tcPr>
          <w:p w14:paraId="479995E3" w14:textId="62075DE3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460</w:t>
            </w:r>
          </w:p>
        </w:tc>
        <w:tc>
          <w:tcPr>
            <w:tcW w:w="1071" w:type="dxa"/>
          </w:tcPr>
          <w:p w14:paraId="6A17EE11" w14:textId="4FA9C786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573</w:t>
            </w:r>
          </w:p>
        </w:tc>
        <w:tc>
          <w:tcPr>
            <w:tcW w:w="1071" w:type="dxa"/>
          </w:tcPr>
          <w:p w14:paraId="331502C1" w14:textId="3F583566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256</w:t>
            </w: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48177443" w14:textId="36055C1A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1289</w:t>
            </w:r>
          </w:p>
        </w:tc>
        <w:tc>
          <w:tcPr>
            <w:tcW w:w="665" w:type="dxa"/>
            <w:tcBorders>
              <w:left w:val="single" w:sz="24" w:space="0" w:color="auto"/>
            </w:tcBorders>
          </w:tcPr>
          <w:p w14:paraId="46D4197D" w14:textId="06AB2751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402</w:t>
            </w:r>
          </w:p>
        </w:tc>
        <w:tc>
          <w:tcPr>
            <w:tcW w:w="665" w:type="dxa"/>
          </w:tcPr>
          <w:p w14:paraId="51E2A082" w14:textId="6F10080B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320</w:t>
            </w:r>
          </w:p>
        </w:tc>
        <w:tc>
          <w:tcPr>
            <w:tcW w:w="665" w:type="dxa"/>
          </w:tcPr>
          <w:p w14:paraId="7E347BBB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665" w:type="dxa"/>
          </w:tcPr>
          <w:p w14:paraId="3E7BB357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2A9BD491" w14:textId="551181FC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722</w:t>
            </w:r>
          </w:p>
        </w:tc>
        <w:tc>
          <w:tcPr>
            <w:tcW w:w="958" w:type="dxa"/>
            <w:tcBorders>
              <w:left w:val="single" w:sz="24" w:space="0" w:color="auto"/>
            </w:tcBorders>
          </w:tcPr>
          <w:p w14:paraId="37368EDA" w14:textId="1BB48148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2413</w:t>
            </w:r>
          </w:p>
        </w:tc>
      </w:tr>
      <w:tr w:rsidR="00B00187" w:rsidRPr="00360A69" w14:paraId="03D010F7" w14:textId="77777777" w:rsidTr="00ED0F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hideMark/>
          </w:tcPr>
          <w:p w14:paraId="55B41BD2" w14:textId="3E106C2B" w:rsidR="00B00187" w:rsidRPr="00ED0F40" w:rsidRDefault="00ED0F40" w:rsidP="00B00187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  <w:r w:rsidRPr="00ED0F40"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  <w:t>4</w:t>
            </w:r>
          </w:p>
        </w:tc>
        <w:tc>
          <w:tcPr>
            <w:tcW w:w="1270" w:type="dxa"/>
            <w:hideMark/>
          </w:tcPr>
          <w:p w14:paraId="799C1E47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Harrison Burtt-Jones</w:t>
            </w:r>
          </w:p>
        </w:tc>
        <w:tc>
          <w:tcPr>
            <w:tcW w:w="1071" w:type="dxa"/>
            <w:hideMark/>
          </w:tcPr>
          <w:p w14:paraId="75428592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495</w:t>
            </w:r>
          </w:p>
        </w:tc>
        <w:tc>
          <w:tcPr>
            <w:tcW w:w="1071" w:type="dxa"/>
            <w:hideMark/>
          </w:tcPr>
          <w:p w14:paraId="140B34F1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460</w:t>
            </w:r>
          </w:p>
        </w:tc>
        <w:tc>
          <w:tcPr>
            <w:tcW w:w="1071" w:type="dxa"/>
            <w:hideMark/>
          </w:tcPr>
          <w:p w14:paraId="0CFAC19E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635</w:t>
            </w:r>
          </w:p>
        </w:tc>
        <w:tc>
          <w:tcPr>
            <w:tcW w:w="1071" w:type="dxa"/>
            <w:hideMark/>
          </w:tcPr>
          <w:p w14:paraId="0AE2897E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280</w:t>
            </w: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2FC15801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1870</w:t>
            </w:r>
          </w:p>
        </w:tc>
        <w:tc>
          <w:tcPr>
            <w:tcW w:w="665" w:type="dxa"/>
            <w:tcBorders>
              <w:left w:val="single" w:sz="24" w:space="0" w:color="auto"/>
            </w:tcBorders>
            <w:hideMark/>
          </w:tcPr>
          <w:p w14:paraId="2759DECE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382</w:t>
            </w:r>
          </w:p>
        </w:tc>
        <w:tc>
          <w:tcPr>
            <w:tcW w:w="665" w:type="dxa"/>
            <w:hideMark/>
          </w:tcPr>
          <w:p w14:paraId="3DC54068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534498C4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09A57FE2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2D27AB10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382</w:t>
            </w:r>
          </w:p>
        </w:tc>
        <w:tc>
          <w:tcPr>
            <w:tcW w:w="958" w:type="dxa"/>
            <w:tcBorders>
              <w:left w:val="single" w:sz="24" w:space="0" w:color="auto"/>
            </w:tcBorders>
            <w:hideMark/>
          </w:tcPr>
          <w:p w14:paraId="65DA53DC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2252</w:t>
            </w:r>
          </w:p>
        </w:tc>
      </w:tr>
      <w:tr w:rsidR="00B00187" w:rsidRPr="00360A69" w14:paraId="2FD900EB" w14:textId="77777777" w:rsidTr="00ED0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hideMark/>
          </w:tcPr>
          <w:p w14:paraId="7450611B" w14:textId="77777777" w:rsidR="00B00187" w:rsidRPr="00360A69" w:rsidRDefault="00B00187" w:rsidP="00B00187">
            <w:pP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5</w:t>
            </w:r>
          </w:p>
        </w:tc>
        <w:tc>
          <w:tcPr>
            <w:tcW w:w="1270" w:type="dxa"/>
            <w:hideMark/>
          </w:tcPr>
          <w:p w14:paraId="4AAA3E72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Olivia-rai Gaskin</w:t>
            </w:r>
          </w:p>
        </w:tc>
        <w:tc>
          <w:tcPr>
            <w:tcW w:w="1071" w:type="dxa"/>
            <w:hideMark/>
          </w:tcPr>
          <w:p w14:paraId="002A7C27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559</w:t>
            </w:r>
          </w:p>
        </w:tc>
        <w:tc>
          <w:tcPr>
            <w:tcW w:w="1071" w:type="dxa"/>
            <w:hideMark/>
          </w:tcPr>
          <w:p w14:paraId="78E98462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460</w:t>
            </w:r>
          </w:p>
        </w:tc>
        <w:tc>
          <w:tcPr>
            <w:tcW w:w="1071" w:type="dxa"/>
            <w:hideMark/>
          </w:tcPr>
          <w:p w14:paraId="3188A7DA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629C2EFC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264</w:t>
            </w: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1CC35CC1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1283</w:t>
            </w:r>
          </w:p>
        </w:tc>
        <w:tc>
          <w:tcPr>
            <w:tcW w:w="665" w:type="dxa"/>
            <w:tcBorders>
              <w:left w:val="single" w:sz="24" w:space="0" w:color="auto"/>
            </w:tcBorders>
            <w:hideMark/>
          </w:tcPr>
          <w:p w14:paraId="0DCA1E79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390</w:t>
            </w:r>
          </w:p>
        </w:tc>
        <w:tc>
          <w:tcPr>
            <w:tcW w:w="665" w:type="dxa"/>
            <w:hideMark/>
          </w:tcPr>
          <w:p w14:paraId="1DFFD0F1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79FF5DE0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54C160A5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19A586F7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390</w:t>
            </w:r>
          </w:p>
        </w:tc>
        <w:tc>
          <w:tcPr>
            <w:tcW w:w="958" w:type="dxa"/>
            <w:tcBorders>
              <w:left w:val="single" w:sz="24" w:space="0" w:color="auto"/>
            </w:tcBorders>
            <w:hideMark/>
          </w:tcPr>
          <w:p w14:paraId="7E377038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1673</w:t>
            </w:r>
          </w:p>
        </w:tc>
      </w:tr>
      <w:tr w:rsidR="00B00187" w:rsidRPr="00360A69" w14:paraId="37BC1C9E" w14:textId="77777777" w:rsidTr="00ED0F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</w:tcPr>
          <w:p w14:paraId="0EC74A95" w14:textId="147221E5" w:rsidR="00B00187" w:rsidRPr="00360A69" w:rsidRDefault="00B00187" w:rsidP="00B0018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6</w:t>
            </w:r>
          </w:p>
        </w:tc>
        <w:tc>
          <w:tcPr>
            <w:tcW w:w="1270" w:type="dxa"/>
          </w:tcPr>
          <w:p w14:paraId="0E84ECC1" w14:textId="32042D61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Kaitlyn Martin</w:t>
            </w:r>
          </w:p>
        </w:tc>
        <w:tc>
          <w:tcPr>
            <w:tcW w:w="1071" w:type="dxa"/>
          </w:tcPr>
          <w:p w14:paraId="1C7B6B8D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071" w:type="dxa"/>
          </w:tcPr>
          <w:p w14:paraId="45D9C5FB" w14:textId="654D9DCE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490</w:t>
            </w:r>
          </w:p>
        </w:tc>
        <w:tc>
          <w:tcPr>
            <w:tcW w:w="1071" w:type="dxa"/>
          </w:tcPr>
          <w:p w14:paraId="4E8D0C25" w14:textId="6DABD12F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775</w:t>
            </w:r>
          </w:p>
        </w:tc>
        <w:tc>
          <w:tcPr>
            <w:tcW w:w="1071" w:type="dxa"/>
          </w:tcPr>
          <w:p w14:paraId="1417B8BE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6D170792" w14:textId="7384E0BF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1265</w:t>
            </w:r>
          </w:p>
        </w:tc>
        <w:tc>
          <w:tcPr>
            <w:tcW w:w="665" w:type="dxa"/>
            <w:tcBorders>
              <w:left w:val="single" w:sz="24" w:space="0" w:color="auto"/>
            </w:tcBorders>
          </w:tcPr>
          <w:p w14:paraId="278A4EDF" w14:textId="4BAEF626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414</w:t>
            </w:r>
          </w:p>
        </w:tc>
        <w:tc>
          <w:tcPr>
            <w:tcW w:w="665" w:type="dxa"/>
          </w:tcPr>
          <w:p w14:paraId="00008AF8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5" w:type="dxa"/>
          </w:tcPr>
          <w:p w14:paraId="2FE00A49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</w:tcPr>
          <w:p w14:paraId="40F76338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6DA634A8" w14:textId="1225E5E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414</w:t>
            </w:r>
          </w:p>
        </w:tc>
        <w:tc>
          <w:tcPr>
            <w:tcW w:w="958" w:type="dxa"/>
            <w:tcBorders>
              <w:left w:val="single" w:sz="24" w:space="0" w:color="auto"/>
            </w:tcBorders>
          </w:tcPr>
          <w:p w14:paraId="1C3EFEA7" w14:textId="52F17714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1</w:t>
            </w: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600</w:t>
            </w:r>
          </w:p>
        </w:tc>
      </w:tr>
      <w:tr w:rsidR="00B00187" w:rsidRPr="00360A69" w14:paraId="58506DE5" w14:textId="77777777" w:rsidTr="00ED0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</w:tcPr>
          <w:p w14:paraId="33FCBF7E" w14:textId="65FF60F4" w:rsidR="00B00187" w:rsidRPr="00360A69" w:rsidRDefault="00B00187" w:rsidP="00B00187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7</w:t>
            </w:r>
          </w:p>
        </w:tc>
        <w:tc>
          <w:tcPr>
            <w:tcW w:w="1270" w:type="dxa"/>
          </w:tcPr>
          <w:p w14:paraId="024B043E" w14:textId="641DE85B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Isobel Perry</w:t>
            </w:r>
          </w:p>
        </w:tc>
        <w:tc>
          <w:tcPr>
            <w:tcW w:w="1071" w:type="dxa"/>
          </w:tcPr>
          <w:p w14:paraId="12EE6C3C" w14:textId="6A67CDA9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495</w:t>
            </w:r>
          </w:p>
        </w:tc>
        <w:tc>
          <w:tcPr>
            <w:tcW w:w="1071" w:type="dxa"/>
          </w:tcPr>
          <w:p w14:paraId="5FBAE5A1" w14:textId="2B49CE19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236</w:t>
            </w:r>
          </w:p>
        </w:tc>
        <w:tc>
          <w:tcPr>
            <w:tcW w:w="1071" w:type="dxa"/>
          </w:tcPr>
          <w:p w14:paraId="20084C4C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071" w:type="dxa"/>
          </w:tcPr>
          <w:p w14:paraId="7963CE48" w14:textId="497458AB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312</w:t>
            </w: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04ED95B9" w14:textId="0F7A6BD2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1043</w:t>
            </w:r>
          </w:p>
        </w:tc>
        <w:tc>
          <w:tcPr>
            <w:tcW w:w="665" w:type="dxa"/>
            <w:tcBorders>
              <w:left w:val="single" w:sz="24" w:space="0" w:color="auto"/>
            </w:tcBorders>
          </w:tcPr>
          <w:p w14:paraId="29958D89" w14:textId="668706A4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460</w:t>
            </w:r>
          </w:p>
        </w:tc>
        <w:tc>
          <w:tcPr>
            <w:tcW w:w="665" w:type="dxa"/>
          </w:tcPr>
          <w:p w14:paraId="69638481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5" w:type="dxa"/>
          </w:tcPr>
          <w:p w14:paraId="29DF2A7F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</w:tcPr>
          <w:p w14:paraId="716E179C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278CB4D5" w14:textId="6516B9FC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460</w:t>
            </w:r>
          </w:p>
        </w:tc>
        <w:tc>
          <w:tcPr>
            <w:tcW w:w="958" w:type="dxa"/>
            <w:tcBorders>
              <w:left w:val="single" w:sz="24" w:space="0" w:color="auto"/>
            </w:tcBorders>
          </w:tcPr>
          <w:p w14:paraId="5C021E47" w14:textId="33E9F4C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1</w:t>
            </w: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503</w:t>
            </w:r>
          </w:p>
        </w:tc>
      </w:tr>
      <w:tr w:rsidR="00B00187" w:rsidRPr="00360A69" w14:paraId="2D7D37CE" w14:textId="77777777" w:rsidTr="00ED0F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hideMark/>
          </w:tcPr>
          <w:p w14:paraId="55529372" w14:textId="77777777" w:rsidR="00B00187" w:rsidRPr="00360A69" w:rsidRDefault="00B00187" w:rsidP="00B00187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b w:val="0"/>
                <w:bCs w:val="0"/>
                <w:color w:val="000000"/>
                <w:lang w:val="en-GB" w:eastAsia="en-GB"/>
              </w:rPr>
              <w:t>8</w:t>
            </w:r>
          </w:p>
        </w:tc>
        <w:tc>
          <w:tcPr>
            <w:tcW w:w="1270" w:type="dxa"/>
            <w:hideMark/>
          </w:tcPr>
          <w:p w14:paraId="5BEF7127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Scarlett Cooper</w:t>
            </w:r>
          </w:p>
        </w:tc>
        <w:tc>
          <w:tcPr>
            <w:tcW w:w="1071" w:type="dxa"/>
            <w:hideMark/>
          </w:tcPr>
          <w:p w14:paraId="0BD4BEDC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7BAAC1A7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580</w:t>
            </w:r>
          </w:p>
        </w:tc>
        <w:tc>
          <w:tcPr>
            <w:tcW w:w="1071" w:type="dxa"/>
            <w:hideMark/>
          </w:tcPr>
          <w:p w14:paraId="60D42BA9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469BE64F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65DF3E76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580</w:t>
            </w:r>
          </w:p>
        </w:tc>
        <w:tc>
          <w:tcPr>
            <w:tcW w:w="665" w:type="dxa"/>
            <w:tcBorders>
              <w:left w:val="single" w:sz="24" w:space="0" w:color="auto"/>
            </w:tcBorders>
            <w:hideMark/>
          </w:tcPr>
          <w:p w14:paraId="406C25EF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355</w:t>
            </w:r>
          </w:p>
        </w:tc>
        <w:tc>
          <w:tcPr>
            <w:tcW w:w="665" w:type="dxa"/>
            <w:hideMark/>
          </w:tcPr>
          <w:p w14:paraId="0FF81F57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3CD6F418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1D5F0BFF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625BEFDB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355</w:t>
            </w:r>
          </w:p>
        </w:tc>
        <w:tc>
          <w:tcPr>
            <w:tcW w:w="958" w:type="dxa"/>
            <w:tcBorders>
              <w:left w:val="single" w:sz="24" w:space="0" w:color="auto"/>
            </w:tcBorders>
            <w:hideMark/>
          </w:tcPr>
          <w:p w14:paraId="7C0D8390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935</w:t>
            </w:r>
          </w:p>
        </w:tc>
      </w:tr>
      <w:tr w:rsidR="00B00187" w:rsidRPr="00360A69" w14:paraId="227D4785" w14:textId="77777777" w:rsidTr="00ED0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hideMark/>
          </w:tcPr>
          <w:p w14:paraId="37D2A37E" w14:textId="77777777" w:rsidR="00B00187" w:rsidRPr="00360A69" w:rsidRDefault="00B00187" w:rsidP="00B00187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b w:val="0"/>
                <w:bCs w:val="0"/>
                <w:color w:val="000000"/>
                <w:lang w:val="en-GB" w:eastAsia="en-GB"/>
              </w:rPr>
              <w:t>9</w:t>
            </w:r>
          </w:p>
        </w:tc>
        <w:tc>
          <w:tcPr>
            <w:tcW w:w="1270" w:type="dxa"/>
            <w:hideMark/>
          </w:tcPr>
          <w:p w14:paraId="26D6E175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Gracie Williams</w:t>
            </w:r>
          </w:p>
        </w:tc>
        <w:tc>
          <w:tcPr>
            <w:tcW w:w="1071" w:type="dxa"/>
            <w:hideMark/>
          </w:tcPr>
          <w:p w14:paraId="1C940053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74DD3A2E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660DE23B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799</w:t>
            </w:r>
          </w:p>
        </w:tc>
        <w:tc>
          <w:tcPr>
            <w:tcW w:w="1071" w:type="dxa"/>
            <w:hideMark/>
          </w:tcPr>
          <w:p w14:paraId="3DACE473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2CC4E2A6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799</w:t>
            </w:r>
          </w:p>
        </w:tc>
        <w:tc>
          <w:tcPr>
            <w:tcW w:w="665" w:type="dxa"/>
            <w:tcBorders>
              <w:left w:val="single" w:sz="24" w:space="0" w:color="auto"/>
            </w:tcBorders>
            <w:hideMark/>
          </w:tcPr>
          <w:p w14:paraId="1837D01A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30372819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4F0A18D4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51675D5F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0575F5FC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58" w:type="dxa"/>
            <w:hideMark/>
          </w:tcPr>
          <w:p w14:paraId="196A6A50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799</w:t>
            </w:r>
          </w:p>
        </w:tc>
      </w:tr>
      <w:tr w:rsidR="00B00187" w:rsidRPr="00360A69" w14:paraId="03D8F1C8" w14:textId="77777777" w:rsidTr="00ED0F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hideMark/>
          </w:tcPr>
          <w:p w14:paraId="3B2D8598" w14:textId="77777777" w:rsidR="00B00187" w:rsidRPr="00360A69" w:rsidRDefault="00B00187" w:rsidP="00B00187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b w:val="0"/>
                <w:bCs w:val="0"/>
                <w:color w:val="000000"/>
                <w:lang w:val="en-GB" w:eastAsia="en-GB"/>
              </w:rPr>
              <w:t>10</w:t>
            </w:r>
          </w:p>
        </w:tc>
        <w:tc>
          <w:tcPr>
            <w:tcW w:w="1270" w:type="dxa"/>
            <w:hideMark/>
          </w:tcPr>
          <w:p w14:paraId="5C6AEE9C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 xml:space="preserve">Lucy </w:t>
            </w:r>
            <w:proofErr w:type="spellStart"/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Cann</w:t>
            </w:r>
            <w:proofErr w:type="spellEnd"/>
          </w:p>
        </w:tc>
        <w:tc>
          <w:tcPr>
            <w:tcW w:w="1071" w:type="dxa"/>
            <w:hideMark/>
          </w:tcPr>
          <w:p w14:paraId="0D50C113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6E0BA6AE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50064491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798</w:t>
            </w:r>
          </w:p>
        </w:tc>
        <w:tc>
          <w:tcPr>
            <w:tcW w:w="1071" w:type="dxa"/>
            <w:hideMark/>
          </w:tcPr>
          <w:p w14:paraId="1B81431F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48F8CAF0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798</w:t>
            </w:r>
          </w:p>
        </w:tc>
        <w:tc>
          <w:tcPr>
            <w:tcW w:w="665" w:type="dxa"/>
            <w:tcBorders>
              <w:left w:val="single" w:sz="24" w:space="0" w:color="auto"/>
            </w:tcBorders>
            <w:hideMark/>
          </w:tcPr>
          <w:p w14:paraId="0B8E2864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67B03794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6E510BE5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364235F2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251C522B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58" w:type="dxa"/>
            <w:hideMark/>
          </w:tcPr>
          <w:p w14:paraId="4A88F983" w14:textId="77777777" w:rsidR="00B00187" w:rsidRPr="00360A69" w:rsidRDefault="00B00187" w:rsidP="00B00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798</w:t>
            </w:r>
          </w:p>
        </w:tc>
      </w:tr>
      <w:tr w:rsidR="00B00187" w:rsidRPr="00360A69" w14:paraId="68F7F140" w14:textId="77777777" w:rsidTr="00ED0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hideMark/>
          </w:tcPr>
          <w:p w14:paraId="34C03B4E" w14:textId="77777777" w:rsidR="00B00187" w:rsidRPr="00360A69" w:rsidRDefault="00B00187" w:rsidP="00B00187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b w:val="0"/>
                <w:bCs w:val="0"/>
                <w:color w:val="000000"/>
                <w:lang w:val="en-GB" w:eastAsia="en-GB"/>
              </w:rPr>
              <w:t>11</w:t>
            </w:r>
          </w:p>
        </w:tc>
        <w:tc>
          <w:tcPr>
            <w:tcW w:w="1270" w:type="dxa"/>
            <w:hideMark/>
          </w:tcPr>
          <w:p w14:paraId="4DAFFB46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Rosie Butcher</w:t>
            </w:r>
          </w:p>
        </w:tc>
        <w:tc>
          <w:tcPr>
            <w:tcW w:w="1071" w:type="dxa"/>
            <w:hideMark/>
          </w:tcPr>
          <w:p w14:paraId="73478165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193BFF26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2DB8073C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742</w:t>
            </w:r>
          </w:p>
        </w:tc>
        <w:tc>
          <w:tcPr>
            <w:tcW w:w="1071" w:type="dxa"/>
            <w:hideMark/>
          </w:tcPr>
          <w:p w14:paraId="07FA45A4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274E6AF0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742</w:t>
            </w:r>
          </w:p>
        </w:tc>
        <w:tc>
          <w:tcPr>
            <w:tcW w:w="665" w:type="dxa"/>
            <w:tcBorders>
              <w:left w:val="single" w:sz="24" w:space="0" w:color="auto"/>
            </w:tcBorders>
            <w:hideMark/>
          </w:tcPr>
          <w:p w14:paraId="0669422C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0F1C4251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4A28D6F8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1BCBD51E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75BB9E63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58" w:type="dxa"/>
            <w:hideMark/>
          </w:tcPr>
          <w:p w14:paraId="39B82889" w14:textId="77777777" w:rsidR="00B00187" w:rsidRPr="00360A69" w:rsidRDefault="00B00187" w:rsidP="00B00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742</w:t>
            </w:r>
          </w:p>
        </w:tc>
      </w:tr>
      <w:tr w:rsidR="00A675B4" w:rsidRPr="00360A69" w14:paraId="764A2FA2" w14:textId="77777777" w:rsidTr="00ED0F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</w:tcPr>
          <w:p w14:paraId="3964288A" w14:textId="77777777" w:rsidR="00A675B4" w:rsidRPr="00360A69" w:rsidRDefault="00A675B4" w:rsidP="00A675B4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70" w:type="dxa"/>
          </w:tcPr>
          <w:p w14:paraId="527404E2" w14:textId="27136329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Lilly Gillbard</w:t>
            </w:r>
          </w:p>
        </w:tc>
        <w:tc>
          <w:tcPr>
            <w:tcW w:w="1071" w:type="dxa"/>
          </w:tcPr>
          <w:p w14:paraId="47EC2845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071" w:type="dxa"/>
          </w:tcPr>
          <w:p w14:paraId="49D1B48F" w14:textId="2DCFE5C6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478</w:t>
            </w:r>
          </w:p>
        </w:tc>
        <w:tc>
          <w:tcPr>
            <w:tcW w:w="1071" w:type="dxa"/>
          </w:tcPr>
          <w:p w14:paraId="0D08B575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071" w:type="dxa"/>
          </w:tcPr>
          <w:p w14:paraId="22260560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27A8EC5F" w14:textId="1BAEBA85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478</w:t>
            </w:r>
          </w:p>
        </w:tc>
        <w:tc>
          <w:tcPr>
            <w:tcW w:w="665" w:type="dxa"/>
            <w:tcBorders>
              <w:left w:val="single" w:sz="24" w:space="0" w:color="auto"/>
            </w:tcBorders>
          </w:tcPr>
          <w:p w14:paraId="1680D0B5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5" w:type="dxa"/>
          </w:tcPr>
          <w:p w14:paraId="66D35B36" w14:textId="19362EC6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200</w:t>
            </w:r>
          </w:p>
        </w:tc>
        <w:tc>
          <w:tcPr>
            <w:tcW w:w="665" w:type="dxa"/>
          </w:tcPr>
          <w:p w14:paraId="555F0DF1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</w:tcPr>
          <w:p w14:paraId="3AA6C2E6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</w:tcPr>
          <w:p w14:paraId="2A8FBE0F" w14:textId="4EAD2D15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200</w:t>
            </w:r>
          </w:p>
        </w:tc>
        <w:tc>
          <w:tcPr>
            <w:tcW w:w="958" w:type="dxa"/>
          </w:tcPr>
          <w:p w14:paraId="677B0A62" w14:textId="64A75F96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6</w:t>
            </w: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78</w:t>
            </w:r>
          </w:p>
        </w:tc>
      </w:tr>
      <w:tr w:rsidR="00A675B4" w:rsidRPr="00360A69" w14:paraId="302FDC02" w14:textId="77777777" w:rsidTr="00ED0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hideMark/>
          </w:tcPr>
          <w:p w14:paraId="0AEF0A28" w14:textId="78124BFC" w:rsidR="00A675B4" w:rsidRPr="00360A69" w:rsidRDefault="00A675B4" w:rsidP="00A675B4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70" w:type="dxa"/>
            <w:hideMark/>
          </w:tcPr>
          <w:p w14:paraId="0F655536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Raffles Plume</w:t>
            </w:r>
          </w:p>
        </w:tc>
        <w:tc>
          <w:tcPr>
            <w:tcW w:w="1071" w:type="dxa"/>
            <w:hideMark/>
          </w:tcPr>
          <w:p w14:paraId="3D82A054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574D9AB2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573472E2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647</w:t>
            </w:r>
          </w:p>
        </w:tc>
        <w:tc>
          <w:tcPr>
            <w:tcW w:w="1071" w:type="dxa"/>
            <w:hideMark/>
          </w:tcPr>
          <w:p w14:paraId="1228283D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299C615C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647</w:t>
            </w:r>
          </w:p>
        </w:tc>
        <w:tc>
          <w:tcPr>
            <w:tcW w:w="665" w:type="dxa"/>
            <w:tcBorders>
              <w:left w:val="single" w:sz="24" w:space="0" w:color="auto"/>
            </w:tcBorders>
            <w:hideMark/>
          </w:tcPr>
          <w:p w14:paraId="6F4FDEE9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66277E56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1426A673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29CC5143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1E5635C2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58" w:type="dxa"/>
            <w:hideMark/>
          </w:tcPr>
          <w:p w14:paraId="6C5912B7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647</w:t>
            </w:r>
          </w:p>
        </w:tc>
      </w:tr>
      <w:tr w:rsidR="00A675B4" w:rsidRPr="00360A69" w14:paraId="28F3FB2E" w14:textId="77777777" w:rsidTr="00ED0F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hideMark/>
          </w:tcPr>
          <w:p w14:paraId="3718175D" w14:textId="4111F664" w:rsidR="00A675B4" w:rsidRPr="00360A69" w:rsidRDefault="00A675B4" w:rsidP="00A675B4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70" w:type="dxa"/>
            <w:hideMark/>
          </w:tcPr>
          <w:p w14:paraId="32450E12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 xml:space="preserve">Gwen </w:t>
            </w:r>
            <w:proofErr w:type="spellStart"/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Keywood</w:t>
            </w:r>
            <w:proofErr w:type="spellEnd"/>
          </w:p>
        </w:tc>
        <w:tc>
          <w:tcPr>
            <w:tcW w:w="1071" w:type="dxa"/>
            <w:hideMark/>
          </w:tcPr>
          <w:p w14:paraId="1E39A6BA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24BDED69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2549A5B2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609</w:t>
            </w:r>
          </w:p>
        </w:tc>
        <w:tc>
          <w:tcPr>
            <w:tcW w:w="1071" w:type="dxa"/>
            <w:hideMark/>
          </w:tcPr>
          <w:p w14:paraId="15665B42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12C7B24B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609</w:t>
            </w:r>
          </w:p>
        </w:tc>
        <w:tc>
          <w:tcPr>
            <w:tcW w:w="665" w:type="dxa"/>
            <w:tcBorders>
              <w:left w:val="single" w:sz="24" w:space="0" w:color="auto"/>
            </w:tcBorders>
            <w:hideMark/>
          </w:tcPr>
          <w:p w14:paraId="120FAD62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7E7B3CAC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58D39BE7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4910CBDA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2469495B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58" w:type="dxa"/>
            <w:hideMark/>
          </w:tcPr>
          <w:p w14:paraId="762FF5C2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609</w:t>
            </w:r>
          </w:p>
        </w:tc>
      </w:tr>
      <w:tr w:rsidR="00A675B4" w:rsidRPr="00360A69" w14:paraId="34916B04" w14:textId="77777777" w:rsidTr="00ED0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hideMark/>
          </w:tcPr>
          <w:p w14:paraId="32F7D62C" w14:textId="7BB74FC1" w:rsidR="00A675B4" w:rsidRPr="00360A69" w:rsidRDefault="00A675B4" w:rsidP="00A675B4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70" w:type="dxa"/>
            <w:hideMark/>
          </w:tcPr>
          <w:p w14:paraId="68E0343E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Coco Rodgers</w:t>
            </w:r>
          </w:p>
        </w:tc>
        <w:tc>
          <w:tcPr>
            <w:tcW w:w="1071" w:type="dxa"/>
            <w:hideMark/>
          </w:tcPr>
          <w:p w14:paraId="7C411BB1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68D04817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196A7EB0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585</w:t>
            </w:r>
          </w:p>
        </w:tc>
        <w:tc>
          <w:tcPr>
            <w:tcW w:w="1071" w:type="dxa"/>
            <w:hideMark/>
          </w:tcPr>
          <w:p w14:paraId="258AE1BB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5C029AD3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585</w:t>
            </w:r>
          </w:p>
        </w:tc>
        <w:tc>
          <w:tcPr>
            <w:tcW w:w="665" w:type="dxa"/>
            <w:tcBorders>
              <w:left w:val="single" w:sz="24" w:space="0" w:color="auto"/>
            </w:tcBorders>
            <w:hideMark/>
          </w:tcPr>
          <w:p w14:paraId="6AFA6CF6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2433112E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5626D645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2AF6F6A0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5F601EA2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58" w:type="dxa"/>
            <w:hideMark/>
          </w:tcPr>
          <w:p w14:paraId="058403C6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585</w:t>
            </w:r>
          </w:p>
        </w:tc>
      </w:tr>
      <w:tr w:rsidR="00A675B4" w:rsidRPr="00360A69" w14:paraId="21B13DFC" w14:textId="77777777" w:rsidTr="00ED0F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hideMark/>
          </w:tcPr>
          <w:p w14:paraId="49C3591C" w14:textId="185FDD6C" w:rsidR="00A675B4" w:rsidRPr="00360A69" w:rsidRDefault="00A675B4" w:rsidP="00A675B4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70" w:type="dxa"/>
            <w:hideMark/>
          </w:tcPr>
          <w:p w14:paraId="663E6D26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Fletcher Watts</w:t>
            </w:r>
          </w:p>
        </w:tc>
        <w:tc>
          <w:tcPr>
            <w:tcW w:w="1071" w:type="dxa"/>
            <w:hideMark/>
          </w:tcPr>
          <w:p w14:paraId="03EE2CD1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574</w:t>
            </w:r>
          </w:p>
        </w:tc>
        <w:tc>
          <w:tcPr>
            <w:tcW w:w="1071" w:type="dxa"/>
            <w:hideMark/>
          </w:tcPr>
          <w:p w14:paraId="6339F184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40F33982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4DF200EC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581A4FA0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574</w:t>
            </w:r>
          </w:p>
        </w:tc>
        <w:tc>
          <w:tcPr>
            <w:tcW w:w="665" w:type="dxa"/>
            <w:tcBorders>
              <w:left w:val="single" w:sz="24" w:space="0" w:color="auto"/>
            </w:tcBorders>
            <w:hideMark/>
          </w:tcPr>
          <w:p w14:paraId="046D8A91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79697D31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5EF4BA8F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6DA5E03B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0F9820F0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58" w:type="dxa"/>
            <w:hideMark/>
          </w:tcPr>
          <w:p w14:paraId="5A344112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574</w:t>
            </w:r>
          </w:p>
        </w:tc>
      </w:tr>
      <w:tr w:rsidR="00A675B4" w:rsidRPr="00360A69" w14:paraId="6DB2BD6F" w14:textId="77777777" w:rsidTr="00ED0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hideMark/>
          </w:tcPr>
          <w:p w14:paraId="27A3BC59" w14:textId="0B3DCFAE" w:rsidR="00A675B4" w:rsidRPr="00360A69" w:rsidRDefault="00A675B4" w:rsidP="00A675B4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70" w:type="dxa"/>
            <w:hideMark/>
          </w:tcPr>
          <w:p w14:paraId="4F7D66F7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Hattie Rendle</w:t>
            </w:r>
          </w:p>
        </w:tc>
        <w:tc>
          <w:tcPr>
            <w:tcW w:w="1071" w:type="dxa"/>
            <w:hideMark/>
          </w:tcPr>
          <w:p w14:paraId="18E3FA42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532</w:t>
            </w:r>
          </w:p>
        </w:tc>
        <w:tc>
          <w:tcPr>
            <w:tcW w:w="1071" w:type="dxa"/>
            <w:hideMark/>
          </w:tcPr>
          <w:p w14:paraId="7D04785C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2F8A5F14" w14:textId="429BC42D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336</w:t>
            </w:r>
          </w:p>
        </w:tc>
        <w:tc>
          <w:tcPr>
            <w:tcW w:w="1071" w:type="dxa"/>
            <w:hideMark/>
          </w:tcPr>
          <w:p w14:paraId="6A6E4D44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24972317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532</w:t>
            </w:r>
          </w:p>
        </w:tc>
        <w:tc>
          <w:tcPr>
            <w:tcW w:w="665" w:type="dxa"/>
            <w:tcBorders>
              <w:left w:val="single" w:sz="24" w:space="0" w:color="auto"/>
            </w:tcBorders>
            <w:hideMark/>
          </w:tcPr>
          <w:p w14:paraId="5529E6B9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438517FB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63F5CAAE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676D4E86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676A584C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58" w:type="dxa"/>
            <w:hideMark/>
          </w:tcPr>
          <w:p w14:paraId="75CA51D8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532</w:t>
            </w:r>
          </w:p>
        </w:tc>
      </w:tr>
      <w:tr w:rsidR="00A675B4" w:rsidRPr="00360A69" w14:paraId="4306F8A7" w14:textId="77777777" w:rsidTr="00ED0F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hideMark/>
          </w:tcPr>
          <w:p w14:paraId="7D1A2FCD" w14:textId="2071814F" w:rsidR="00A675B4" w:rsidRPr="00360A69" w:rsidRDefault="00A675B4" w:rsidP="00A675B4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70" w:type="dxa"/>
            <w:hideMark/>
          </w:tcPr>
          <w:p w14:paraId="70A8BBA3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Kenza Gaynor</w:t>
            </w:r>
          </w:p>
        </w:tc>
        <w:tc>
          <w:tcPr>
            <w:tcW w:w="1071" w:type="dxa"/>
            <w:hideMark/>
          </w:tcPr>
          <w:p w14:paraId="14335946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490</w:t>
            </w:r>
          </w:p>
        </w:tc>
        <w:tc>
          <w:tcPr>
            <w:tcW w:w="1071" w:type="dxa"/>
            <w:hideMark/>
          </w:tcPr>
          <w:p w14:paraId="10F48C0E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10AD9C5A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6F53E310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003AC9C3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490</w:t>
            </w:r>
          </w:p>
        </w:tc>
        <w:tc>
          <w:tcPr>
            <w:tcW w:w="665" w:type="dxa"/>
            <w:tcBorders>
              <w:left w:val="single" w:sz="24" w:space="0" w:color="auto"/>
            </w:tcBorders>
            <w:hideMark/>
          </w:tcPr>
          <w:p w14:paraId="6A5AF582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3E897ADB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3B3B0ABC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6317ACB4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1E497080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58" w:type="dxa"/>
            <w:hideMark/>
          </w:tcPr>
          <w:p w14:paraId="026DA2B0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490</w:t>
            </w:r>
          </w:p>
        </w:tc>
      </w:tr>
      <w:tr w:rsidR="00A675B4" w:rsidRPr="00360A69" w14:paraId="01C2E415" w14:textId="77777777" w:rsidTr="00ED0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hideMark/>
          </w:tcPr>
          <w:p w14:paraId="70ABDCF3" w14:textId="1F30745A" w:rsidR="00A675B4" w:rsidRPr="00360A69" w:rsidRDefault="00A675B4" w:rsidP="00A675B4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70" w:type="dxa"/>
            <w:hideMark/>
          </w:tcPr>
          <w:p w14:paraId="0C484B65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Alice Buck</w:t>
            </w:r>
          </w:p>
        </w:tc>
        <w:tc>
          <w:tcPr>
            <w:tcW w:w="1071" w:type="dxa"/>
            <w:hideMark/>
          </w:tcPr>
          <w:p w14:paraId="4C811192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0E8BEA81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477</w:t>
            </w:r>
          </w:p>
        </w:tc>
        <w:tc>
          <w:tcPr>
            <w:tcW w:w="1071" w:type="dxa"/>
            <w:hideMark/>
          </w:tcPr>
          <w:p w14:paraId="28B00FE3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055E33B6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09F28218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477</w:t>
            </w:r>
          </w:p>
        </w:tc>
        <w:tc>
          <w:tcPr>
            <w:tcW w:w="665" w:type="dxa"/>
            <w:tcBorders>
              <w:left w:val="single" w:sz="24" w:space="0" w:color="auto"/>
            </w:tcBorders>
            <w:hideMark/>
          </w:tcPr>
          <w:p w14:paraId="3775964E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35140208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5B9EC29F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749D462B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5099DBDA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58" w:type="dxa"/>
            <w:hideMark/>
          </w:tcPr>
          <w:p w14:paraId="39941A54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477</w:t>
            </w:r>
          </w:p>
        </w:tc>
      </w:tr>
      <w:tr w:rsidR="00A675B4" w:rsidRPr="00360A69" w14:paraId="01B43583" w14:textId="77777777" w:rsidTr="00ED0F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hideMark/>
          </w:tcPr>
          <w:p w14:paraId="2CB4ABC2" w14:textId="2A65141C" w:rsidR="00A675B4" w:rsidRPr="00360A69" w:rsidRDefault="00A675B4" w:rsidP="00A675B4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70" w:type="dxa"/>
            <w:hideMark/>
          </w:tcPr>
          <w:p w14:paraId="2A2DF8D0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Isla Anderson</w:t>
            </w:r>
          </w:p>
        </w:tc>
        <w:tc>
          <w:tcPr>
            <w:tcW w:w="1071" w:type="dxa"/>
            <w:hideMark/>
          </w:tcPr>
          <w:p w14:paraId="40AF0B0B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456</w:t>
            </w:r>
          </w:p>
        </w:tc>
        <w:tc>
          <w:tcPr>
            <w:tcW w:w="1071" w:type="dxa"/>
            <w:hideMark/>
          </w:tcPr>
          <w:p w14:paraId="164789C7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517D5688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506D84EF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1491A363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456</w:t>
            </w:r>
          </w:p>
        </w:tc>
        <w:tc>
          <w:tcPr>
            <w:tcW w:w="665" w:type="dxa"/>
            <w:tcBorders>
              <w:left w:val="single" w:sz="24" w:space="0" w:color="auto"/>
            </w:tcBorders>
            <w:hideMark/>
          </w:tcPr>
          <w:p w14:paraId="3235C949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5477B176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0EDFE1B3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3DE23DBC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2B67277F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58" w:type="dxa"/>
            <w:hideMark/>
          </w:tcPr>
          <w:p w14:paraId="2F62F094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456</w:t>
            </w:r>
          </w:p>
        </w:tc>
      </w:tr>
      <w:tr w:rsidR="00A675B4" w:rsidRPr="00360A69" w14:paraId="51C636FE" w14:textId="77777777" w:rsidTr="00ED0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hideMark/>
          </w:tcPr>
          <w:p w14:paraId="79758A99" w14:textId="4878AAB1" w:rsidR="00A675B4" w:rsidRPr="00360A69" w:rsidRDefault="00A675B4" w:rsidP="00A675B4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70" w:type="dxa"/>
            <w:hideMark/>
          </w:tcPr>
          <w:p w14:paraId="2D530FA3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proofErr w:type="spellStart"/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Amianne</w:t>
            </w:r>
            <w:proofErr w:type="spellEnd"/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 xml:space="preserve"> Collins</w:t>
            </w:r>
          </w:p>
        </w:tc>
        <w:tc>
          <w:tcPr>
            <w:tcW w:w="1071" w:type="dxa"/>
            <w:hideMark/>
          </w:tcPr>
          <w:p w14:paraId="668BBAF3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198FFB35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43A4EE8E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456</w:t>
            </w:r>
          </w:p>
        </w:tc>
        <w:tc>
          <w:tcPr>
            <w:tcW w:w="1071" w:type="dxa"/>
            <w:hideMark/>
          </w:tcPr>
          <w:p w14:paraId="2960904F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788CEE8D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456</w:t>
            </w:r>
          </w:p>
        </w:tc>
        <w:tc>
          <w:tcPr>
            <w:tcW w:w="665" w:type="dxa"/>
            <w:tcBorders>
              <w:left w:val="single" w:sz="24" w:space="0" w:color="auto"/>
            </w:tcBorders>
            <w:hideMark/>
          </w:tcPr>
          <w:p w14:paraId="51A89ED8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4CE2959E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2B929D60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32AC3096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12D0B3A0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58" w:type="dxa"/>
            <w:hideMark/>
          </w:tcPr>
          <w:p w14:paraId="6B87BF63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456</w:t>
            </w:r>
          </w:p>
        </w:tc>
      </w:tr>
      <w:tr w:rsidR="00A675B4" w:rsidRPr="00360A69" w14:paraId="114E0F96" w14:textId="77777777" w:rsidTr="00ED0F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hideMark/>
          </w:tcPr>
          <w:p w14:paraId="3C389C32" w14:textId="21A0961C" w:rsidR="00A675B4" w:rsidRPr="00360A69" w:rsidRDefault="00A675B4" w:rsidP="00A675B4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70" w:type="dxa"/>
            <w:hideMark/>
          </w:tcPr>
          <w:p w14:paraId="62CCEF8C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Mary Saunders</w:t>
            </w:r>
          </w:p>
        </w:tc>
        <w:tc>
          <w:tcPr>
            <w:tcW w:w="1071" w:type="dxa"/>
            <w:hideMark/>
          </w:tcPr>
          <w:p w14:paraId="6B0EAF57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2D698282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43C09044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367</w:t>
            </w:r>
          </w:p>
        </w:tc>
        <w:tc>
          <w:tcPr>
            <w:tcW w:w="1071" w:type="dxa"/>
            <w:hideMark/>
          </w:tcPr>
          <w:p w14:paraId="4D6B4EC7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28BA0C79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367</w:t>
            </w:r>
          </w:p>
        </w:tc>
        <w:tc>
          <w:tcPr>
            <w:tcW w:w="665" w:type="dxa"/>
            <w:tcBorders>
              <w:left w:val="single" w:sz="24" w:space="0" w:color="auto"/>
            </w:tcBorders>
            <w:hideMark/>
          </w:tcPr>
          <w:p w14:paraId="047D522E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56C6687B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14A31240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4EFFD360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475CF792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58" w:type="dxa"/>
            <w:hideMark/>
          </w:tcPr>
          <w:p w14:paraId="549272E1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367</w:t>
            </w:r>
          </w:p>
        </w:tc>
      </w:tr>
      <w:tr w:rsidR="00A675B4" w:rsidRPr="00360A69" w14:paraId="0B9911AE" w14:textId="77777777" w:rsidTr="00ED0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hideMark/>
          </w:tcPr>
          <w:p w14:paraId="7AB8ABE7" w14:textId="55FD3C3B" w:rsidR="00A675B4" w:rsidRPr="00360A69" w:rsidRDefault="00A675B4" w:rsidP="00A675B4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70" w:type="dxa"/>
            <w:hideMark/>
          </w:tcPr>
          <w:p w14:paraId="19A7C8E3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Zoe Langstaff-Ellis</w:t>
            </w:r>
          </w:p>
        </w:tc>
        <w:tc>
          <w:tcPr>
            <w:tcW w:w="1071" w:type="dxa"/>
            <w:hideMark/>
          </w:tcPr>
          <w:p w14:paraId="54D26BA1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350</w:t>
            </w:r>
          </w:p>
        </w:tc>
        <w:tc>
          <w:tcPr>
            <w:tcW w:w="1071" w:type="dxa"/>
            <w:hideMark/>
          </w:tcPr>
          <w:p w14:paraId="2777DE0D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3C8E550A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3B6142F0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1D51D704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350</w:t>
            </w:r>
          </w:p>
        </w:tc>
        <w:tc>
          <w:tcPr>
            <w:tcW w:w="665" w:type="dxa"/>
            <w:tcBorders>
              <w:left w:val="single" w:sz="24" w:space="0" w:color="auto"/>
            </w:tcBorders>
            <w:hideMark/>
          </w:tcPr>
          <w:p w14:paraId="67B28885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472C4EE0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09DACB2F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29B17B74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18D9DF85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58" w:type="dxa"/>
            <w:hideMark/>
          </w:tcPr>
          <w:p w14:paraId="7960A4A4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350</w:t>
            </w:r>
          </w:p>
        </w:tc>
      </w:tr>
      <w:tr w:rsidR="00A675B4" w:rsidRPr="00360A69" w14:paraId="7A5DA46A" w14:textId="77777777" w:rsidTr="00ED0F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hideMark/>
          </w:tcPr>
          <w:p w14:paraId="63EEA491" w14:textId="665643FF" w:rsidR="00A675B4" w:rsidRPr="00360A69" w:rsidRDefault="00A675B4" w:rsidP="00A675B4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70" w:type="dxa"/>
            <w:hideMark/>
          </w:tcPr>
          <w:p w14:paraId="552C4B35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Edie Plume</w:t>
            </w:r>
          </w:p>
        </w:tc>
        <w:tc>
          <w:tcPr>
            <w:tcW w:w="1071" w:type="dxa"/>
            <w:hideMark/>
          </w:tcPr>
          <w:p w14:paraId="1F4E05C0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0F3F53E5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0B823410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306</w:t>
            </w:r>
          </w:p>
        </w:tc>
        <w:tc>
          <w:tcPr>
            <w:tcW w:w="1071" w:type="dxa"/>
            <w:hideMark/>
          </w:tcPr>
          <w:p w14:paraId="1D140250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23A968E4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306</w:t>
            </w:r>
          </w:p>
        </w:tc>
        <w:tc>
          <w:tcPr>
            <w:tcW w:w="665" w:type="dxa"/>
            <w:tcBorders>
              <w:left w:val="single" w:sz="24" w:space="0" w:color="auto"/>
            </w:tcBorders>
            <w:hideMark/>
          </w:tcPr>
          <w:p w14:paraId="3529C4A7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1E69FBA2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62E73BD5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5BEF4D3E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06732ED3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58" w:type="dxa"/>
            <w:hideMark/>
          </w:tcPr>
          <w:p w14:paraId="0BD80C54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306</w:t>
            </w:r>
          </w:p>
        </w:tc>
      </w:tr>
      <w:tr w:rsidR="00A675B4" w:rsidRPr="00360A69" w14:paraId="7E2F271E" w14:textId="77777777" w:rsidTr="00ED0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hideMark/>
          </w:tcPr>
          <w:p w14:paraId="757975A8" w14:textId="1C454B0F" w:rsidR="00A675B4" w:rsidRPr="00360A69" w:rsidRDefault="00A675B4" w:rsidP="00A675B4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70" w:type="dxa"/>
            <w:hideMark/>
          </w:tcPr>
          <w:p w14:paraId="4FA3B7AD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Bobbi Wynne-Evans</w:t>
            </w:r>
          </w:p>
        </w:tc>
        <w:tc>
          <w:tcPr>
            <w:tcW w:w="1071" w:type="dxa"/>
            <w:hideMark/>
          </w:tcPr>
          <w:p w14:paraId="56CA353F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255</w:t>
            </w:r>
          </w:p>
        </w:tc>
        <w:tc>
          <w:tcPr>
            <w:tcW w:w="1071" w:type="dxa"/>
            <w:hideMark/>
          </w:tcPr>
          <w:p w14:paraId="2669A414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3DC86636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4C060261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1D961822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255</w:t>
            </w:r>
          </w:p>
        </w:tc>
        <w:tc>
          <w:tcPr>
            <w:tcW w:w="665" w:type="dxa"/>
            <w:tcBorders>
              <w:left w:val="single" w:sz="24" w:space="0" w:color="auto"/>
            </w:tcBorders>
            <w:hideMark/>
          </w:tcPr>
          <w:p w14:paraId="2228A27A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0BEDD8CC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3EA2BF9C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049D91AD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2BEA50B2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58" w:type="dxa"/>
            <w:hideMark/>
          </w:tcPr>
          <w:p w14:paraId="57269501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255</w:t>
            </w:r>
          </w:p>
        </w:tc>
      </w:tr>
      <w:tr w:rsidR="00A675B4" w:rsidRPr="00360A69" w14:paraId="6F65F1DD" w14:textId="77777777" w:rsidTr="00ED0F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hideMark/>
          </w:tcPr>
          <w:p w14:paraId="71FCAF58" w14:textId="7687EBD2" w:rsidR="00A675B4" w:rsidRPr="00360A69" w:rsidRDefault="00A675B4" w:rsidP="00A675B4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70" w:type="dxa"/>
            <w:hideMark/>
          </w:tcPr>
          <w:p w14:paraId="05DFB025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Zac Flanagan</w:t>
            </w:r>
          </w:p>
        </w:tc>
        <w:tc>
          <w:tcPr>
            <w:tcW w:w="1071" w:type="dxa"/>
            <w:hideMark/>
          </w:tcPr>
          <w:p w14:paraId="71752194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35961610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59D941D9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222</w:t>
            </w:r>
          </w:p>
        </w:tc>
        <w:tc>
          <w:tcPr>
            <w:tcW w:w="1071" w:type="dxa"/>
            <w:hideMark/>
          </w:tcPr>
          <w:p w14:paraId="7EBFFA18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25EA69E0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222</w:t>
            </w:r>
          </w:p>
        </w:tc>
        <w:tc>
          <w:tcPr>
            <w:tcW w:w="665" w:type="dxa"/>
            <w:tcBorders>
              <w:left w:val="single" w:sz="24" w:space="0" w:color="auto"/>
            </w:tcBorders>
            <w:hideMark/>
          </w:tcPr>
          <w:p w14:paraId="2CEC734B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060FD193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27E7B943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7FBB1667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4757702B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58" w:type="dxa"/>
            <w:hideMark/>
          </w:tcPr>
          <w:p w14:paraId="0076FA1E" w14:textId="77777777" w:rsidR="00A675B4" w:rsidRPr="00360A69" w:rsidRDefault="00A675B4" w:rsidP="00A67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222</w:t>
            </w:r>
          </w:p>
        </w:tc>
      </w:tr>
      <w:tr w:rsidR="00A675B4" w:rsidRPr="00360A69" w14:paraId="0930A9B6" w14:textId="77777777" w:rsidTr="00ED0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hideMark/>
          </w:tcPr>
          <w:p w14:paraId="34FCA87E" w14:textId="4F796F1C" w:rsidR="00A675B4" w:rsidRPr="00360A69" w:rsidRDefault="00A675B4" w:rsidP="00A675B4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70" w:type="dxa"/>
            <w:hideMark/>
          </w:tcPr>
          <w:p w14:paraId="5BD8BCDE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Olly Gardner</w:t>
            </w:r>
          </w:p>
        </w:tc>
        <w:tc>
          <w:tcPr>
            <w:tcW w:w="1071" w:type="dxa"/>
            <w:hideMark/>
          </w:tcPr>
          <w:p w14:paraId="24D27B59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100</w:t>
            </w:r>
          </w:p>
        </w:tc>
        <w:tc>
          <w:tcPr>
            <w:tcW w:w="1071" w:type="dxa"/>
            <w:hideMark/>
          </w:tcPr>
          <w:p w14:paraId="39D2D1FC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67CE836A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71" w:type="dxa"/>
            <w:hideMark/>
          </w:tcPr>
          <w:p w14:paraId="789475A9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tcBorders>
              <w:right w:val="single" w:sz="24" w:space="0" w:color="auto"/>
            </w:tcBorders>
            <w:hideMark/>
          </w:tcPr>
          <w:p w14:paraId="7272D3C5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100</w:t>
            </w:r>
          </w:p>
        </w:tc>
        <w:tc>
          <w:tcPr>
            <w:tcW w:w="665" w:type="dxa"/>
            <w:tcBorders>
              <w:left w:val="single" w:sz="24" w:space="0" w:color="auto"/>
            </w:tcBorders>
            <w:hideMark/>
          </w:tcPr>
          <w:p w14:paraId="3A3324AD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5712E147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0A59583B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5" w:type="dxa"/>
            <w:hideMark/>
          </w:tcPr>
          <w:p w14:paraId="209A9771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5" w:type="dxa"/>
            <w:hideMark/>
          </w:tcPr>
          <w:p w14:paraId="65B092E1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58" w:type="dxa"/>
            <w:hideMark/>
          </w:tcPr>
          <w:p w14:paraId="41FFB0DB" w14:textId="77777777" w:rsidR="00A675B4" w:rsidRPr="00360A69" w:rsidRDefault="00A675B4" w:rsidP="00A67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100</w:t>
            </w:r>
          </w:p>
        </w:tc>
      </w:tr>
    </w:tbl>
    <w:p w14:paraId="108E0647" w14:textId="77777777" w:rsidR="00360A69" w:rsidRDefault="00360A69" w:rsidP="00360A69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4F81BD"/>
          <w:sz w:val="26"/>
          <w:szCs w:val="26"/>
          <w:lang w:val="en-GB" w:eastAsia="en-GB"/>
        </w:rPr>
      </w:pPr>
    </w:p>
    <w:p w14:paraId="3D72397B" w14:textId="77777777" w:rsidR="00360A69" w:rsidRDefault="00360A69" w:rsidP="00360A69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4F81BD"/>
          <w:sz w:val="26"/>
          <w:szCs w:val="26"/>
          <w:lang w:val="en-GB" w:eastAsia="en-GB"/>
        </w:rPr>
      </w:pPr>
    </w:p>
    <w:p w14:paraId="32A45E5B" w14:textId="77777777" w:rsidR="00360A69" w:rsidRDefault="00360A69" w:rsidP="00360A69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4F81BD"/>
          <w:sz w:val="26"/>
          <w:szCs w:val="26"/>
          <w:lang w:val="en-GB" w:eastAsia="en-GB"/>
        </w:rPr>
      </w:pPr>
    </w:p>
    <w:p w14:paraId="1D7F87B3" w14:textId="77777777" w:rsidR="00360A69" w:rsidRDefault="00360A69" w:rsidP="00360A69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4F81BD"/>
          <w:sz w:val="26"/>
          <w:szCs w:val="26"/>
          <w:lang w:val="en-GB" w:eastAsia="en-GB"/>
        </w:rPr>
      </w:pPr>
    </w:p>
    <w:p w14:paraId="0B78BBED" w14:textId="77777777" w:rsidR="008B7277" w:rsidRDefault="008B7277" w:rsidP="00360A69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4F81BD"/>
          <w:sz w:val="26"/>
          <w:szCs w:val="26"/>
          <w:lang w:val="en-GB" w:eastAsia="en-GB"/>
        </w:rPr>
      </w:pPr>
    </w:p>
    <w:p w14:paraId="5E8DA488" w14:textId="77777777" w:rsidR="00267AA5" w:rsidRDefault="00267AA5" w:rsidP="00360A69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4F81BD"/>
          <w:sz w:val="26"/>
          <w:szCs w:val="26"/>
          <w:lang w:val="en-GB" w:eastAsia="en-GB"/>
        </w:rPr>
      </w:pPr>
    </w:p>
    <w:p w14:paraId="11738735" w14:textId="77777777" w:rsidR="00267AA5" w:rsidRDefault="00267AA5" w:rsidP="00360A69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4F81BD"/>
          <w:sz w:val="26"/>
          <w:szCs w:val="26"/>
          <w:lang w:val="en-GB" w:eastAsia="en-GB"/>
        </w:rPr>
      </w:pPr>
    </w:p>
    <w:p w14:paraId="39C22636" w14:textId="77777777" w:rsidR="00267AA5" w:rsidRDefault="00267AA5" w:rsidP="00360A69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4F81BD"/>
          <w:sz w:val="26"/>
          <w:szCs w:val="26"/>
          <w:lang w:val="en-GB" w:eastAsia="en-GB"/>
        </w:rPr>
      </w:pPr>
    </w:p>
    <w:p w14:paraId="04A99BEF" w14:textId="77777777" w:rsidR="00A675B4" w:rsidRDefault="00A675B4" w:rsidP="00360A69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4F81BD"/>
          <w:sz w:val="26"/>
          <w:szCs w:val="26"/>
          <w:lang w:val="en-GB" w:eastAsia="en-GB"/>
        </w:rPr>
      </w:pPr>
    </w:p>
    <w:p w14:paraId="2AEB7107" w14:textId="66C48DC4" w:rsidR="00360A69" w:rsidRPr="00360A69" w:rsidRDefault="00360A69" w:rsidP="00360A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  <w:lang w:val="en-GB" w:eastAsia="en-GB"/>
        </w:rPr>
      </w:pPr>
      <w:r w:rsidRPr="00360A69">
        <w:rPr>
          <w:rFonts w:ascii="Calibri" w:eastAsia="Times New Roman" w:hAnsi="Calibri" w:cs="Calibri"/>
          <w:b/>
          <w:bCs/>
          <w:color w:val="4F81BD"/>
          <w:sz w:val="26"/>
          <w:szCs w:val="26"/>
          <w:lang w:val="en-GB" w:eastAsia="en-GB"/>
        </w:rPr>
        <w:t>New Riders Joining Series 2</w:t>
      </w:r>
    </w:p>
    <w:tbl>
      <w:tblPr>
        <w:tblStyle w:val="GridTable4-Accent2"/>
        <w:tblpPr w:leftFromText="180" w:rightFromText="180" w:vertAnchor="text" w:tblpY="1"/>
        <w:tblOverlap w:val="never"/>
        <w:tblW w:w="8638" w:type="dxa"/>
        <w:tblLook w:val="04A0" w:firstRow="1" w:lastRow="0" w:firstColumn="1" w:lastColumn="0" w:noHBand="0" w:noVBand="1"/>
      </w:tblPr>
      <w:tblGrid>
        <w:gridCol w:w="1228"/>
        <w:gridCol w:w="1281"/>
        <w:gridCol w:w="1225"/>
        <w:gridCol w:w="1226"/>
        <w:gridCol w:w="1225"/>
        <w:gridCol w:w="1225"/>
        <w:gridCol w:w="1228"/>
      </w:tblGrid>
      <w:tr w:rsidR="00360A69" w:rsidRPr="00360A69" w14:paraId="37FE5449" w14:textId="77777777" w:rsidTr="00516A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hideMark/>
          </w:tcPr>
          <w:p w14:paraId="255BDF14" w14:textId="77777777" w:rsidR="00360A69" w:rsidRPr="00360A69" w:rsidRDefault="00360A69" w:rsidP="00516AC0">
            <w:pP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Rank</w:t>
            </w:r>
          </w:p>
        </w:tc>
        <w:tc>
          <w:tcPr>
            <w:tcW w:w="1281" w:type="dxa"/>
            <w:hideMark/>
          </w:tcPr>
          <w:p w14:paraId="5089CB52" w14:textId="77777777" w:rsidR="00360A69" w:rsidRPr="00360A69" w:rsidRDefault="00360A69" w:rsidP="00516A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Rider</w:t>
            </w:r>
          </w:p>
        </w:tc>
        <w:tc>
          <w:tcPr>
            <w:tcW w:w="1225" w:type="dxa"/>
            <w:hideMark/>
          </w:tcPr>
          <w:p w14:paraId="5149E673" w14:textId="77777777" w:rsidR="00360A69" w:rsidRPr="00360A69" w:rsidRDefault="00360A69" w:rsidP="00516A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July R1</w:t>
            </w:r>
          </w:p>
        </w:tc>
        <w:tc>
          <w:tcPr>
            <w:tcW w:w="1226" w:type="dxa"/>
            <w:hideMark/>
          </w:tcPr>
          <w:p w14:paraId="1B1AA591" w14:textId="77777777" w:rsidR="00360A69" w:rsidRPr="00360A69" w:rsidRDefault="00360A69" w:rsidP="00516A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Sept R2</w:t>
            </w:r>
          </w:p>
        </w:tc>
        <w:tc>
          <w:tcPr>
            <w:tcW w:w="1225" w:type="dxa"/>
            <w:hideMark/>
          </w:tcPr>
          <w:p w14:paraId="684E72B5" w14:textId="77777777" w:rsidR="00360A69" w:rsidRPr="00360A69" w:rsidRDefault="00360A69" w:rsidP="00516A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Oct R3</w:t>
            </w:r>
          </w:p>
        </w:tc>
        <w:tc>
          <w:tcPr>
            <w:tcW w:w="1225" w:type="dxa"/>
            <w:hideMark/>
          </w:tcPr>
          <w:p w14:paraId="24936B16" w14:textId="77777777" w:rsidR="00360A69" w:rsidRPr="00360A69" w:rsidRDefault="00360A69" w:rsidP="00516A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Nov R4</w:t>
            </w:r>
          </w:p>
        </w:tc>
        <w:tc>
          <w:tcPr>
            <w:tcW w:w="1228" w:type="dxa"/>
            <w:hideMark/>
          </w:tcPr>
          <w:p w14:paraId="468002F5" w14:textId="77777777" w:rsidR="00360A69" w:rsidRPr="00360A69" w:rsidRDefault="00360A69" w:rsidP="00516A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Series 2 Total</w:t>
            </w:r>
          </w:p>
        </w:tc>
      </w:tr>
      <w:tr w:rsidR="00DF26CB" w:rsidRPr="00360A69" w14:paraId="049282F9" w14:textId="77777777" w:rsidTr="00516A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</w:tcPr>
          <w:p w14:paraId="5893917D" w14:textId="7BBCB3B3" w:rsidR="00DF26CB" w:rsidRPr="00360A69" w:rsidRDefault="00A904A2" w:rsidP="00DF26CB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1</w:t>
            </w:r>
          </w:p>
        </w:tc>
        <w:tc>
          <w:tcPr>
            <w:tcW w:w="1281" w:type="dxa"/>
          </w:tcPr>
          <w:p w14:paraId="30414373" w14:textId="2A239DC3" w:rsidR="00DF26CB" w:rsidRPr="00360A69" w:rsidRDefault="00DF26CB" w:rsidP="00DF2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Pip</w:t>
            </w: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 xml:space="preserve"> Channing</w:t>
            </w:r>
          </w:p>
        </w:tc>
        <w:tc>
          <w:tcPr>
            <w:tcW w:w="1225" w:type="dxa"/>
          </w:tcPr>
          <w:p w14:paraId="52C560DA" w14:textId="33681529" w:rsidR="00DF26CB" w:rsidRPr="00360A69" w:rsidRDefault="00DF26CB" w:rsidP="00DF2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380</w:t>
            </w:r>
          </w:p>
        </w:tc>
        <w:tc>
          <w:tcPr>
            <w:tcW w:w="1226" w:type="dxa"/>
          </w:tcPr>
          <w:p w14:paraId="79216F5F" w14:textId="3B009F22" w:rsidR="00DF26CB" w:rsidRPr="00360A69" w:rsidRDefault="00DF26CB" w:rsidP="00DF2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280</w:t>
            </w:r>
          </w:p>
        </w:tc>
        <w:tc>
          <w:tcPr>
            <w:tcW w:w="1225" w:type="dxa"/>
          </w:tcPr>
          <w:p w14:paraId="12BA8A19" w14:textId="77777777" w:rsidR="00DF26CB" w:rsidRPr="00360A69" w:rsidRDefault="00DF26CB" w:rsidP="00DF2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25" w:type="dxa"/>
          </w:tcPr>
          <w:p w14:paraId="19509ADB" w14:textId="77777777" w:rsidR="00DF26CB" w:rsidRPr="00360A69" w:rsidRDefault="00DF26CB" w:rsidP="00DF2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28" w:type="dxa"/>
          </w:tcPr>
          <w:p w14:paraId="445178C2" w14:textId="21E5C201" w:rsidR="00DF26CB" w:rsidRPr="00360A69" w:rsidRDefault="00DF26CB" w:rsidP="00DF2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660</w:t>
            </w:r>
          </w:p>
        </w:tc>
      </w:tr>
      <w:tr w:rsidR="00DF26CB" w:rsidRPr="00360A69" w14:paraId="5EEF30CB" w14:textId="77777777" w:rsidTr="00516A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hideMark/>
          </w:tcPr>
          <w:p w14:paraId="32F441D9" w14:textId="677F2BF9" w:rsidR="00DF26CB" w:rsidRPr="00360A69" w:rsidRDefault="00A904A2" w:rsidP="00DF26CB">
            <w:pP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2</w:t>
            </w:r>
          </w:p>
        </w:tc>
        <w:tc>
          <w:tcPr>
            <w:tcW w:w="1281" w:type="dxa"/>
            <w:hideMark/>
          </w:tcPr>
          <w:p w14:paraId="5F8EE6B1" w14:textId="3913E812" w:rsidR="00DF26CB" w:rsidRPr="00360A69" w:rsidRDefault="00DF26CB" w:rsidP="00DF26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Ella</w:t>
            </w: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 xml:space="preserve"> Fearnley</w:t>
            </w:r>
          </w:p>
        </w:tc>
        <w:tc>
          <w:tcPr>
            <w:tcW w:w="1225" w:type="dxa"/>
            <w:hideMark/>
          </w:tcPr>
          <w:p w14:paraId="0834EB5F" w14:textId="77777777" w:rsidR="00DF26CB" w:rsidRPr="00360A69" w:rsidRDefault="00DF26CB" w:rsidP="00DF26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546</w:t>
            </w:r>
          </w:p>
        </w:tc>
        <w:tc>
          <w:tcPr>
            <w:tcW w:w="1226" w:type="dxa"/>
            <w:hideMark/>
          </w:tcPr>
          <w:p w14:paraId="71365188" w14:textId="77777777" w:rsidR="00DF26CB" w:rsidRPr="00360A69" w:rsidRDefault="00DF26CB" w:rsidP="00DF26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25" w:type="dxa"/>
            <w:hideMark/>
          </w:tcPr>
          <w:p w14:paraId="4BE2CD2F" w14:textId="77777777" w:rsidR="00DF26CB" w:rsidRPr="00360A69" w:rsidRDefault="00DF26CB" w:rsidP="00DF26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5" w:type="dxa"/>
            <w:hideMark/>
          </w:tcPr>
          <w:p w14:paraId="56E66ACD" w14:textId="77777777" w:rsidR="00DF26CB" w:rsidRPr="00360A69" w:rsidRDefault="00DF26CB" w:rsidP="00DF26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8" w:type="dxa"/>
            <w:hideMark/>
          </w:tcPr>
          <w:p w14:paraId="609C156F" w14:textId="77777777" w:rsidR="00DF26CB" w:rsidRPr="00360A69" w:rsidRDefault="00DF26CB" w:rsidP="00DF26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546</w:t>
            </w:r>
          </w:p>
        </w:tc>
      </w:tr>
      <w:tr w:rsidR="00F353F3" w:rsidRPr="00360A69" w14:paraId="639AFF5A" w14:textId="77777777" w:rsidTr="00516A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</w:tcPr>
          <w:p w14:paraId="23BED5A2" w14:textId="14C6D969" w:rsidR="00F353F3" w:rsidRPr="00360A69" w:rsidRDefault="00A904A2" w:rsidP="00F353F3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3</w:t>
            </w:r>
          </w:p>
        </w:tc>
        <w:tc>
          <w:tcPr>
            <w:tcW w:w="1281" w:type="dxa"/>
          </w:tcPr>
          <w:p w14:paraId="6B167EBB" w14:textId="3494FD01" w:rsidR="00F353F3" w:rsidRPr="00360A69" w:rsidRDefault="00F353F3" w:rsidP="00F35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Lottie Bolt</w:t>
            </w:r>
          </w:p>
        </w:tc>
        <w:tc>
          <w:tcPr>
            <w:tcW w:w="1225" w:type="dxa"/>
          </w:tcPr>
          <w:p w14:paraId="5908AA14" w14:textId="52BAD2F3" w:rsidR="00F353F3" w:rsidRPr="00360A69" w:rsidRDefault="00F353F3" w:rsidP="00F35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181</w:t>
            </w:r>
          </w:p>
        </w:tc>
        <w:tc>
          <w:tcPr>
            <w:tcW w:w="1226" w:type="dxa"/>
          </w:tcPr>
          <w:p w14:paraId="3C71B747" w14:textId="643B87F8" w:rsidR="00F353F3" w:rsidRPr="00360A69" w:rsidRDefault="00F353F3" w:rsidP="00F35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300</w:t>
            </w:r>
          </w:p>
        </w:tc>
        <w:tc>
          <w:tcPr>
            <w:tcW w:w="1225" w:type="dxa"/>
          </w:tcPr>
          <w:p w14:paraId="7190FBDA" w14:textId="77777777" w:rsidR="00F353F3" w:rsidRPr="00360A69" w:rsidRDefault="00F353F3" w:rsidP="00F35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5" w:type="dxa"/>
          </w:tcPr>
          <w:p w14:paraId="621ACAF6" w14:textId="77777777" w:rsidR="00F353F3" w:rsidRPr="00360A69" w:rsidRDefault="00F353F3" w:rsidP="00F35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8" w:type="dxa"/>
          </w:tcPr>
          <w:p w14:paraId="38E92771" w14:textId="5ADC312C" w:rsidR="00F353F3" w:rsidRPr="00360A69" w:rsidRDefault="00F353F3" w:rsidP="00F35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481</w:t>
            </w:r>
          </w:p>
        </w:tc>
      </w:tr>
      <w:tr w:rsidR="00F353F3" w:rsidRPr="00360A69" w14:paraId="0BB79ABE" w14:textId="77777777" w:rsidTr="00516A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hideMark/>
          </w:tcPr>
          <w:p w14:paraId="192FC40D" w14:textId="315CA40A" w:rsidR="00F353F3" w:rsidRPr="00360A69" w:rsidRDefault="00A904A2" w:rsidP="00F353F3">
            <w:pP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4</w:t>
            </w:r>
          </w:p>
        </w:tc>
        <w:tc>
          <w:tcPr>
            <w:tcW w:w="1281" w:type="dxa"/>
            <w:hideMark/>
          </w:tcPr>
          <w:p w14:paraId="5880D434" w14:textId="0640CF96" w:rsidR="00F353F3" w:rsidRPr="00360A69" w:rsidRDefault="00F353F3" w:rsidP="00F35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Gracie</w:t>
            </w: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 xml:space="preserve"> </w:t>
            </w:r>
            <w:proofErr w:type="spellStart"/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MacAkister</w:t>
            </w:r>
            <w:proofErr w:type="spellEnd"/>
          </w:p>
        </w:tc>
        <w:tc>
          <w:tcPr>
            <w:tcW w:w="1225" w:type="dxa"/>
            <w:hideMark/>
          </w:tcPr>
          <w:p w14:paraId="6159B28B" w14:textId="5CEA318D" w:rsidR="00F353F3" w:rsidRPr="00360A69" w:rsidRDefault="00F353F3" w:rsidP="00F35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450</w:t>
            </w:r>
          </w:p>
        </w:tc>
        <w:tc>
          <w:tcPr>
            <w:tcW w:w="1226" w:type="dxa"/>
            <w:hideMark/>
          </w:tcPr>
          <w:p w14:paraId="49236EAA" w14:textId="77777777" w:rsidR="00F353F3" w:rsidRPr="00360A69" w:rsidRDefault="00F353F3" w:rsidP="00F35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25" w:type="dxa"/>
            <w:hideMark/>
          </w:tcPr>
          <w:p w14:paraId="6F59465F" w14:textId="77777777" w:rsidR="00F353F3" w:rsidRPr="00360A69" w:rsidRDefault="00F353F3" w:rsidP="00F35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5" w:type="dxa"/>
            <w:hideMark/>
          </w:tcPr>
          <w:p w14:paraId="4EEDA9D0" w14:textId="77777777" w:rsidR="00F353F3" w:rsidRPr="00360A69" w:rsidRDefault="00F353F3" w:rsidP="00F35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8" w:type="dxa"/>
            <w:hideMark/>
          </w:tcPr>
          <w:p w14:paraId="0E9881C8" w14:textId="1F7BD1CE" w:rsidR="00F353F3" w:rsidRPr="00360A69" w:rsidRDefault="00F353F3" w:rsidP="00F35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450</w:t>
            </w:r>
          </w:p>
        </w:tc>
      </w:tr>
      <w:tr w:rsidR="00F353F3" w:rsidRPr="00360A69" w14:paraId="56F92000" w14:textId="77777777" w:rsidTr="00516A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</w:tcPr>
          <w:p w14:paraId="39E6B1A4" w14:textId="12311A15" w:rsidR="00F353F3" w:rsidRPr="00360A69" w:rsidRDefault="00A904A2" w:rsidP="00F353F3">
            <w:pPr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5</w:t>
            </w:r>
          </w:p>
        </w:tc>
        <w:tc>
          <w:tcPr>
            <w:tcW w:w="1281" w:type="dxa"/>
          </w:tcPr>
          <w:p w14:paraId="6239B459" w14:textId="6DD6CFE0" w:rsidR="00F353F3" w:rsidRPr="00360A69" w:rsidRDefault="00F353F3" w:rsidP="00F35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Jorgie Foward</w:t>
            </w:r>
          </w:p>
        </w:tc>
        <w:tc>
          <w:tcPr>
            <w:tcW w:w="1225" w:type="dxa"/>
          </w:tcPr>
          <w:p w14:paraId="5AC89704" w14:textId="34A64C87" w:rsidR="00F353F3" w:rsidRPr="00360A69" w:rsidRDefault="00F353F3" w:rsidP="00F35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450</w:t>
            </w:r>
          </w:p>
        </w:tc>
        <w:tc>
          <w:tcPr>
            <w:tcW w:w="1226" w:type="dxa"/>
          </w:tcPr>
          <w:p w14:paraId="5C5668BE" w14:textId="77777777" w:rsidR="00F353F3" w:rsidRPr="00360A69" w:rsidRDefault="00F353F3" w:rsidP="00F35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25" w:type="dxa"/>
          </w:tcPr>
          <w:p w14:paraId="79FD1743" w14:textId="77777777" w:rsidR="00F353F3" w:rsidRPr="00360A69" w:rsidRDefault="00F353F3" w:rsidP="00F35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5" w:type="dxa"/>
          </w:tcPr>
          <w:p w14:paraId="7D726829" w14:textId="77777777" w:rsidR="00F353F3" w:rsidRPr="00360A69" w:rsidRDefault="00F353F3" w:rsidP="00F35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8" w:type="dxa"/>
          </w:tcPr>
          <w:p w14:paraId="2912F2CB" w14:textId="3429DD69" w:rsidR="00F353F3" w:rsidRPr="00360A69" w:rsidRDefault="00F353F3" w:rsidP="00F35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450</w:t>
            </w:r>
          </w:p>
        </w:tc>
      </w:tr>
      <w:tr w:rsidR="001C0133" w:rsidRPr="00360A69" w14:paraId="187A016A" w14:textId="77777777" w:rsidTr="00DF26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hideMark/>
          </w:tcPr>
          <w:p w14:paraId="17779EE8" w14:textId="39B3D1E0" w:rsidR="001C0133" w:rsidRPr="00645276" w:rsidRDefault="00A904A2" w:rsidP="001C0133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  <w:t>5</w:t>
            </w:r>
          </w:p>
        </w:tc>
        <w:tc>
          <w:tcPr>
            <w:tcW w:w="1281" w:type="dxa"/>
          </w:tcPr>
          <w:p w14:paraId="6317DD28" w14:textId="5C512535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1A18A2">
              <w:rPr>
                <w:color w:val="215868" w:themeColor="accent5" w:themeShade="80"/>
              </w:rPr>
              <w:t>Beatrice Mills</w:t>
            </w:r>
          </w:p>
        </w:tc>
        <w:tc>
          <w:tcPr>
            <w:tcW w:w="1225" w:type="dxa"/>
          </w:tcPr>
          <w:p w14:paraId="258C39B0" w14:textId="79F854A8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26" w:type="dxa"/>
          </w:tcPr>
          <w:p w14:paraId="0F8DD12F" w14:textId="300D4C94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400</w:t>
            </w:r>
          </w:p>
        </w:tc>
        <w:tc>
          <w:tcPr>
            <w:tcW w:w="1225" w:type="dxa"/>
          </w:tcPr>
          <w:p w14:paraId="4E9EAD0C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5" w:type="dxa"/>
          </w:tcPr>
          <w:p w14:paraId="38618F4F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8" w:type="dxa"/>
          </w:tcPr>
          <w:p w14:paraId="11C39D66" w14:textId="093F99F1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400</w:t>
            </w:r>
          </w:p>
        </w:tc>
      </w:tr>
      <w:tr w:rsidR="001C0133" w:rsidRPr="00360A69" w14:paraId="1E636133" w14:textId="77777777" w:rsidTr="00DF26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</w:tcPr>
          <w:p w14:paraId="2FAE508A" w14:textId="77777777" w:rsidR="001C0133" w:rsidRDefault="001C0133" w:rsidP="001C0133">
            <w:pP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81" w:type="dxa"/>
          </w:tcPr>
          <w:p w14:paraId="4D549101" w14:textId="1962963D" w:rsidR="001C0133" w:rsidRPr="001A18A2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868" w:themeColor="accent5" w:themeShade="80"/>
              </w:rPr>
            </w:pPr>
            <w:r w:rsidRPr="008F3A94">
              <w:rPr>
                <w:color w:val="215868" w:themeColor="accent5" w:themeShade="80"/>
              </w:rPr>
              <w:t>Matilda White</w:t>
            </w:r>
          </w:p>
        </w:tc>
        <w:tc>
          <w:tcPr>
            <w:tcW w:w="1225" w:type="dxa"/>
          </w:tcPr>
          <w:p w14:paraId="404BA928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26" w:type="dxa"/>
          </w:tcPr>
          <w:p w14:paraId="31A53C8C" w14:textId="762A4F0A" w:rsidR="001C0133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400</w:t>
            </w:r>
          </w:p>
        </w:tc>
        <w:tc>
          <w:tcPr>
            <w:tcW w:w="1225" w:type="dxa"/>
          </w:tcPr>
          <w:p w14:paraId="2B10989C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5" w:type="dxa"/>
          </w:tcPr>
          <w:p w14:paraId="36BB52AB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8" w:type="dxa"/>
          </w:tcPr>
          <w:p w14:paraId="4B5F343A" w14:textId="50272B44" w:rsidR="001C0133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400</w:t>
            </w:r>
          </w:p>
        </w:tc>
      </w:tr>
      <w:tr w:rsidR="001C0133" w:rsidRPr="00360A69" w14:paraId="4FDD24CA" w14:textId="77777777" w:rsidTr="00DF26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</w:tcPr>
          <w:p w14:paraId="2B4EADF1" w14:textId="77777777" w:rsidR="001C0133" w:rsidRDefault="001C0133" w:rsidP="001C0133">
            <w:pP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81" w:type="dxa"/>
          </w:tcPr>
          <w:p w14:paraId="0473D1BE" w14:textId="641B160F" w:rsidR="001C0133" w:rsidRPr="001A18A2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5868" w:themeColor="accent5" w:themeShade="80"/>
              </w:rPr>
            </w:pPr>
            <w:r w:rsidRPr="008F3A94">
              <w:rPr>
                <w:color w:val="215868" w:themeColor="accent5" w:themeShade="80"/>
              </w:rPr>
              <w:t>Alice Buck</w:t>
            </w:r>
          </w:p>
        </w:tc>
        <w:tc>
          <w:tcPr>
            <w:tcW w:w="1225" w:type="dxa"/>
          </w:tcPr>
          <w:p w14:paraId="6A421BAB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26" w:type="dxa"/>
          </w:tcPr>
          <w:p w14:paraId="052C716D" w14:textId="7E2A2DB0" w:rsidR="001C0133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390</w:t>
            </w:r>
          </w:p>
        </w:tc>
        <w:tc>
          <w:tcPr>
            <w:tcW w:w="1225" w:type="dxa"/>
          </w:tcPr>
          <w:p w14:paraId="15081135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5" w:type="dxa"/>
          </w:tcPr>
          <w:p w14:paraId="7188D0FA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8" w:type="dxa"/>
          </w:tcPr>
          <w:p w14:paraId="28C605E7" w14:textId="3327BCE3" w:rsidR="001C0133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390</w:t>
            </w:r>
          </w:p>
        </w:tc>
      </w:tr>
      <w:tr w:rsidR="001C0133" w:rsidRPr="00360A69" w14:paraId="5E0C09F7" w14:textId="77777777" w:rsidTr="00516A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hideMark/>
          </w:tcPr>
          <w:p w14:paraId="1B94EB32" w14:textId="42875F1C" w:rsidR="001C0133" w:rsidRPr="00645276" w:rsidRDefault="001C0133" w:rsidP="001C0133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81" w:type="dxa"/>
            <w:hideMark/>
          </w:tcPr>
          <w:p w14:paraId="3B0F8CAB" w14:textId="1B3AE57E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Imogen</w:t>
            </w: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 xml:space="preserve"> Babb</w:t>
            </w:r>
          </w:p>
        </w:tc>
        <w:tc>
          <w:tcPr>
            <w:tcW w:w="1225" w:type="dxa"/>
            <w:hideMark/>
          </w:tcPr>
          <w:p w14:paraId="5E945C1A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370</w:t>
            </w:r>
          </w:p>
        </w:tc>
        <w:tc>
          <w:tcPr>
            <w:tcW w:w="1226" w:type="dxa"/>
            <w:hideMark/>
          </w:tcPr>
          <w:p w14:paraId="7C9E456E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25" w:type="dxa"/>
            <w:hideMark/>
          </w:tcPr>
          <w:p w14:paraId="5EDA940E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5" w:type="dxa"/>
            <w:hideMark/>
          </w:tcPr>
          <w:p w14:paraId="026ECA1C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8" w:type="dxa"/>
            <w:hideMark/>
          </w:tcPr>
          <w:p w14:paraId="6F4C52A9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370</w:t>
            </w:r>
          </w:p>
        </w:tc>
      </w:tr>
      <w:tr w:rsidR="001C0133" w:rsidRPr="00360A69" w14:paraId="6A66AD91" w14:textId="77777777" w:rsidTr="00516A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</w:tcPr>
          <w:p w14:paraId="6B576493" w14:textId="77777777" w:rsidR="001C0133" w:rsidRDefault="001C0133" w:rsidP="001C0133">
            <w:pP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81" w:type="dxa"/>
          </w:tcPr>
          <w:p w14:paraId="12BA5A55" w14:textId="6CA94DC9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8F3A94">
              <w:rPr>
                <w:color w:val="215868" w:themeColor="accent5" w:themeShade="80"/>
              </w:rPr>
              <w:t>Nancy White</w:t>
            </w:r>
          </w:p>
        </w:tc>
        <w:tc>
          <w:tcPr>
            <w:tcW w:w="1225" w:type="dxa"/>
          </w:tcPr>
          <w:p w14:paraId="12283D55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26" w:type="dxa"/>
          </w:tcPr>
          <w:p w14:paraId="2CC5A02D" w14:textId="3619F78E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370</w:t>
            </w:r>
          </w:p>
        </w:tc>
        <w:tc>
          <w:tcPr>
            <w:tcW w:w="1225" w:type="dxa"/>
          </w:tcPr>
          <w:p w14:paraId="349E9DF6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5" w:type="dxa"/>
          </w:tcPr>
          <w:p w14:paraId="441EC860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8" w:type="dxa"/>
          </w:tcPr>
          <w:p w14:paraId="6BF9D4D4" w14:textId="1D3ACCD8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370</w:t>
            </w:r>
          </w:p>
        </w:tc>
      </w:tr>
      <w:tr w:rsidR="001C0133" w:rsidRPr="00360A69" w14:paraId="328CAA02" w14:textId="77777777" w:rsidTr="00516A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hideMark/>
          </w:tcPr>
          <w:p w14:paraId="0EE74125" w14:textId="5E588738" w:rsidR="001C0133" w:rsidRPr="00645276" w:rsidRDefault="001C0133" w:rsidP="001C0133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81" w:type="dxa"/>
            <w:hideMark/>
          </w:tcPr>
          <w:p w14:paraId="58BAD7F2" w14:textId="60672112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Freya</w:t>
            </w: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 xml:space="preserve"> Hakkam-Deakin</w:t>
            </w:r>
          </w:p>
        </w:tc>
        <w:tc>
          <w:tcPr>
            <w:tcW w:w="1225" w:type="dxa"/>
            <w:hideMark/>
          </w:tcPr>
          <w:p w14:paraId="12FB3EE6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366</w:t>
            </w:r>
          </w:p>
        </w:tc>
        <w:tc>
          <w:tcPr>
            <w:tcW w:w="1226" w:type="dxa"/>
            <w:hideMark/>
          </w:tcPr>
          <w:p w14:paraId="4BA8CB2E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25" w:type="dxa"/>
            <w:hideMark/>
          </w:tcPr>
          <w:p w14:paraId="25878472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5" w:type="dxa"/>
            <w:hideMark/>
          </w:tcPr>
          <w:p w14:paraId="5AF0CFFF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8" w:type="dxa"/>
            <w:hideMark/>
          </w:tcPr>
          <w:p w14:paraId="63684785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366</w:t>
            </w:r>
          </w:p>
        </w:tc>
      </w:tr>
      <w:tr w:rsidR="001C0133" w:rsidRPr="00360A69" w14:paraId="4DB69092" w14:textId="77777777" w:rsidTr="00516A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</w:tcPr>
          <w:p w14:paraId="69BD1D18" w14:textId="77777777" w:rsidR="001C0133" w:rsidRDefault="001C0133" w:rsidP="001C0133">
            <w:pP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81" w:type="dxa"/>
          </w:tcPr>
          <w:p w14:paraId="17121E2D" w14:textId="609B11CA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8F3A94">
              <w:rPr>
                <w:color w:val="215868" w:themeColor="accent5" w:themeShade="80"/>
              </w:rPr>
              <w:t>Bonnie-Blue Brough-</w:t>
            </w:r>
            <w:proofErr w:type="spellStart"/>
            <w:r w:rsidRPr="008F3A94">
              <w:rPr>
                <w:color w:val="215868" w:themeColor="accent5" w:themeShade="80"/>
              </w:rPr>
              <w:t>lazenby</w:t>
            </w:r>
            <w:proofErr w:type="spellEnd"/>
          </w:p>
        </w:tc>
        <w:tc>
          <w:tcPr>
            <w:tcW w:w="1225" w:type="dxa"/>
          </w:tcPr>
          <w:p w14:paraId="2D1C72E0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26" w:type="dxa"/>
          </w:tcPr>
          <w:p w14:paraId="376FBCA3" w14:textId="38065DC2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340</w:t>
            </w:r>
          </w:p>
        </w:tc>
        <w:tc>
          <w:tcPr>
            <w:tcW w:w="1225" w:type="dxa"/>
          </w:tcPr>
          <w:p w14:paraId="54A49B12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5" w:type="dxa"/>
          </w:tcPr>
          <w:p w14:paraId="49DDE3EB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8" w:type="dxa"/>
          </w:tcPr>
          <w:p w14:paraId="607D9B2A" w14:textId="67479A1D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340</w:t>
            </w:r>
          </w:p>
        </w:tc>
      </w:tr>
      <w:tr w:rsidR="001C0133" w:rsidRPr="00360A69" w14:paraId="5C32D8EB" w14:textId="77777777" w:rsidTr="00516A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hideMark/>
          </w:tcPr>
          <w:p w14:paraId="5962EFC2" w14:textId="6438DB89" w:rsidR="001C0133" w:rsidRPr="00645276" w:rsidRDefault="001C0133" w:rsidP="001C0133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81" w:type="dxa"/>
            <w:hideMark/>
          </w:tcPr>
          <w:p w14:paraId="4394C7EF" w14:textId="52C30D6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A</w:t>
            </w: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 xml:space="preserve">lys Brown </w:t>
            </w:r>
          </w:p>
        </w:tc>
        <w:tc>
          <w:tcPr>
            <w:tcW w:w="1225" w:type="dxa"/>
            <w:hideMark/>
          </w:tcPr>
          <w:p w14:paraId="3DC6E93A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336</w:t>
            </w:r>
          </w:p>
        </w:tc>
        <w:tc>
          <w:tcPr>
            <w:tcW w:w="1226" w:type="dxa"/>
            <w:hideMark/>
          </w:tcPr>
          <w:p w14:paraId="12EE21E7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25" w:type="dxa"/>
            <w:hideMark/>
          </w:tcPr>
          <w:p w14:paraId="54974780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5" w:type="dxa"/>
            <w:hideMark/>
          </w:tcPr>
          <w:p w14:paraId="4A9ED643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8" w:type="dxa"/>
            <w:hideMark/>
          </w:tcPr>
          <w:p w14:paraId="4A8E9D3C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336</w:t>
            </w:r>
          </w:p>
        </w:tc>
      </w:tr>
      <w:tr w:rsidR="001C0133" w:rsidRPr="00360A69" w14:paraId="2EDAC39E" w14:textId="77777777" w:rsidTr="00516A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</w:tcPr>
          <w:p w14:paraId="2578D269" w14:textId="77777777" w:rsidR="001C0133" w:rsidRDefault="001C0133" w:rsidP="001C0133">
            <w:pP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81" w:type="dxa"/>
          </w:tcPr>
          <w:p w14:paraId="272CC683" w14:textId="21D852EE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1A18A2">
              <w:rPr>
                <w:color w:val="215868" w:themeColor="accent5" w:themeShade="80"/>
              </w:rPr>
              <w:t>Wilbur Norman</w:t>
            </w:r>
          </w:p>
        </w:tc>
        <w:tc>
          <w:tcPr>
            <w:tcW w:w="1225" w:type="dxa"/>
          </w:tcPr>
          <w:p w14:paraId="7BC84430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26" w:type="dxa"/>
          </w:tcPr>
          <w:p w14:paraId="4CECD2E8" w14:textId="02F2331B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320</w:t>
            </w:r>
          </w:p>
        </w:tc>
        <w:tc>
          <w:tcPr>
            <w:tcW w:w="1225" w:type="dxa"/>
          </w:tcPr>
          <w:p w14:paraId="3463F6A8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5" w:type="dxa"/>
          </w:tcPr>
          <w:p w14:paraId="79FA65D7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8" w:type="dxa"/>
          </w:tcPr>
          <w:p w14:paraId="1621EF01" w14:textId="209F4098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320</w:t>
            </w:r>
          </w:p>
        </w:tc>
      </w:tr>
      <w:tr w:rsidR="001C0133" w:rsidRPr="00360A69" w14:paraId="5FDE1DC2" w14:textId="77777777" w:rsidTr="00516A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hideMark/>
          </w:tcPr>
          <w:p w14:paraId="25B88C36" w14:textId="744B0A4E" w:rsidR="001C0133" w:rsidRPr="00645276" w:rsidRDefault="001C0133" w:rsidP="001C0133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81" w:type="dxa"/>
            <w:hideMark/>
          </w:tcPr>
          <w:p w14:paraId="33E7A91E" w14:textId="40322A4E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Crystal</w:t>
            </w: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 xml:space="preserve"> Mason</w:t>
            </w:r>
          </w:p>
        </w:tc>
        <w:tc>
          <w:tcPr>
            <w:tcW w:w="1225" w:type="dxa"/>
            <w:hideMark/>
          </w:tcPr>
          <w:p w14:paraId="594FB1E6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310</w:t>
            </w:r>
          </w:p>
        </w:tc>
        <w:tc>
          <w:tcPr>
            <w:tcW w:w="1226" w:type="dxa"/>
            <w:hideMark/>
          </w:tcPr>
          <w:p w14:paraId="6168A1C4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25" w:type="dxa"/>
            <w:hideMark/>
          </w:tcPr>
          <w:p w14:paraId="0612B48C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5" w:type="dxa"/>
            <w:hideMark/>
          </w:tcPr>
          <w:p w14:paraId="16A51842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8" w:type="dxa"/>
            <w:hideMark/>
          </w:tcPr>
          <w:p w14:paraId="56A054B2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310</w:t>
            </w:r>
          </w:p>
        </w:tc>
      </w:tr>
      <w:tr w:rsidR="001C0133" w:rsidRPr="00360A69" w14:paraId="094E7942" w14:textId="77777777" w:rsidTr="00516A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</w:tcPr>
          <w:p w14:paraId="114F4FFC" w14:textId="77777777" w:rsidR="001C0133" w:rsidRDefault="001C0133" w:rsidP="001C0133">
            <w:pP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81" w:type="dxa"/>
          </w:tcPr>
          <w:p w14:paraId="2ABC34F7" w14:textId="6D40E664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 w:rsidRPr="001A18A2">
              <w:rPr>
                <w:color w:val="215868" w:themeColor="accent5" w:themeShade="80"/>
              </w:rPr>
              <w:t>Marnie Berry</w:t>
            </w:r>
          </w:p>
        </w:tc>
        <w:tc>
          <w:tcPr>
            <w:tcW w:w="1225" w:type="dxa"/>
          </w:tcPr>
          <w:p w14:paraId="1148A6F9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26" w:type="dxa"/>
          </w:tcPr>
          <w:p w14:paraId="2B3A5DA0" w14:textId="6DD37ED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310</w:t>
            </w:r>
          </w:p>
        </w:tc>
        <w:tc>
          <w:tcPr>
            <w:tcW w:w="1225" w:type="dxa"/>
          </w:tcPr>
          <w:p w14:paraId="79267B51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5" w:type="dxa"/>
          </w:tcPr>
          <w:p w14:paraId="5455DB78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8" w:type="dxa"/>
          </w:tcPr>
          <w:p w14:paraId="7CD16CF9" w14:textId="65B5E953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310</w:t>
            </w:r>
          </w:p>
        </w:tc>
      </w:tr>
      <w:tr w:rsidR="001C0133" w:rsidRPr="00360A69" w14:paraId="1A4EBF5E" w14:textId="77777777" w:rsidTr="00516A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</w:tcPr>
          <w:p w14:paraId="4068A945" w14:textId="77777777" w:rsidR="001C0133" w:rsidRDefault="001C0133" w:rsidP="001C0133">
            <w:pP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81" w:type="dxa"/>
          </w:tcPr>
          <w:p w14:paraId="0A329F5A" w14:textId="449AB6E9" w:rsidR="001C0133" w:rsidRPr="001A18A2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868" w:themeColor="accent5" w:themeShade="80"/>
              </w:rPr>
            </w:pPr>
            <w:proofErr w:type="spellStart"/>
            <w:r w:rsidRPr="008F3A94">
              <w:rPr>
                <w:color w:val="215868" w:themeColor="accent5" w:themeShade="80"/>
              </w:rPr>
              <w:t>Alettia</w:t>
            </w:r>
            <w:proofErr w:type="spellEnd"/>
            <w:r w:rsidRPr="008F3A94">
              <w:rPr>
                <w:color w:val="215868" w:themeColor="accent5" w:themeShade="80"/>
              </w:rPr>
              <w:t xml:space="preserve"> Kingsland</w:t>
            </w:r>
          </w:p>
        </w:tc>
        <w:tc>
          <w:tcPr>
            <w:tcW w:w="1225" w:type="dxa"/>
          </w:tcPr>
          <w:p w14:paraId="5317E6A8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26" w:type="dxa"/>
          </w:tcPr>
          <w:p w14:paraId="56F8A641" w14:textId="7E67DE5C" w:rsidR="001C0133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300</w:t>
            </w:r>
          </w:p>
        </w:tc>
        <w:tc>
          <w:tcPr>
            <w:tcW w:w="1225" w:type="dxa"/>
          </w:tcPr>
          <w:p w14:paraId="1C0EE2AF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5" w:type="dxa"/>
          </w:tcPr>
          <w:p w14:paraId="021B099A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8" w:type="dxa"/>
          </w:tcPr>
          <w:p w14:paraId="624C0AFF" w14:textId="71CA67D4" w:rsidR="001C0133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300</w:t>
            </w:r>
          </w:p>
        </w:tc>
      </w:tr>
      <w:tr w:rsidR="001C0133" w:rsidRPr="00360A69" w14:paraId="4CA7E998" w14:textId="77777777" w:rsidTr="00516A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hideMark/>
          </w:tcPr>
          <w:p w14:paraId="6728874C" w14:textId="7DD755FB" w:rsidR="001C0133" w:rsidRPr="00645276" w:rsidRDefault="001C0133" w:rsidP="001C0133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81" w:type="dxa"/>
            <w:hideMark/>
          </w:tcPr>
          <w:p w14:paraId="18DB5710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Molly Hill</w:t>
            </w:r>
          </w:p>
        </w:tc>
        <w:tc>
          <w:tcPr>
            <w:tcW w:w="1225" w:type="dxa"/>
            <w:hideMark/>
          </w:tcPr>
          <w:p w14:paraId="31A7BC3B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236</w:t>
            </w:r>
          </w:p>
        </w:tc>
        <w:tc>
          <w:tcPr>
            <w:tcW w:w="1226" w:type="dxa"/>
            <w:hideMark/>
          </w:tcPr>
          <w:p w14:paraId="0AECFEDA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25" w:type="dxa"/>
            <w:hideMark/>
          </w:tcPr>
          <w:p w14:paraId="40F99563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5" w:type="dxa"/>
            <w:hideMark/>
          </w:tcPr>
          <w:p w14:paraId="41E4C68A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8" w:type="dxa"/>
            <w:hideMark/>
          </w:tcPr>
          <w:p w14:paraId="00A1723B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236</w:t>
            </w:r>
          </w:p>
        </w:tc>
      </w:tr>
      <w:tr w:rsidR="001C0133" w:rsidRPr="00360A69" w14:paraId="66ECAF1E" w14:textId="77777777" w:rsidTr="00516A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hideMark/>
          </w:tcPr>
          <w:p w14:paraId="60B953D8" w14:textId="33742425" w:rsidR="001C0133" w:rsidRPr="00645276" w:rsidRDefault="001C0133" w:rsidP="001C0133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81" w:type="dxa"/>
            <w:hideMark/>
          </w:tcPr>
          <w:p w14:paraId="40D272CA" w14:textId="37475E9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Elsie</w:t>
            </w: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 xml:space="preserve"> </w:t>
            </w:r>
            <w:r w:rsidRPr="008A20EE">
              <w:rPr>
                <w:rFonts w:ascii="Cambria" w:eastAsia="Times New Roman" w:hAnsi="Cambria" w:cs="Segoe UI"/>
                <w:color w:val="000000"/>
                <w:lang w:val="en-GB" w:eastAsia="en-GB"/>
              </w:rPr>
              <w:t>Francis</w:t>
            </w:r>
          </w:p>
        </w:tc>
        <w:tc>
          <w:tcPr>
            <w:tcW w:w="1225" w:type="dxa"/>
            <w:hideMark/>
          </w:tcPr>
          <w:p w14:paraId="648A89BF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203</w:t>
            </w:r>
          </w:p>
        </w:tc>
        <w:tc>
          <w:tcPr>
            <w:tcW w:w="1226" w:type="dxa"/>
            <w:hideMark/>
          </w:tcPr>
          <w:p w14:paraId="31D3407A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25" w:type="dxa"/>
            <w:hideMark/>
          </w:tcPr>
          <w:p w14:paraId="105D44DE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5" w:type="dxa"/>
            <w:hideMark/>
          </w:tcPr>
          <w:p w14:paraId="6527A321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8" w:type="dxa"/>
            <w:hideMark/>
          </w:tcPr>
          <w:p w14:paraId="3CAA28D1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203</w:t>
            </w:r>
          </w:p>
        </w:tc>
      </w:tr>
      <w:tr w:rsidR="001C0133" w:rsidRPr="00360A69" w14:paraId="2492D71B" w14:textId="77777777" w:rsidTr="00516A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hideMark/>
          </w:tcPr>
          <w:p w14:paraId="35E6D1BD" w14:textId="280DA46E" w:rsidR="001C0133" w:rsidRPr="00645276" w:rsidRDefault="001C0133" w:rsidP="001C0133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81" w:type="dxa"/>
            <w:hideMark/>
          </w:tcPr>
          <w:p w14:paraId="73090CFC" w14:textId="55591680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Flo</w:t>
            </w: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 xml:space="preserve"> Oxley</w:t>
            </w:r>
          </w:p>
        </w:tc>
        <w:tc>
          <w:tcPr>
            <w:tcW w:w="1225" w:type="dxa"/>
            <w:hideMark/>
          </w:tcPr>
          <w:p w14:paraId="3D440AC5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180</w:t>
            </w:r>
          </w:p>
        </w:tc>
        <w:tc>
          <w:tcPr>
            <w:tcW w:w="1226" w:type="dxa"/>
            <w:hideMark/>
          </w:tcPr>
          <w:p w14:paraId="765DFEB4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25" w:type="dxa"/>
            <w:hideMark/>
          </w:tcPr>
          <w:p w14:paraId="0F01491D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5" w:type="dxa"/>
            <w:hideMark/>
          </w:tcPr>
          <w:p w14:paraId="3F5E8B9E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8" w:type="dxa"/>
            <w:hideMark/>
          </w:tcPr>
          <w:p w14:paraId="291EFB13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180</w:t>
            </w:r>
          </w:p>
        </w:tc>
      </w:tr>
      <w:tr w:rsidR="001C0133" w:rsidRPr="00360A69" w14:paraId="66F79490" w14:textId="77777777" w:rsidTr="00516A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hideMark/>
          </w:tcPr>
          <w:p w14:paraId="3052DA10" w14:textId="2F5DD91B" w:rsidR="001C0133" w:rsidRPr="00645276" w:rsidRDefault="001C0133" w:rsidP="001C0133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81" w:type="dxa"/>
            <w:hideMark/>
          </w:tcPr>
          <w:p w14:paraId="75845494" w14:textId="7FC7CE4D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Freya-B</w:t>
            </w: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urtt</w:t>
            </w: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 xml:space="preserve"> Jones</w:t>
            </w:r>
          </w:p>
        </w:tc>
        <w:tc>
          <w:tcPr>
            <w:tcW w:w="1225" w:type="dxa"/>
            <w:hideMark/>
          </w:tcPr>
          <w:p w14:paraId="70AD9784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174</w:t>
            </w:r>
          </w:p>
        </w:tc>
        <w:tc>
          <w:tcPr>
            <w:tcW w:w="1226" w:type="dxa"/>
            <w:hideMark/>
          </w:tcPr>
          <w:p w14:paraId="4E9A9691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25" w:type="dxa"/>
            <w:hideMark/>
          </w:tcPr>
          <w:p w14:paraId="1B8F1D02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5" w:type="dxa"/>
            <w:hideMark/>
          </w:tcPr>
          <w:p w14:paraId="5C589185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8" w:type="dxa"/>
            <w:hideMark/>
          </w:tcPr>
          <w:p w14:paraId="4CD37335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174</w:t>
            </w:r>
          </w:p>
        </w:tc>
      </w:tr>
      <w:tr w:rsidR="001C0133" w:rsidRPr="00360A69" w14:paraId="695384D8" w14:textId="77777777" w:rsidTr="00516A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hideMark/>
          </w:tcPr>
          <w:p w14:paraId="430B501F" w14:textId="4EE9D4FE" w:rsidR="001C0133" w:rsidRPr="00645276" w:rsidRDefault="001C0133" w:rsidP="001C0133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81" w:type="dxa"/>
            <w:hideMark/>
          </w:tcPr>
          <w:p w14:paraId="240DA01D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Georgina Hill</w:t>
            </w:r>
          </w:p>
        </w:tc>
        <w:tc>
          <w:tcPr>
            <w:tcW w:w="1225" w:type="dxa"/>
            <w:hideMark/>
          </w:tcPr>
          <w:p w14:paraId="39C42CC3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174</w:t>
            </w:r>
          </w:p>
        </w:tc>
        <w:tc>
          <w:tcPr>
            <w:tcW w:w="1226" w:type="dxa"/>
            <w:hideMark/>
          </w:tcPr>
          <w:p w14:paraId="35F5FF78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25" w:type="dxa"/>
            <w:hideMark/>
          </w:tcPr>
          <w:p w14:paraId="39567523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5" w:type="dxa"/>
            <w:hideMark/>
          </w:tcPr>
          <w:p w14:paraId="44D891B0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8" w:type="dxa"/>
            <w:hideMark/>
          </w:tcPr>
          <w:p w14:paraId="4359DBD6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174</w:t>
            </w:r>
          </w:p>
        </w:tc>
      </w:tr>
      <w:tr w:rsidR="001C0133" w:rsidRPr="00360A69" w14:paraId="4D7C8E6F" w14:textId="77777777" w:rsidTr="00516A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hideMark/>
          </w:tcPr>
          <w:p w14:paraId="441C4615" w14:textId="4CAFD3FE" w:rsidR="001C0133" w:rsidRPr="00645276" w:rsidRDefault="001C0133" w:rsidP="001C0133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81" w:type="dxa"/>
            <w:hideMark/>
          </w:tcPr>
          <w:p w14:paraId="0BB977E3" w14:textId="02DE086F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Isla</w:t>
            </w: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 xml:space="preserve"> Rea</w:t>
            </w:r>
          </w:p>
        </w:tc>
        <w:tc>
          <w:tcPr>
            <w:tcW w:w="1225" w:type="dxa"/>
            <w:hideMark/>
          </w:tcPr>
          <w:p w14:paraId="6538F44A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145</w:t>
            </w:r>
          </w:p>
        </w:tc>
        <w:tc>
          <w:tcPr>
            <w:tcW w:w="1226" w:type="dxa"/>
            <w:hideMark/>
          </w:tcPr>
          <w:p w14:paraId="550096E5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25" w:type="dxa"/>
            <w:hideMark/>
          </w:tcPr>
          <w:p w14:paraId="12A9AB22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5" w:type="dxa"/>
            <w:hideMark/>
          </w:tcPr>
          <w:p w14:paraId="1216E5F6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8" w:type="dxa"/>
            <w:hideMark/>
          </w:tcPr>
          <w:p w14:paraId="1380C119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145</w:t>
            </w:r>
          </w:p>
        </w:tc>
      </w:tr>
      <w:tr w:rsidR="001C0133" w:rsidRPr="00360A69" w14:paraId="0EC73E65" w14:textId="77777777" w:rsidTr="00516A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hideMark/>
          </w:tcPr>
          <w:p w14:paraId="3E711490" w14:textId="7F927B03" w:rsidR="001C0133" w:rsidRPr="00645276" w:rsidRDefault="001C0133" w:rsidP="001C0133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81" w:type="dxa"/>
            <w:hideMark/>
          </w:tcPr>
          <w:p w14:paraId="132EA2CB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Lydia Hill</w:t>
            </w:r>
          </w:p>
        </w:tc>
        <w:tc>
          <w:tcPr>
            <w:tcW w:w="1225" w:type="dxa"/>
            <w:hideMark/>
          </w:tcPr>
          <w:p w14:paraId="7F280E59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136</w:t>
            </w:r>
          </w:p>
        </w:tc>
        <w:tc>
          <w:tcPr>
            <w:tcW w:w="1226" w:type="dxa"/>
            <w:hideMark/>
          </w:tcPr>
          <w:p w14:paraId="3EBB6CE9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25" w:type="dxa"/>
            <w:hideMark/>
          </w:tcPr>
          <w:p w14:paraId="374DF4CC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5" w:type="dxa"/>
            <w:hideMark/>
          </w:tcPr>
          <w:p w14:paraId="44B4FAE5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8" w:type="dxa"/>
            <w:hideMark/>
          </w:tcPr>
          <w:p w14:paraId="6E09F34A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136</w:t>
            </w:r>
          </w:p>
        </w:tc>
      </w:tr>
      <w:tr w:rsidR="001C0133" w:rsidRPr="00360A69" w14:paraId="4D66C836" w14:textId="77777777" w:rsidTr="00516A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hideMark/>
          </w:tcPr>
          <w:p w14:paraId="0CB15A5F" w14:textId="7F660571" w:rsidR="001C0133" w:rsidRPr="00645276" w:rsidRDefault="001C0133" w:rsidP="001C0133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81" w:type="dxa"/>
            <w:hideMark/>
          </w:tcPr>
          <w:p w14:paraId="0AE4B266" w14:textId="723365E2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Hattie</w:t>
            </w: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 xml:space="preserve"> Harding</w:t>
            </w:r>
          </w:p>
        </w:tc>
        <w:tc>
          <w:tcPr>
            <w:tcW w:w="1225" w:type="dxa"/>
            <w:hideMark/>
          </w:tcPr>
          <w:p w14:paraId="029CBC44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100</w:t>
            </w:r>
          </w:p>
        </w:tc>
        <w:tc>
          <w:tcPr>
            <w:tcW w:w="1226" w:type="dxa"/>
            <w:hideMark/>
          </w:tcPr>
          <w:p w14:paraId="51EF1B93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25" w:type="dxa"/>
            <w:hideMark/>
          </w:tcPr>
          <w:p w14:paraId="5D01A9F3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5" w:type="dxa"/>
            <w:hideMark/>
          </w:tcPr>
          <w:p w14:paraId="23E1AE10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8" w:type="dxa"/>
            <w:hideMark/>
          </w:tcPr>
          <w:p w14:paraId="23DF6D09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100</w:t>
            </w:r>
          </w:p>
        </w:tc>
      </w:tr>
      <w:tr w:rsidR="001C0133" w:rsidRPr="00360A69" w14:paraId="0DCD2ED3" w14:textId="77777777" w:rsidTr="00516A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  <w:hideMark/>
          </w:tcPr>
          <w:p w14:paraId="7B1BA691" w14:textId="7918FC7E" w:rsidR="001C0133" w:rsidRPr="00645276" w:rsidRDefault="001C0133" w:rsidP="001C0133">
            <w:pPr>
              <w:rPr>
                <w:rFonts w:ascii="Segoe UI" w:eastAsia="Times New Roman" w:hAnsi="Segoe UI" w:cs="Segoe UI"/>
                <w:b w:val="0"/>
                <w:bCs w:val="0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81" w:type="dxa"/>
            <w:hideMark/>
          </w:tcPr>
          <w:p w14:paraId="6ED1F88B" w14:textId="1BE5D604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Alicia</w:t>
            </w: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 xml:space="preserve"> Pickard </w:t>
            </w:r>
          </w:p>
        </w:tc>
        <w:tc>
          <w:tcPr>
            <w:tcW w:w="1225" w:type="dxa"/>
            <w:hideMark/>
          </w:tcPr>
          <w:p w14:paraId="0838CDAF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100</w:t>
            </w:r>
          </w:p>
        </w:tc>
        <w:tc>
          <w:tcPr>
            <w:tcW w:w="1226" w:type="dxa"/>
            <w:hideMark/>
          </w:tcPr>
          <w:p w14:paraId="06375652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25" w:type="dxa"/>
            <w:hideMark/>
          </w:tcPr>
          <w:p w14:paraId="13F72D8E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5" w:type="dxa"/>
            <w:hideMark/>
          </w:tcPr>
          <w:p w14:paraId="0C9B690C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8" w:type="dxa"/>
            <w:hideMark/>
          </w:tcPr>
          <w:p w14:paraId="41199746" w14:textId="77777777" w:rsidR="001C0133" w:rsidRPr="00360A69" w:rsidRDefault="001C0133" w:rsidP="001C0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100</w:t>
            </w:r>
          </w:p>
        </w:tc>
      </w:tr>
      <w:tr w:rsidR="001C0133" w:rsidRPr="00360A69" w14:paraId="5E2D65B9" w14:textId="77777777" w:rsidTr="00516A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dxa"/>
          </w:tcPr>
          <w:p w14:paraId="098CFE03" w14:textId="77777777" w:rsidR="001C0133" w:rsidRPr="00645276" w:rsidRDefault="001C0133" w:rsidP="001C0133">
            <w:pP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</w:p>
        </w:tc>
        <w:tc>
          <w:tcPr>
            <w:tcW w:w="1281" w:type="dxa"/>
          </w:tcPr>
          <w:p w14:paraId="00F95EEF" w14:textId="713F5512" w:rsidR="001C0133" w:rsidRPr="001A18A2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15868" w:themeColor="accent5" w:themeShade="80"/>
              </w:rPr>
            </w:pPr>
            <w:r w:rsidRPr="001A18A2">
              <w:rPr>
                <w:color w:val="215868" w:themeColor="accent5" w:themeShade="80"/>
              </w:rPr>
              <w:t>Imogen Norman</w:t>
            </w:r>
          </w:p>
        </w:tc>
        <w:tc>
          <w:tcPr>
            <w:tcW w:w="1225" w:type="dxa"/>
          </w:tcPr>
          <w:p w14:paraId="79BB9FE2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</w:p>
        </w:tc>
        <w:tc>
          <w:tcPr>
            <w:tcW w:w="1226" w:type="dxa"/>
          </w:tcPr>
          <w:p w14:paraId="2DF18FA0" w14:textId="5B3F1DEB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</w:pPr>
            <w:r>
              <w:rPr>
                <w:rFonts w:ascii="Segoe UI" w:eastAsia="Times New Roman" w:hAnsi="Segoe UI" w:cs="Segoe UI"/>
                <w:color w:val="000000"/>
                <w:sz w:val="27"/>
                <w:szCs w:val="27"/>
                <w:lang w:val="en-GB" w:eastAsia="en-GB"/>
              </w:rPr>
              <w:t>50</w:t>
            </w:r>
          </w:p>
        </w:tc>
        <w:tc>
          <w:tcPr>
            <w:tcW w:w="1225" w:type="dxa"/>
          </w:tcPr>
          <w:p w14:paraId="271FA925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5" w:type="dxa"/>
          </w:tcPr>
          <w:p w14:paraId="04A8B6E1" w14:textId="77777777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8" w:type="dxa"/>
          </w:tcPr>
          <w:p w14:paraId="577C7F53" w14:textId="7F97694F" w:rsidR="001C0133" w:rsidRPr="00360A69" w:rsidRDefault="001C0133" w:rsidP="001C0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50</w:t>
            </w:r>
          </w:p>
        </w:tc>
      </w:tr>
    </w:tbl>
    <w:p w14:paraId="7DFA83AF" w14:textId="55F6A1E8" w:rsidR="00360A69" w:rsidRDefault="00516AC0">
      <w:r>
        <w:br w:type="textWrapping" w:clear="all"/>
      </w:r>
    </w:p>
    <w:sectPr w:rsidR="00360A69" w:rsidSect="00360A6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54395645">
    <w:abstractNumId w:val="8"/>
  </w:num>
  <w:num w:numId="2" w16cid:durableId="1099370573">
    <w:abstractNumId w:val="6"/>
  </w:num>
  <w:num w:numId="3" w16cid:durableId="329329747">
    <w:abstractNumId w:val="5"/>
  </w:num>
  <w:num w:numId="4" w16cid:durableId="750079920">
    <w:abstractNumId w:val="4"/>
  </w:num>
  <w:num w:numId="5" w16cid:durableId="250117668">
    <w:abstractNumId w:val="7"/>
  </w:num>
  <w:num w:numId="6" w16cid:durableId="165052226">
    <w:abstractNumId w:val="3"/>
  </w:num>
  <w:num w:numId="7" w16cid:durableId="2048069709">
    <w:abstractNumId w:val="2"/>
  </w:num>
  <w:num w:numId="8" w16cid:durableId="329917861">
    <w:abstractNumId w:val="1"/>
  </w:num>
  <w:num w:numId="9" w16cid:durableId="1453816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3E8B"/>
    <w:rsid w:val="0006063C"/>
    <w:rsid w:val="000F7DC5"/>
    <w:rsid w:val="00130847"/>
    <w:rsid w:val="0014239D"/>
    <w:rsid w:val="0015074B"/>
    <w:rsid w:val="00156619"/>
    <w:rsid w:val="001C0133"/>
    <w:rsid w:val="00227395"/>
    <w:rsid w:val="00267AA5"/>
    <w:rsid w:val="00271C42"/>
    <w:rsid w:val="002941B4"/>
    <w:rsid w:val="0029639D"/>
    <w:rsid w:val="002A3765"/>
    <w:rsid w:val="002B2738"/>
    <w:rsid w:val="00305BBC"/>
    <w:rsid w:val="00314BC8"/>
    <w:rsid w:val="00326F90"/>
    <w:rsid w:val="00360A69"/>
    <w:rsid w:val="003D60E1"/>
    <w:rsid w:val="00485248"/>
    <w:rsid w:val="0049588E"/>
    <w:rsid w:val="00516A3E"/>
    <w:rsid w:val="00516AC0"/>
    <w:rsid w:val="00521916"/>
    <w:rsid w:val="00536D07"/>
    <w:rsid w:val="00550025"/>
    <w:rsid w:val="0056463F"/>
    <w:rsid w:val="005C0996"/>
    <w:rsid w:val="005C793D"/>
    <w:rsid w:val="005E0164"/>
    <w:rsid w:val="005E6497"/>
    <w:rsid w:val="00645276"/>
    <w:rsid w:val="006521F4"/>
    <w:rsid w:val="00683099"/>
    <w:rsid w:val="006960D1"/>
    <w:rsid w:val="006C3A08"/>
    <w:rsid w:val="00735992"/>
    <w:rsid w:val="00747EFE"/>
    <w:rsid w:val="00765202"/>
    <w:rsid w:val="00766CE5"/>
    <w:rsid w:val="007E38B6"/>
    <w:rsid w:val="007E4C00"/>
    <w:rsid w:val="00804115"/>
    <w:rsid w:val="00805BB9"/>
    <w:rsid w:val="0081756D"/>
    <w:rsid w:val="008551F3"/>
    <w:rsid w:val="008A20EE"/>
    <w:rsid w:val="008B7277"/>
    <w:rsid w:val="008F7349"/>
    <w:rsid w:val="00921A98"/>
    <w:rsid w:val="00991EBA"/>
    <w:rsid w:val="00A25CC4"/>
    <w:rsid w:val="00A675B4"/>
    <w:rsid w:val="00A77A48"/>
    <w:rsid w:val="00A904A2"/>
    <w:rsid w:val="00AA1D8D"/>
    <w:rsid w:val="00AA49AC"/>
    <w:rsid w:val="00AE6C48"/>
    <w:rsid w:val="00B00187"/>
    <w:rsid w:val="00B24083"/>
    <w:rsid w:val="00B47730"/>
    <w:rsid w:val="00B91FFF"/>
    <w:rsid w:val="00BE0E70"/>
    <w:rsid w:val="00BE788D"/>
    <w:rsid w:val="00C07CBA"/>
    <w:rsid w:val="00C62A96"/>
    <w:rsid w:val="00C96E25"/>
    <w:rsid w:val="00CB0664"/>
    <w:rsid w:val="00CB0FEA"/>
    <w:rsid w:val="00CB4177"/>
    <w:rsid w:val="00CD0ECA"/>
    <w:rsid w:val="00CF18D3"/>
    <w:rsid w:val="00D11FA4"/>
    <w:rsid w:val="00D1459C"/>
    <w:rsid w:val="00D3706D"/>
    <w:rsid w:val="00D52A28"/>
    <w:rsid w:val="00D90ECF"/>
    <w:rsid w:val="00D934A8"/>
    <w:rsid w:val="00DE4A13"/>
    <w:rsid w:val="00DF26CB"/>
    <w:rsid w:val="00E01F21"/>
    <w:rsid w:val="00E70DDC"/>
    <w:rsid w:val="00ED0F40"/>
    <w:rsid w:val="00ED37C1"/>
    <w:rsid w:val="00ED7F32"/>
    <w:rsid w:val="00EE0473"/>
    <w:rsid w:val="00F1745C"/>
    <w:rsid w:val="00F353F3"/>
    <w:rsid w:val="00F56E74"/>
    <w:rsid w:val="00FC693F"/>
    <w:rsid w:val="00FE3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A4996C"/>
  <w14:defaultImageDpi w14:val="300"/>
  <w15:docId w15:val="{63CDCC5F-5AA6-4FA4-8165-E2FC4C757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dTable4-Accent4">
    <w:name w:val="Grid Table 4 Accent 4"/>
    <w:basedOn w:val="TableNormal"/>
    <w:uiPriority w:val="49"/>
    <w:rsid w:val="007E38B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2">
    <w:name w:val="Grid Table 4 Accent 2"/>
    <w:basedOn w:val="TableNormal"/>
    <w:uiPriority w:val="49"/>
    <w:rsid w:val="00360A6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5175</TotalTime>
  <Pages>7</Pages>
  <Words>724</Words>
  <Characters>4133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The Grand Solstice Jump Challenge Summer and Winter Leagues </vt:lpstr>
      <vt:lpstr>    New Riders Joining Series 2</vt:lpstr>
    </vt:vector>
  </TitlesOfParts>
  <Manager/>
  <Company/>
  <LinksUpToDate>false</LinksUpToDate>
  <CharactersWithSpaces>4848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Kathy Hollick</cp:lastModifiedBy>
  <cp:revision>79</cp:revision>
  <dcterms:created xsi:type="dcterms:W3CDTF">2026-07-30T11:42:00Z</dcterms:created>
  <dcterms:modified xsi:type="dcterms:W3CDTF">2026-10-03T18:24:00Z</dcterms:modified>
  <cp:category/>
</cp:coreProperties>
</file>