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E11D9" w14:textId="6A712F9E" w:rsidR="00ED37C1" w:rsidRDefault="007E38B6" w:rsidP="00CB0FEA">
      <w:pPr>
        <w:pStyle w:val="Heading1"/>
      </w:pPr>
      <w:r>
        <w:t>Junior</w:t>
      </w:r>
      <w:r w:rsidR="00CB0FEA">
        <w:t xml:space="preserve"> Grand Solstice Jump Challenge Summer and Winter Leagues </w:t>
      </w:r>
    </w:p>
    <w:tbl>
      <w:tblPr>
        <w:tblStyle w:val="GridTable4-Accent4"/>
        <w:tblW w:w="9413" w:type="dxa"/>
        <w:tblLook w:val="04A0" w:firstRow="1" w:lastRow="0" w:firstColumn="1" w:lastColumn="0" w:noHBand="0" w:noVBand="1"/>
      </w:tblPr>
      <w:tblGrid>
        <w:gridCol w:w="477"/>
        <w:gridCol w:w="1286"/>
        <w:gridCol w:w="607"/>
        <w:gridCol w:w="640"/>
        <w:gridCol w:w="616"/>
        <w:gridCol w:w="652"/>
        <w:gridCol w:w="835"/>
        <w:gridCol w:w="627"/>
        <w:gridCol w:w="669"/>
        <w:gridCol w:w="583"/>
        <w:gridCol w:w="628"/>
        <w:gridCol w:w="835"/>
        <w:gridCol w:w="958"/>
      </w:tblGrid>
      <w:tr w:rsidR="00A25CC4" w:rsidRPr="005C793D" w14:paraId="44EFE782" w14:textId="77777777" w:rsidTr="00305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9DB43C0" w14:textId="77777777" w:rsidR="00A25CC4" w:rsidRPr="005C793D" w:rsidRDefault="00A25CC4" w:rsidP="005C793D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744B5A1E" w14:textId="3B977C04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Rider</w:t>
            </w:r>
          </w:p>
        </w:tc>
        <w:tc>
          <w:tcPr>
            <w:tcW w:w="607" w:type="dxa"/>
            <w:hideMark/>
          </w:tcPr>
          <w:p w14:paraId="09CD2F9B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Jan</w:t>
            </w:r>
          </w:p>
        </w:tc>
        <w:tc>
          <w:tcPr>
            <w:tcW w:w="640" w:type="dxa"/>
            <w:hideMark/>
          </w:tcPr>
          <w:p w14:paraId="1FA806C8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Mar</w:t>
            </w:r>
          </w:p>
        </w:tc>
        <w:tc>
          <w:tcPr>
            <w:tcW w:w="616" w:type="dxa"/>
            <w:hideMark/>
          </w:tcPr>
          <w:p w14:paraId="0C18E659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Apr</w:t>
            </w:r>
          </w:p>
        </w:tc>
        <w:tc>
          <w:tcPr>
            <w:tcW w:w="652" w:type="dxa"/>
            <w:hideMark/>
          </w:tcPr>
          <w:p w14:paraId="3249A6F2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May</w:t>
            </w:r>
          </w:p>
        </w:tc>
        <w:tc>
          <w:tcPr>
            <w:tcW w:w="835" w:type="dxa"/>
            <w:hideMark/>
          </w:tcPr>
          <w:p w14:paraId="4E9657BF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Series 1 Total</w:t>
            </w:r>
          </w:p>
        </w:tc>
        <w:tc>
          <w:tcPr>
            <w:tcW w:w="627" w:type="dxa"/>
            <w:hideMark/>
          </w:tcPr>
          <w:p w14:paraId="78B11F50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July R1</w:t>
            </w:r>
          </w:p>
        </w:tc>
        <w:tc>
          <w:tcPr>
            <w:tcW w:w="669" w:type="dxa"/>
            <w:hideMark/>
          </w:tcPr>
          <w:p w14:paraId="3E0B339A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Sept R2</w:t>
            </w:r>
          </w:p>
        </w:tc>
        <w:tc>
          <w:tcPr>
            <w:tcW w:w="583" w:type="dxa"/>
            <w:hideMark/>
          </w:tcPr>
          <w:p w14:paraId="4EC77861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Oct R3</w:t>
            </w:r>
          </w:p>
        </w:tc>
        <w:tc>
          <w:tcPr>
            <w:tcW w:w="628" w:type="dxa"/>
            <w:hideMark/>
          </w:tcPr>
          <w:p w14:paraId="55620E7C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Nov R4</w:t>
            </w:r>
          </w:p>
        </w:tc>
        <w:tc>
          <w:tcPr>
            <w:tcW w:w="835" w:type="dxa"/>
            <w:hideMark/>
          </w:tcPr>
          <w:p w14:paraId="2DD27E72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Series 2 Total</w:t>
            </w:r>
          </w:p>
        </w:tc>
        <w:tc>
          <w:tcPr>
            <w:tcW w:w="958" w:type="dxa"/>
            <w:hideMark/>
          </w:tcPr>
          <w:p w14:paraId="7F499541" w14:textId="77777777" w:rsidR="00A25CC4" w:rsidRPr="005C793D" w:rsidRDefault="00A25CC4" w:rsidP="005C7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Overall Total</w:t>
            </w:r>
          </w:p>
        </w:tc>
      </w:tr>
      <w:tr w:rsidR="00A25CC4" w:rsidRPr="005C793D" w14:paraId="5B82DDF1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E34EC7B" w14:textId="7BB61EC5" w:rsidR="00A25CC4" w:rsidRPr="005C793D" w:rsidRDefault="00A25CC4" w:rsidP="005C793D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1</w:t>
            </w:r>
          </w:p>
        </w:tc>
        <w:tc>
          <w:tcPr>
            <w:tcW w:w="1286" w:type="dxa"/>
            <w:hideMark/>
          </w:tcPr>
          <w:p w14:paraId="42913AAC" w14:textId="3BC2DA61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Chester Robison</w:t>
            </w:r>
          </w:p>
        </w:tc>
        <w:tc>
          <w:tcPr>
            <w:tcW w:w="607" w:type="dxa"/>
            <w:hideMark/>
          </w:tcPr>
          <w:p w14:paraId="5884A728" w14:textId="77777777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40" w:type="dxa"/>
            <w:hideMark/>
          </w:tcPr>
          <w:p w14:paraId="740D9F17" w14:textId="77777777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55</w:t>
            </w:r>
          </w:p>
        </w:tc>
        <w:tc>
          <w:tcPr>
            <w:tcW w:w="616" w:type="dxa"/>
            <w:hideMark/>
          </w:tcPr>
          <w:p w14:paraId="499D3555" w14:textId="77777777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52" w:type="dxa"/>
            <w:hideMark/>
          </w:tcPr>
          <w:p w14:paraId="2F13E103" w14:textId="77777777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835" w:type="dxa"/>
            <w:hideMark/>
          </w:tcPr>
          <w:p w14:paraId="28ABEF7B" w14:textId="77777777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335</w:t>
            </w:r>
          </w:p>
        </w:tc>
        <w:tc>
          <w:tcPr>
            <w:tcW w:w="627" w:type="dxa"/>
            <w:hideMark/>
          </w:tcPr>
          <w:p w14:paraId="670F0EC8" w14:textId="0399AFC9" w:rsidR="00A25CC4" w:rsidRPr="005C793D" w:rsidRDefault="00804115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8</w:t>
            </w:r>
            <w:r w:rsidR="00A25CC4"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669" w:type="dxa"/>
            <w:hideMark/>
          </w:tcPr>
          <w:p w14:paraId="47B70B56" w14:textId="77777777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543AC5AC" w14:textId="77777777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6DBE32BF" w14:textId="77777777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34ADAC5E" w14:textId="2CCC2C6F" w:rsidR="00A25CC4" w:rsidRPr="005C793D" w:rsidRDefault="00804115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8</w:t>
            </w:r>
            <w:r w:rsidR="00A25CC4"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05BA6A0B" w14:textId="1182FA5D" w:rsidR="00A25CC4" w:rsidRPr="005C793D" w:rsidRDefault="00A25CC4" w:rsidP="005C7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</w:t>
            </w:r>
            <w:r w:rsidR="00804115">
              <w:rPr>
                <w:rFonts w:ascii="Cambria" w:eastAsia="Times New Roman" w:hAnsi="Cambria" w:cs="Segoe UI"/>
                <w:color w:val="000000"/>
                <w:lang w:val="en-GB" w:eastAsia="en-GB"/>
              </w:rPr>
              <w:t>1</w:t>
            </w: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</w:t>
            </w:r>
          </w:p>
        </w:tc>
      </w:tr>
      <w:tr w:rsidR="00A25CC4" w:rsidRPr="005C793D" w14:paraId="58BC9DFF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B4D48AF" w14:textId="14C7566B" w:rsidR="00A25CC4" w:rsidRPr="005C793D" w:rsidRDefault="00A25CC4" w:rsidP="005C793D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2</w:t>
            </w:r>
          </w:p>
        </w:tc>
        <w:tc>
          <w:tcPr>
            <w:tcW w:w="1286" w:type="dxa"/>
            <w:hideMark/>
          </w:tcPr>
          <w:p w14:paraId="46895E5C" w14:textId="3F60ECEC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Harrison Burtt-Jones</w:t>
            </w:r>
          </w:p>
        </w:tc>
        <w:tc>
          <w:tcPr>
            <w:tcW w:w="607" w:type="dxa"/>
            <w:hideMark/>
          </w:tcPr>
          <w:p w14:paraId="1EF5DA46" w14:textId="77777777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40" w:type="dxa"/>
            <w:hideMark/>
          </w:tcPr>
          <w:p w14:paraId="58C363A7" w14:textId="77777777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65</w:t>
            </w:r>
          </w:p>
        </w:tc>
        <w:tc>
          <w:tcPr>
            <w:tcW w:w="616" w:type="dxa"/>
            <w:hideMark/>
          </w:tcPr>
          <w:p w14:paraId="5AD2EEA9" w14:textId="77777777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55</w:t>
            </w:r>
          </w:p>
        </w:tc>
        <w:tc>
          <w:tcPr>
            <w:tcW w:w="652" w:type="dxa"/>
            <w:hideMark/>
          </w:tcPr>
          <w:p w14:paraId="691A9FEF" w14:textId="77777777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835" w:type="dxa"/>
            <w:hideMark/>
          </w:tcPr>
          <w:p w14:paraId="3D768C29" w14:textId="77777777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300</w:t>
            </w:r>
          </w:p>
        </w:tc>
        <w:tc>
          <w:tcPr>
            <w:tcW w:w="627" w:type="dxa"/>
            <w:hideMark/>
          </w:tcPr>
          <w:p w14:paraId="07EBCFCC" w14:textId="74721D38" w:rsidR="00A25CC4" w:rsidRPr="005C793D" w:rsidRDefault="00EE0473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5</w:t>
            </w:r>
            <w:r w:rsidR="00A25CC4"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669" w:type="dxa"/>
            <w:hideMark/>
          </w:tcPr>
          <w:p w14:paraId="7C8F82D9" w14:textId="77777777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289BB273" w14:textId="77777777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7819A3BD" w14:textId="77777777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AAB922F" w14:textId="6E118D91" w:rsidR="00A25CC4" w:rsidRPr="005C793D" w:rsidRDefault="00EE0473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5</w:t>
            </w:r>
            <w:r w:rsidR="00A25CC4"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7313C6C0" w14:textId="49348ECF" w:rsidR="00A25CC4" w:rsidRPr="005C793D" w:rsidRDefault="00A25CC4" w:rsidP="005C7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</w:t>
            </w:r>
            <w:r w:rsidR="00305BBC">
              <w:rPr>
                <w:rFonts w:ascii="Cambria" w:eastAsia="Times New Roman" w:hAnsi="Cambria" w:cs="Segoe UI"/>
                <w:color w:val="000000"/>
                <w:lang w:val="en-GB" w:eastAsia="en-GB"/>
              </w:rPr>
              <w:t>5</w:t>
            </w: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</w:tr>
      <w:tr w:rsidR="00305BBC" w:rsidRPr="005C793D" w14:paraId="26DABEA9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9180BB3" w14:textId="3FF5CF1F" w:rsidR="00305BBC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3</w:t>
            </w:r>
          </w:p>
        </w:tc>
        <w:tc>
          <w:tcPr>
            <w:tcW w:w="1286" w:type="dxa"/>
          </w:tcPr>
          <w:p w14:paraId="1A859564" w14:textId="35F3E350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Harry Greenslade</w:t>
            </w:r>
          </w:p>
        </w:tc>
        <w:tc>
          <w:tcPr>
            <w:tcW w:w="607" w:type="dxa"/>
          </w:tcPr>
          <w:p w14:paraId="11C0DC1F" w14:textId="68644A9A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40" w:type="dxa"/>
          </w:tcPr>
          <w:p w14:paraId="2EC94CF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616" w:type="dxa"/>
          </w:tcPr>
          <w:p w14:paraId="7B9B0A1A" w14:textId="6A8EEE4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55</w:t>
            </w:r>
          </w:p>
        </w:tc>
        <w:tc>
          <w:tcPr>
            <w:tcW w:w="652" w:type="dxa"/>
          </w:tcPr>
          <w:p w14:paraId="05DF8E3F" w14:textId="08580F0F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70</w:t>
            </w:r>
          </w:p>
        </w:tc>
        <w:tc>
          <w:tcPr>
            <w:tcW w:w="835" w:type="dxa"/>
          </w:tcPr>
          <w:p w14:paraId="6C60B1AB" w14:textId="35467031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225</w:t>
            </w:r>
          </w:p>
        </w:tc>
        <w:tc>
          <w:tcPr>
            <w:tcW w:w="627" w:type="dxa"/>
          </w:tcPr>
          <w:p w14:paraId="548CE275" w14:textId="6A4AD50D" w:rsidR="00305BBC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69" w:type="dxa"/>
          </w:tcPr>
          <w:p w14:paraId="3BD88DBA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583" w:type="dxa"/>
          </w:tcPr>
          <w:p w14:paraId="7DC1EFA2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14131C9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3C3D1870" w14:textId="53DC37FA" w:rsidR="00305BBC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958" w:type="dxa"/>
          </w:tcPr>
          <w:p w14:paraId="0EDF4806" w14:textId="425C4D02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305</w:t>
            </w:r>
          </w:p>
        </w:tc>
      </w:tr>
      <w:tr w:rsidR="00305BBC" w:rsidRPr="005C793D" w14:paraId="369FD763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4615CC8" w14:textId="5417BCF7" w:rsidR="00305BBC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4</w:t>
            </w:r>
          </w:p>
        </w:tc>
        <w:tc>
          <w:tcPr>
            <w:tcW w:w="1286" w:type="dxa"/>
          </w:tcPr>
          <w:p w14:paraId="06314A30" w14:textId="3A1FDE48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Georgiana Bolt</w:t>
            </w:r>
          </w:p>
        </w:tc>
        <w:tc>
          <w:tcPr>
            <w:tcW w:w="607" w:type="dxa"/>
          </w:tcPr>
          <w:p w14:paraId="2BF7CBA3" w14:textId="739F4BA4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40" w:type="dxa"/>
          </w:tcPr>
          <w:p w14:paraId="5C4BE888" w14:textId="4125CA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16" w:type="dxa"/>
          </w:tcPr>
          <w:p w14:paraId="67248BB6" w14:textId="61D502AE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52" w:type="dxa"/>
          </w:tcPr>
          <w:p w14:paraId="0010AAF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835" w:type="dxa"/>
          </w:tcPr>
          <w:p w14:paraId="1A7AD9FC" w14:textId="43D4CA0B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220</w:t>
            </w:r>
          </w:p>
        </w:tc>
        <w:tc>
          <w:tcPr>
            <w:tcW w:w="627" w:type="dxa"/>
          </w:tcPr>
          <w:p w14:paraId="76096ABE" w14:textId="5557D300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69" w:type="dxa"/>
          </w:tcPr>
          <w:p w14:paraId="6250EC7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583" w:type="dxa"/>
          </w:tcPr>
          <w:p w14:paraId="558D233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228DE55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38A39F42" w14:textId="25467A06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958" w:type="dxa"/>
          </w:tcPr>
          <w:p w14:paraId="78217559" w14:textId="1BC3F58C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280</w:t>
            </w:r>
          </w:p>
        </w:tc>
      </w:tr>
      <w:tr w:rsidR="00305BBC" w:rsidRPr="005C793D" w14:paraId="33B3F308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9F82F1F" w14:textId="5D641D40" w:rsidR="00305BBC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5</w:t>
            </w:r>
          </w:p>
        </w:tc>
        <w:tc>
          <w:tcPr>
            <w:tcW w:w="1286" w:type="dxa"/>
          </w:tcPr>
          <w:p w14:paraId="7134AE0C" w14:textId="46ECC24E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Isobel Perry</w:t>
            </w:r>
          </w:p>
        </w:tc>
        <w:tc>
          <w:tcPr>
            <w:tcW w:w="607" w:type="dxa"/>
          </w:tcPr>
          <w:p w14:paraId="0D05F0E2" w14:textId="03E6FB43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70</w:t>
            </w:r>
          </w:p>
        </w:tc>
        <w:tc>
          <w:tcPr>
            <w:tcW w:w="640" w:type="dxa"/>
          </w:tcPr>
          <w:p w14:paraId="37F6BE95" w14:textId="4F41F369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30</w:t>
            </w:r>
          </w:p>
        </w:tc>
        <w:tc>
          <w:tcPr>
            <w:tcW w:w="616" w:type="dxa"/>
          </w:tcPr>
          <w:p w14:paraId="0FFA219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652" w:type="dxa"/>
          </w:tcPr>
          <w:p w14:paraId="09E84274" w14:textId="3023D438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835" w:type="dxa"/>
          </w:tcPr>
          <w:p w14:paraId="2E4A1B62" w14:textId="69913059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190</w:t>
            </w:r>
          </w:p>
        </w:tc>
        <w:tc>
          <w:tcPr>
            <w:tcW w:w="627" w:type="dxa"/>
          </w:tcPr>
          <w:p w14:paraId="6C093DC4" w14:textId="01F8B588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75</w:t>
            </w:r>
          </w:p>
        </w:tc>
        <w:tc>
          <w:tcPr>
            <w:tcW w:w="669" w:type="dxa"/>
          </w:tcPr>
          <w:p w14:paraId="399366C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583" w:type="dxa"/>
          </w:tcPr>
          <w:p w14:paraId="66DA29A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5A7D755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1A0C4E60" w14:textId="3D58C4CD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75</w:t>
            </w:r>
          </w:p>
        </w:tc>
        <w:tc>
          <w:tcPr>
            <w:tcW w:w="958" w:type="dxa"/>
          </w:tcPr>
          <w:p w14:paraId="65276754" w14:textId="1182AE44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265</w:t>
            </w:r>
          </w:p>
        </w:tc>
      </w:tr>
      <w:tr w:rsidR="00305BBC" w:rsidRPr="005C793D" w14:paraId="7E22CC5A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9195921" w14:textId="285A0683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6</w:t>
            </w:r>
          </w:p>
        </w:tc>
        <w:tc>
          <w:tcPr>
            <w:tcW w:w="1286" w:type="dxa"/>
            <w:hideMark/>
          </w:tcPr>
          <w:p w14:paraId="57062F5B" w14:textId="5EEA6A8B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Rayah Cook</w:t>
            </w:r>
          </w:p>
        </w:tc>
        <w:tc>
          <w:tcPr>
            <w:tcW w:w="607" w:type="dxa"/>
            <w:hideMark/>
          </w:tcPr>
          <w:p w14:paraId="2353893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40" w:type="dxa"/>
            <w:hideMark/>
          </w:tcPr>
          <w:p w14:paraId="56C467B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47CC863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52" w:type="dxa"/>
            <w:hideMark/>
          </w:tcPr>
          <w:p w14:paraId="0C44D90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835" w:type="dxa"/>
            <w:hideMark/>
          </w:tcPr>
          <w:p w14:paraId="484773A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240</w:t>
            </w:r>
          </w:p>
        </w:tc>
        <w:tc>
          <w:tcPr>
            <w:tcW w:w="627" w:type="dxa"/>
            <w:hideMark/>
          </w:tcPr>
          <w:p w14:paraId="782BD24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442E27F6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39BFD71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0FAC701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55411A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6536B0A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240</w:t>
            </w:r>
          </w:p>
        </w:tc>
      </w:tr>
      <w:tr w:rsidR="00305BBC" w:rsidRPr="005C793D" w14:paraId="2095EC37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4CB42AC" w14:textId="47AED482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7</w:t>
            </w:r>
          </w:p>
        </w:tc>
        <w:tc>
          <w:tcPr>
            <w:tcW w:w="1286" w:type="dxa"/>
            <w:hideMark/>
          </w:tcPr>
          <w:p w14:paraId="7544D758" w14:textId="72246CDB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Olivia-rai Gaskin</w:t>
            </w:r>
          </w:p>
        </w:tc>
        <w:tc>
          <w:tcPr>
            <w:tcW w:w="607" w:type="dxa"/>
            <w:hideMark/>
          </w:tcPr>
          <w:p w14:paraId="6D06466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40" w:type="dxa"/>
            <w:hideMark/>
          </w:tcPr>
          <w:p w14:paraId="24C6B10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55</w:t>
            </w:r>
          </w:p>
        </w:tc>
        <w:tc>
          <w:tcPr>
            <w:tcW w:w="616" w:type="dxa"/>
            <w:hideMark/>
          </w:tcPr>
          <w:p w14:paraId="7581755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0280503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835" w:type="dxa"/>
            <w:hideMark/>
          </w:tcPr>
          <w:p w14:paraId="0F93444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195</w:t>
            </w:r>
          </w:p>
        </w:tc>
        <w:tc>
          <w:tcPr>
            <w:tcW w:w="627" w:type="dxa"/>
            <w:hideMark/>
          </w:tcPr>
          <w:p w14:paraId="1FAE0A0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40</w:t>
            </w:r>
          </w:p>
        </w:tc>
        <w:tc>
          <w:tcPr>
            <w:tcW w:w="669" w:type="dxa"/>
            <w:hideMark/>
          </w:tcPr>
          <w:p w14:paraId="72C41AB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6841CCB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3F56D05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084316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40</w:t>
            </w:r>
          </w:p>
        </w:tc>
        <w:tc>
          <w:tcPr>
            <w:tcW w:w="958" w:type="dxa"/>
            <w:hideMark/>
          </w:tcPr>
          <w:p w14:paraId="6A67863E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235</w:t>
            </w:r>
          </w:p>
        </w:tc>
      </w:tr>
      <w:tr w:rsidR="00305BBC" w:rsidRPr="005C793D" w14:paraId="24564AEA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3F9D916C" w14:textId="168D20BB" w:rsidR="00305BBC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8</w:t>
            </w:r>
          </w:p>
        </w:tc>
        <w:tc>
          <w:tcPr>
            <w:tcW w:w="1286" w:type="dxa"/>
          </w:tcPr>
          <w:p w14:paraId="1AE0AC1C" w14:textId="1272DC08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Ella Tucker</w:t>
            </w:r>
          </w:p>
        </w:tc>
        <w:tc>
          <w:tcPr>
            <w:tcW w:w="607" w:type="dxa"/>
          </w:tcPr>
          <w:p w14:paraId="383779C6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640" w:type="dxa"/>
          </w:tcPr>
          <w:p w14:paraId="4347855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616" w:type="dxa"/>
          </w:tcPr>
          <w:p w14:paraId="29D2F701" w14:textId="5B6FD168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52" w:type="dxa"/>
          </w:tcPr>
          <w:p w14:paraId="1D5AB52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835" w:type="dxa"/>
          </w:tcPr>
          <w:p w14:paraId="3BE3B60A" w14:textId="6BC17874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27" w:type="dxa"/>
          </w:tcPr>
          <w:p w14:paraId="29CB6B8F" w14:textId="7836F16C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90</w:t>
            </w:r>
          </w:p>
        </w:tc>
        <w:tc>
          <w:tcPr>
            <w:tcW w:w="669" w:type="dxa"/>
          </w:tcPr>
          <w:p w14:paraId="7BEA233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583" w:type="dxa"/>
          </w:tcPr>
          <w:p w14:paraId="6054EB4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34D248E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0242838F" w14:textId="6ED8C30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90</w:t>
            </w:r>
          </w:p>
        </w:tc>
        <w:tc>
          <w:tcPr>
            <w:tcW w:w="958" w:type="dxa"/>
          </w:tcPr>
          <w:p w14:paraId="4CBDB1AE" w14:textId="0CBEDB0F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180</w:t>
            </w:r>
          </w:p>
        </w:tc>
      </w:tr>
      <w:tr w:rsidR="00305BBC" w:rsidRPr="005C793D" w14:paraId="18EF11D2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486BB54" w14:textId="3F2D513E" w:rsidR="00305BBC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9</w:t>
            </w:r>
          </w:p>
        </w:tc>
        <w:tc>
          <w:tcPr>
            <w:tcW w:w="1286" w:type="dxa"/>
          </w:tcPr>
          <w:p w14:paraId="0FCD3865" w14:textId="713377AA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Scarlett Cooper</w:t>
            </w:r>
          </w:p>
        </w:tc>
        <w:tc>
          <w:tcPr>
            <w:tcW w:w="607" w:type="dxa"/>
          </w:tcPr>
          <w:p w14:paraId="4EF93AF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640" w:type="dxa"/>
          </w:tcPr>
          <w:p w14:paraId="4A58832E" w14:textId="5E82BABA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16" w:type="dxa"/>
          </w:tcPr>
          <w:p w14:paraId="40AD46F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652" w:type="dxa"/>
          </w:tcPr>
          <w:p w14:paraId="52874D1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835" w:type="dxa"/>
          </w:tcPr>
          <w:p w14:paraId="2BA628E7" w14:textId="58426914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27" w:type="dxa"/>
          </w:tcPr>
          <w:p w14:paraId="207BF7D1" w14:textId="06C6199B" w:rsidR="00305BBC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55</w:t>
            </w:r>
          </w:p>
        </w:tc>
        <w:tc>
          <w:tcPr>
            <w:tcW w:w="669" w:type="dxa"/>
          </w:tcPr>
          <w:p w14:paraId="4EDED4D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583" w:type="dxa"/>
          </w:tcPr>
          <w:p w14:paraId="5598BDC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5FB594E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541DFCF7" w14:textId="78D11404" w:rsidR="00305BBC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55</w:t>
            </w:r>
          </w:p>
        </w:tc>
        <w:tc>
          <w:tcPr>
            <w:tcW w:w="958" w:type="dxa"/>
          </w:tcPr>
          <w:p w14:paraId="1D7E7F87" w14:textId="07F9CCF3" w:rsidR="00305BBC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160</w:t>
            </w:r>
          </w:p>
        </w:tc>
      </w:tr>
      <w:tr w:rsidR="00305BBC" w:rsidRPr="005C793D" w14:paraId="2F0B2035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B3E0BFA" w14:textId="35F6DC8D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10</w:t>
            </w:r>
          </w:p>
        </w:tc>
        <w:tc>
          <w:tcPr>
            <w:tcW w:w="1286" w:type="dxa"/>
          </w:tcPr>
          <w:p w14:paraId="5267EBEE" w14:textId="11A13CE5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Jorgie Forward</w:t>
            </w:r>
          </w:p>
        </w:tc>
        <w:tc>
          <w:tcPr>
            <w:tcW w:w="607" w:type="dxa"/>
          </w:tcPr>
          <w:p w14:paraId="77D2F0C9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640" w:type="dxa"/>
          </w:tcPr>
          <w:p w14:paraId="726C3B5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616" w:type="dxa"/>
          </w:tcPr>
          <w:p w14:paraId="3D2E51CD" w14:textId="61DF6B11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70</w:t>
            </w:r>
          </w:p>
        </w:tc>
        <w:tc>
          <w:tcPr>
            <w:tcW w:w="652" w:type="dxa"/>
          </w:tcPr>
          <w:p w14:paraId="3504F86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835" w:type="dxa"/>
          </w:tcPr>
          <w:p w14:paraId="1ABAFDA3" w14:textId="531B56C6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70</w:t>
            </w:r>
          </w:p>
        </w:tc>
        <w:tc>
          <w:tcPr>
            <w:tcW w:w="627" w:type="dxa"/>
          </w:tcPr>
          <w:p w14:paraId="12A104C0" w14:textId="5ADCBD79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55</w:t>
            </w:r>
          </w:p>
        </w:tc>
        <w:tc>
          <w:tcPr>
            <w:tcW w:w="669" w:type="dxa"/>
          </w:tcPr>
          <w:p w14:paraId="463FE58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583" w:type="dxa"/>
          </w:tcPr>
          <w:p w14:paraId="1C54891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721B06A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11DBE8DA" w14:textId="615DB91A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55</w:t>
            </w:r>
          </w:p>
        </w:tc>
        <w:tc>
          <w:tcPr>
            <w:tcW w:w="958" w:type="dxa"/>
          </w:tcPr>
          <w:p w14:paraId="3C80AA1E" w14:textId="6392F4BB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125</w:t>
            </w:r>
          </w:p>
        </w:tc>
      </w:tr>
      <w:tr w:rsidR="00305BBC" w:rsidRPr="005C793D" w14:paraId="65C23D99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1B1AAFA" w14:textId="5A77D933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7426EEDA" w14:textId="765E4F95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Keira Self</w:t>
            </w:r>
          </w:p>
        </w:tc>
        <w:tc>
          <w:tcPr>
            <w:tcW w:w="607" w:type="dxa"/>
            <w:hideMark/>
          </w:tcPr>
          <w:p w14:paraId="14A6295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40" w:type="dxa"/>
            <w:hideMark/>
          </w:tcPr>
          <w:p w14:paraId="458CCA1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4531CC3E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227531FA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50B1A4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27" w:type="dxa"/>
            <w:hideMark/>
          </w:tcPr>
          <w:p w14:paraId="15FC53E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0C2AFE7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6871BEC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6EB0A91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A52C3A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242976E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</w:tr>
      <w:tr w:rsidR="00305BBC" w:rsidRPr="005C793D" w14:paraId="1330EDBF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7A8CA47" w14:textId="2F46A06A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67C208B2" w14:textId="47F92B29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Jessica Meyer</w:t>
            </w:r>
          </w:p>
        </w:tc>
        <w:tc>
          <w:tcPr>
            <w:tcW w:w="607" w:type="dxa"/>
            <w:hideMark/>
          </w:tcPr>
          <w:p w14:paraId="19D4870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094C124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16" w:type="dxa"/>
            <w:hideMark/>
          </w:tcPr>
          <w:p w14:paraId="4664CF6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24759E6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4F4B86A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27" w:type="dxa"/>
            <w:hideMark/>
          </w:tcPr>
          <w:p w14:paraId="1F7A74D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37E1155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50FCEED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1263A37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382112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7FD7C1C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</w:tr>
      <w:tr w:rsidR="00305BBC" w:rsidRPr="005C793D" w14:paraId="3F0C1F7A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051F936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571D69C3" w14:textId="1164DEF6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Marnie Robison</w:t>
            </w:r>
          </w:p>
        </w:tc>
        <w:tc>
          <w:tcPr>
            <w:tcW w:w="607" w:type="dxa"/>
            <w:hideMark/>
          </w:tcPr>
          <w:p w14:paraId="1E6F529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2FBFD17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16" w:type="dxa"/>
            <w:hideMark/>
          </w:tcPr>
          <w:p w14:paraId="6CD3393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7E47BACA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0D5CB4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27" w:type="dxa"/>
            <w:hideMark/>
          </w:tcPr>
          <w:p w14:paraId="44E4FC7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1FB5997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14CCAA2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0AA901DA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0B8AD9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17E81F7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</w:tr>
      <w:tr w:rsidR="00305BBC" w:rsidRPr="005C793D" w14:paraId="54E3699F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4382083F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4F205FD7" w14:textId="63D2401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Mary Saunders</w:t>
            </w:r>
          </w:p>
        </w:tc>
        <w:tc>
          <w:tcPr>
            <w:tcW w:w="607" w:type="dxa"/>
            <w:hideMark/>
          </w:tcPr>
          <w:p w14:paraId="280990C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1202E0D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1377FF0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52" w:type="dxa"/>
            <w:hideMark/>
          </w:tcPr>
          <w:p w14:paraId="7D7EA8F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F25299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27" w:type="dxa"/>
            <w:hideMark/>
          </w:tcPr>
          <w:p w14:paraId="4FB9EE5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2AFA0B2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558B895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6520160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AFA2BC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0A6EBA0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</w:tr>
      <w:tr w:rsidR="00305BBC" w:rsidRPr="005C793D" w14:paraId="4DCD0B3F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63ED601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3357D2C0" w14:textId="6E8340CF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Lucy </w:t>
            </w:r>
            <w:proofErr w:type="spellStart"/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Cann</w:t>
            </w:r>
            <w:proofErr w:type="spellEnd"/>
          </w:p>
        </w:tc>
        <w:tc>
          <w:tcPr>
            <w:tcW w:w="607" w:type="dxa"/>
            <w:hideMark/>
          </w:tcPr>
          <w:p w14:paraId="4B3CEF5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7BB76D9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46F3490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52" w:type="dxa"/>
            <w:hideMark/>
          </w:tcPr>
          <w:p w14:paraId="7E44E34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33D14B2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27" w:type="dxa"/>
            <w:hideMark/>
          </w:tcPr>
          <w:p w14:paraId="7F3C0D8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3DDFB40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4A0A758A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0E4C18C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85F8ED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24F7B44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</w:tr>
      <w:tr w:rsidR="00305BBC" w:rsidRPr="005C793D" w14:paraId="3C350FD0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1AAE0CE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4E3553D7" w14:textId="33A4A38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Isla Anderson</w:t>
            </w:r>
          </w:p>
        </w:tc>
        <w:tc>
          <w:tcPr>
            <w:tcW w:w="607" w:type="dxa"/>
            <w:hideMark/>
          </w:tcPr>
          <w:p w14:paraId="6EDE44C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40" w:type="dxa"/>
            <w:hideMark/>
          </w:tcPr>
          <w:p w14:paraId="6001992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385D479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6D90E85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B2F169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27" w:type="dxa"/>
            <w:hideMark/>
          </w:tcPr>
          <w:p w14:paraId="0881B05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7256B03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02B38AE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3CE352C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7EB2D8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143E7C59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</w:tr>
      <w:tr w:rsidR="00305BBC" w:rsidRPr="005C793D" w14:paraId="6947FCB4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CAF29A5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</w:tcPr>
          <w:p w14:paraId="5AAC8237" w14:textId="51708B88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Kaitlyn Martin</w:t>
            </w:r>
          </w:p>
        </w:tc>
        <w:tc>
          <w:tcPr>
            <w:tcW w:w="607" w:type="dxa"/>
          </w:tcPr>
          <w:p w14:paraId="270C682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</w:tcPr>
          <w:p w14:paraId="2204506D" w14:textId="65A5CEEC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45</w:t>
            </w:r>
          </w:p>
        </w:tc>
        <w:tc>
          <w:tcPr>
            <w:tcW w:w="616" w:type="dxa"/>
          </w:tcPr>
          <w:p w14:paraId="1A8E182D" w14:textId="250030DE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45</w:t>
            </w:r>
          </w:p>
        </w:tc>
        <w:tc>
          <w:tcPr>
            <w:tcW w:w="652" w:type="dxa"/>
          </w:tcPr>
          <w:p w14:paraId="5842412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</w:tcPr>
          <w:p w14:paraId="00C94D1C" w14:textId="135F752A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27" w:type="dxa"/>
          </w:tcPr>
          <w:p w14:paraId="459FCE8A" w14:textId="501E8ECB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70</w:t>
            </w:r>
          </w:p>
        </w:tc>
        <w:tc>
          <w:tcPr>
            <w:tcW w:w="669" w:type="dxa"/>
          </w:tcPr>
          <w:p w14:paraId="1EC353C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</w:tcPr>
          <w:p w14:paraId="4672082E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1FB0B57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592E4728" w14:textId="5578CE3F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70</w:t>
            </w:r>
          </w:p>
        </w:tc>
        <w:tc>
          <w:tcPr>
            <w:tcW w:w="958" w:type="dxa"/>
          </w:tcPr>
          <w:p w14:paraId="5F6CBAD2" w14:textId="50A1C781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</w:tr>
      <w:tr w:rsidR="00305BBC" w:rsidRPr="005C793D" w14:paraId="707E2CB4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17A9FAB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09B66D3F" w14:textId="06DD70B1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Hugh Dunn</w:t>
            </w:r>
          </w:p>
        </w:tc>
        <w:tc>
          <w:tcPr>
            <w:tcW w:w="607" w:type="dxa"/>
            <w:hideMark/>
          </w:tcPr>
          <w:p w14:paraId="3689B3E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5BC83AC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16" w:type="dxa"/>
            <w:hideMark/>
          </w:tcPr>
          <w:p w14:paraId="2B82C5A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52E61CD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0EE522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  <w:tc>
          <w:tcPr>
            <w:tcW w:w="627" w:type="dxa"/>
            <w:hideMark/>
          </w:tcPr>
          <w:p w14:paraId="31D1A1E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523C82D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76754CB9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0D0D396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4F5F5F4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18D64E1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90</w:t>
            </w:r>
          </w:p>
        </w:tc>
      </w:tr>
      <w:tr w:rsidR="00305BBC" w:rsidRPr="005C793D" w14:paraId="56FA1601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EAF2252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</w:tcPr>
          <w:p w14:paraId="3385F49F" w14:textId="4860A328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07" w:type="dxa"/>
          </w:tcPr>
          <w:p w14:paraId="35063BB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</w:tcPr>
          <w:p w14:paraId="4B2DF861" w14:textId="3913D1B3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</w:tcPr>
          <w:p w14:paraId="3D9E88B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</w:tcPr>
          <w:p w14:paraId="05EFA86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561C3BAD" w14:textId="6E2C6B0D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27" w:type="dxa"/>
          </w:tcPr>
          <w:p w14:paraId="142A47E6" w14:textId="5347379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</w:tcPr>
          <w:p w14:paraId="3514F32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</w:tcPr>
          <w:p w14:paraId="7FC2277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5671E94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6B106220" w14:textId="502269F2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958" w:type="dxa"/>
          </w:tcPr>
          <w:p w14:paraId="6E914B13" w14:textId="55379380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</w:tr>
      <w:tr w:rsidR="00305BBC" w:rsidRPr="005C793D" w14:paraId="05D56AC0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85CB968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0EC007D7" w14:textId="4E973D6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Fletcher Watts</w:t>
            </w:r>
          </w:p>
        </w:tc>
        <w:tc>
          <w:tcPr>
            <w:tcW w:w="607" w:type="dxa"/>
            <w:hideMark/>
          </w:tcPr>
          <w:p w14:paraId="77F972AF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40" w:type="dxa"/>
            <w:hideMark/>
          </w:tcPr>
          <w:p w14:paraId="37B18A8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311C26B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200569B6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AB525F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27" w:type="dxa"/>
            <w:hideMark/>
          </w:tcPr>
          <w:p w14:paraId="627D323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77FC538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261C487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2613E31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3FC444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5FD4E80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</w:tr>
      <w:tr w:rsidR="00305BBC" w:rsidRPr="005C793D" w14:paraId="70B9D3A1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34DC49F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676CE8F1" w14:textId="384180F5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Alfie Knight</w:t>
            </w:r>
          </w:p>
        </w:tc>
        <w:tc>
          <w:tcPr>
            <w:tcW w:w="607" w:type="dxa"/>
            <w:hideMark/>
          </w:tcPr>
          <w:p w14:paraId="5831514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7708B21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23A5024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52" w:type="dxa"/>
            <w:hideMark/>
          </w:tcPr>
          <w:p w14:paraId="0C54790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FB35C8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27" w:type="dxa"/>
            <w:hideMark/>
          </w:tcPr>
          <w:p w14:paraId="3EF18B3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5376DDE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122CAD3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56FE8BF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E4D8E2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00524F5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</w:tr>
      <w:tr w:rsidR="00305BBC" w:rsidRPr="005C793D" w14:paraId="3CBD862F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9366456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23F8B556" w14:textId="397CF96E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Rosie Butcher</w:t>
            </w:r>
          </w:p>
        </w:tc>
        <w:tc>
          <w:tcPr>
            <w:tcW w:w="607" w:type="dxa"/>
            <w:hideMark/>
          </w:tcPr>
          <w:p w14:paraId="1751710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2A6A93C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55B5136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52" w:type="dxa"/>
            <w:hideMark/>
          </w:tcPr>
          <w:p w14:paraId="1EB596B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37644EA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27" w:type="dxa"/>
            <w:hideMark/>
          </w:tcPr>
          <w:p w14:paraId="1E29A0B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3E07CD6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4C60778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2BD596D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3C07623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024F716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</w:tr>
      <w:tr w:rsidR="00305BBC" w:rsidRPr="005C793D" w14:paraId="6116F01D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B4B48B8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4DD17ACA" w14:textId="06B3F5BC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Neve Edwards</w:t>
            </w:r>
          </w:p>
        </w:tc>
        <w:tc>
          <w:tcPr>
            <w:tcW w:w="607" w:type="dxa"/>
            <w:hideMark/>
          </w:tcPr>
          <w:p w14:paraId="78606D5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264EF01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3D5E057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5B046EE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835" w:type="dxa"/>
            <w:hideMark/>
          </w:tcPr>
          <w:p w14:paraId="541FC1D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  <w:tc>
          <w:tcPr>
            <w:tcW w:w="627" w:type="dxa"/>
            <w:hideMark/>
          </w:tcPr>
          <w:p w14:paraId="615BAC0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14E40D8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0BE773E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4955E41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F1C46A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7ACE8D7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80</w:t>
            </w:r>
          </w:p>
        </w:tc>
      </w:tr>
      <w:tr w:rsidR="00305BBC" w:rsidRPr="005C793D" w14:paraId="107DBB30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1233168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4806848B" w14:textId="32316D1F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Arya Neill</w:t>
            </w:r>
          </w:p>
        </w:tc>
        <w:tc>
          <w:tcPr>
            <w:tcW w:w="607" w:type="dxa"/>
            <w:hideMark/>
          </w:tcPr>
          <w:p w14:paraId="3D17939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4C85486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75</w:t>
            </w:r>
          </w:p>
        </w:tc>
        <w:tc>
          <w:tcPr>
            <w:tcW w:w="616" w:type="dxa"/>
            <w:hideMark/>
          </w:tcPr>
          <w:p w14:paraId="303703F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499EDF56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EEAB53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75</w:t>
            </w:r>
          </w:p>
        </w:tc>
        <w:tc>
          <w:tcPr>
            <w:tcW w:w="627" w:type="dxa"/>
            <w:hideMark/>
          </w:tcPr>
          <w:p w14:paraId="3D36EA0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7EBDE44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55EBD67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5390003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6659F3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1399DB46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75</w:t>
            </w:r>
          </w:p>
        </w:tc>
      </w:tr>
      <w:tr w:rsidR="00305BBC" w:rsidRPr="005C793D" w14:paraId="7F8313E5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ADCF74E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0825F31E" w14:textId="6E2B5964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Lucy Bunting</w:t>
            </w:r>
          </w:p>
        </w:tc>
        <w:tc>
          <w:tcPr>
            <w:tcW w:w="607" w:type="dxa"/>
            <w:hideMark/>
          </w:tcPr>
          <w:p w14:paraId="32EC726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33EDD59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4627416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6B05779E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70</w:t>
            </w:r>
          </w:p>
        </w:tc>
        <w:tc>
          <w:tcPr>
            <w:tcW w:w="835" w:type="dxa"/>
            <w:hideMark/>
          </w:tcPr>
          <w:p w14:paraId="4BCAC8C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70</w:t>
            </w:r>
          </w:p>
        </w:tc>
        <w:tc>
          <w:tcPr>
            <w:tcW w:w="627" w:type="dxa"/>
            <w:hideMark/>
          </w:tcPr>
          <w:p w14:paraId="3D8484B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1FE4D40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28A5C43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7A653F0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92EFF1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3AFC638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70</w:t>
            </w:r>
          </w:p>
        </w:tc>
      </w:tr>
      <w:tr w:rsidR="00305BBC" w:rsidRPr="005C793D" w14:paraId="70B8B02C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A46ED18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629F40EF" w14:textId="6A085595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Kenza Gaynor</w:t>
            </w:r>
          </w:p>
        </w:tc>
        <w:tc>
          <w:tcPr>
            <w:tcW w:w="607" w:type="dxa"/>
            <w:hideMark/>
          </w:tcPr>
          <w:p w14:paraId="128AFDB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65</w:t>
            </w:r>
          </w:p>
        </w:tc>
        <w:tc>
          <w:tcPr>
            <w:tcW w:w="640" w:type="dxa"/>
            <w:hideMark/>
          </w:tcPr>
          <w:p w14:paraId="79336C9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44D95E9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620E347F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600D91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65</w:t>
            </w:r>
          </w:p>
        </w:tc>
        <w:tc>
          <w:tcPr>
            <w:tcW w:w="627" w:type="dxa"/>
            <w:hideMark/>
          </w:tcPr>
          <w:p w14:paraId="7994D88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5E430A4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4CEE4D3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6D140CE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353F7A9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5F4EE51F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65</w:t>
            </w:r>
          </w:p>
        </w:tc>
      </w:tr>
      <w:tr w:rsidR="00305BBC" w:rsidRPr="005C793D" w14:paraId="00137B00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57001D8D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784B86FC" w14:textId="2E028364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Bobbi Wynne-Evans</w:t>
            </w:r>
          </w:p>
        </w:tc>
        <w:tc>
          <w:tcPr>
            <w:tcW w:w="607" w:type="dxa"/>
            <w:hideMark/>
          </w:tcPr>
          <w:p w14:paraId="04866D42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40" w:type="dxa"/>
            <w:hideMark/>
          </w:tcPr>
          <w:p w14:paraId="341A2C42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6B20AB0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5F4F121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775429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27" w:type="dxa"/>
            <w:hideMark/>
          </w:tcPr>
          <w:p w14:paraId="68884C9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4FEFC78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3CC64B2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1E3CF69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3CD1B9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0EA8E2DA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</w:tr>
      <w:tr w:rsidR="00305BBC" w:rsidRPr="005C793D" w14:paraId="2C7BD632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CF61A2B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06624C27" w14:textId="3A7A95AC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Hattie Rendel</w:t>
            </w:r>
          </w:p>
        </w:tc>
        <w:tc>
          <w:tcPr>
            <w:tcW w:w="607" w:type="dxa"/>
            <w:hideMark/>
          </w:tcPr>
          <w:p w14:paraId="04101A89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78D6BAE6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60CCFBF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52" w:type="dxa"/>
            <w:hideMark/>
          </w:tcPr>
          <w:p w14:paraId="32EBF90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1BDF69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27" w:type="dxa"/>
            <w:hideMark/>
          </w:tcPr>
          <w:p w14:paraId="0FA8A47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53B94A6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0667687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481EA4E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AA8C9F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185914B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</w:tr>
      <w:tr w:rsidR="00305BBC" w:rsidRPr="005C793D" w14:paraId="31031AC2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3E6A4BA4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25D4F45D" w14:textId="78569E10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Freya Hancock</w:t>
            </w:r>
          </w:p>
        </w:tc>
        <w:tc>
          <w:tcPr>
            <w:tcW w:w="607" w:type="dxa"/>
            <w:hideMark/>
          </w:tcPr>
          <w:p w14:paraId="75AF501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61A0D7C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7281C69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52" w:type="dxa"/>
            <w:hideMark/>
          </w:tcPr>
          <w:p w14:paraId="77ABEFD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A1CB71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  <w:tc>
          <w:tcPr>
            <w:tcW w:w="627" w:type="dxa"/>
            <w:hideMark/>
          </w:tcPr>
          <w:p w14:paraId="5AA8B8C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15C6B3A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02E7722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041208A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42E285A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072EFF4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60</w:t>
            </w:r>
          </w:p>
        </w:tc>
      </w:tr>
      <w:tr w:rsidR="00305BBC" w:rsidRPr="005C793D" w14:paraId="3839C377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E2012FD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</w:tcPr>
          <w:p w14:paraId="7F853DB6" w14:textId="1445EB6F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Jordyn-Mae Hall</w:t>
            </w:r>
          </w:p>
        </w:tc>
        <w:tc>
          <w:tcPr>
            <w:tcW w:w="607" w:type="dxa"/>
          </w:tcPr>
          <w:p w14:paraId="359D6C19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</w:tcPr>
          <w:p w14:paraId="7348D40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</w:tcPr>
          <w:p w14:paraId="4BFAB4F5" w14:textId="5965C176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40</w:t>
            </w:r>
          </w:p>
        </w:tc>
        <w:tc>
          <w:tcPr>
            <w:tcW w:w="652" w:type="dxa"/>
          </w:tcPr>
          <w:p w14:paraId="6BFCFFA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</w:tcPr>
          <w:p w14:paraId="63E7C184" w14:textId="2FBBB84A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40</w:t>
            </w:r>
          </w:p>
        </w:tc>
        <w:tc>
          <w:tcPr>
            <w:tcW w:w="627" w:type="dxa"/>
          </w:tcPr>
          <w:p w14:paraId="4CF7D2DF" w14:textId="4F99C25A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20</w:t>
            </w:r>
          </w:p>
        </w:tc>
        <w:tc>
          <w:tcPr>
            <w:tcW w:w="669" w:type="dxa"/>
          </w:tcPr>
          <w:p w14:paraId="5A61A0C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</w:tcPr>
          <w:p w14:paraId="6E6113F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1D4783E9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5B9C3651" w14:textId="5AEC6D3A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958" w:type="dxa"/>
          </w:tcPr>
          <w:p w14:paraId="12DCB5DE" w14:textId="2069926C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60</w:t>
            </w:r>
          </w:p>
        </w:tc>
      </w:tr>
      <w:tr w:rsidR="00305BBC" w:rsidRPr="005C793D" w14:paraId="7A7C56F3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64F714B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5F265C84" w14:textId="0EE4AF58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Hattie Rendle</w:t>
            </w:r>
          </w:p>
        </w:tc>
        <w:tc>
          <w:tcPr>
            <w:tcW w:w="607" w:type="dxa"/>
            <w:hideMark/>
          </w:tcPr>
          <w:p w14:paraId="5DB81E3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50</w:t>
            </w:r>
          </w:p>
        </w:tc>
        <w:tc>
          <w:tcPr>
            <w:tcW w:w="640" w:type="dxa"/>
            <w:hideMark/>
          </w:tcPr>
          <w:p w14:paraId="7B6B7A1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6537D65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2A25B4F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39C7C3E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50</w:t>
            </w:r>
          </w:p>
        </w:tc>
        <w:tc>
          <w:tcPr>
            <w:tcW w:w="627" w:type="dxa"/>
            <w:hideMark/>
          </w:tcPr>
          <w:p w14:paraId="25570A73" w14:textId="66A06CAD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10</w:t>
            </w:r>
          </w:p>
        </w:tc>
        <w:tc>
          <w:tcPr>
            <w:tcW w:w="669" w:type="dxa"/>
            <w:hideMark/>
          </w:tcPr>
          <w:p w14:paraId="1738B2E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7533E23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627A4ED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92E8511" w14:textId="5796CBF5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10</w:t>
            </w:r>
          </w:p>
        </w:tc>
        <w:tc>
          <w:tcPr>
            <w:tcW w:w="958" w:type="dxa"/>
            <w:hideMark/>
          </w:tcPr>
          <w:p w14:paraId="58B3882F" w14:textId="6509AC31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6</w:t>
            </w: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</w:tr>
      <w:tr w:rsidR="00305BBC" w:rsidRPr="005C793D" w14:paraId="3B83B9E9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30B4F944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0F20AD5A" w14:textId="10BA24FD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Edie Plume</w:t>
            </w:r>
          </w:p>
        </w:tc>
        <w:tc>
          <w:tcPr>
            <w:tcW w:w="607" w:type="dxa"/>
            <w:hideMark/>
          </w:tcPr>
          <w:p w14:paraId="73A71FF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6D81875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1D31FB56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50</w:t>
            </w:r>
          </w:p>
        </w:tc>
        <w:tc>
          <w:tcPr>
            <w:tcW w:w="652" w:type="dxa"/>
            <w:hideMark/>
          </w:tcPr>
          <w:p w14:paraId="2183C6E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772F37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50</w:t>
            </w:r>
          </w:p>
        </w:tc>
        <w:tc>
          <w:tcPr>
            <w:tcW w:w="627" w:type="dxa"/>
            <w:hideMark/>
          </w:tcPr>
          <w:p w14:paraId="6FF2409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3BA4DB7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3E8337D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4B014ED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C3AD9B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48BDFC4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50</w:t>
            </w:r>
          </w:p>
        </w:tc>
      </w:tr>
      <w:tr w:rsidR="00305BBC" w:rsidRPr="005C793D" w14:paraId="1C22A399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1616EDB8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477FE720" w14:textId="29CB805E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Bonnie Edwards</w:t>
            </w:r>
          </w:p>
        </w:tc>
        <w:tc>
          <w:tcPr>
            <w:tcW w:w="607" w:type="dxa"/>
            <w:hideMark/>
          </w:tcPr>
          <w:p w14:paraId="10D29B6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7AA0A40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7FC1395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32C1C39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50</w:t>
            </w:r>
          </w:p>
        </w:tc>
        <w:tc>
          <w:tcPr>
            <w:tcW w:w="835" w:type="dxa"/>
            <w:hideMark/>
          </w:tcPr>
          <w:p w14:paraId="4E79D4A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50</w:t>
            </w:r>
          </w:p>
        </w:tc>
        <w:tc>
          <w:tcPr>
            <w:tcW w:w="627" w:type="dxa"/>
            <w:hideMark/>
          </w:tcPr>
          <w:p w14:paraId="32E0894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6AFF2482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5928868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02BD300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EE8274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1B36B0A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50</w:t>
            </w:r>
          </w:p>
        </w:tc>
      </w:tr>
      <w:tr w:rsidR="00305BBC" w:rsidRPr="005C793D" w14:paraId="4645F7A1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518A203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77EAE445" w14:textId="08AA6E9C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Ivy Penny</w:t>
            </w:r>
          </w:p>
        </w:tc>
        <w:tc>
          <w:tcPr>
            <w:tcW w:w="607" w:type="dxa"/>
            <w:hideMark/>
          </w:tcPr>
          <w:p w14:paraId="0944140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13C1AFE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08861CD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40</w:t>
            </w:r>
          </w:p>
        </w:tc>
        <w:tc>
          <w:tcPr>
            <w:tcW w:w="652" w:type="dxa"/>
            <w:hideMark/>
          </w:tcPr>
          <w:p w14:paraId="1C0C46F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E0BE8D9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40</w:t>
            </w:r>
          </w:p>
        </w:tc>
        <w:tc>
          <w:tcPr>
            <w:tcW w:w="627" w:type="dxa"/>
            <w:hideMark/>
          </w:tcPr>
          <w:p w14:paraId="49F0824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2AC1E50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6B7B5F0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76FA9A69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702B7F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0E574D8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40</w:t>
            </w:r>
          </w:p>
        </w:tc>
      </w:tr>
      <w:tr w:rsidR="00305BBC" w:rsidRPr="005C793D" w14:paraId="6DBDF0B3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6A3793D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</w:tcPr>
          <w:p w14:paraId="0539AF30" w14:textId="2183540F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07" w:type="dxa"/>
          </w:tcPr>
          <w:p w14:paraId="110273C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</w:tcPr>
          <w:p w14:paraId="262104C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</w:tcPr>
          <w:p w14:paraId="5BC1B59D" w14:textId="1894DA31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</w:tcPr>
          <w:p w14:paraId="3161280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</w:tcPr>
          <w:p w14:paraId="77491570" w14:textId="6F57DBB6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27" w:type="dxa"/>
          </w:tcPr>
          <w:p w14:paraId="49C870C8" w14:textId="18C8EDCF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</w:tcPr>
          <w:p w14:paraId="299B95AE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</w:tcPr>
          <w:p w14:paraId="50C9F2B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</w:tcPr>
          <w:p w14:paraId="6E70A99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732733FC" w14:textId="3422093B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958" w:type="dxa"/>
          </w:tcPr>
          <w:p w14:paraId="42024FD8" w14:textId="516BEAF8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</w:tr>
      <w:tr w:rsidR="00305BBC" w:rsidRPr="005C793D" w14:paraId="4F084AB9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32CCE72D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2AC7FE10" w14:textId="486EC298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Gwen </w:t>
            </w:r>
            <w:proofErr w:type="spellStart"/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Keywood</w:t>
            </w:r>
            <w:proofErr w:type="spellEnd"/>
          </w:p>
        </w:tc>
        <w:tc>
          <w:tcPr>
            <w:tcW w:w="607" w:type="dxa"/>
            <w:hideMark/>
          </w:tcPr>
          <w:p w14:paraId="556A692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6E51DA7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5537998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35</w:t>
            </w:r>
          </w:p>
        </w:tc>
        <w:tc>
          <w:tcPr>
            <w:tcW w:w="652" w:type="dxa"/>
            <w:hideMark/>
          </w:tcPr>
          <w:p w14:paraId="510A42E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1B4CCB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35</w:t>
            </w:r>
          </w:p>
        </w:tc>
        <w:tc>
          <w:tcPr>
            <w:tcW w:w="627" w:type="dxa"/>
            <w:hideMark/>
          </w:tcPr>
          <w:p w14:paraId="601D6E0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6413DB1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68C7D5B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555DE22F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DBAFAB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59312FE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35</w:t>
            </w:r>
          </w:p>
        </w:tc>
      </w:tr>
      <w:tr w:rsidR="00305BBC" w:rsidRPr="005C793D" w14:paraId="00AFF9B1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49F34DC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0C277AD2" w14:textId="79CD68E2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Lilly Gillbard</w:t>
            </w:r>
          </w:p>
        </w:tc>
        <w:tc>
          <w:tcPr>
            <w:tcW w:w="607" w:type="dxa"/>
            <w:hideMark/>
          </w:tcPr>
          <w:p w14:paraId="619F7512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3D5B28E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30</w:t>
            </w:r>
          </w:p>
        </w:tc>
        <w:tc>
          <w:tcPr>
            <w:tcW w:w="616" w:type="dxa"/>
            <w:hideMark/>
          </w:tcPr>
          <w:p w14:paraId="6D3C0472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328378E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8C240E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30</w:t>
            </w:r>
          </w:p>
        </w:tc>
        <w:tc>
          <w:tcPr>
            <w:tcW w:w="627" w:type="dxa"/>
            <w:hideMark/>
          </w:tcPr>
          <w:p w14:paraId="4F41024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0C027E9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56C05F2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2D0EEFE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311716A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5DCC464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30</w:t>
            </w:r>
          </w:p>
        </w:tc>
      </w:tr>
      <w:tr w:rsidR="00305BBC" w:rsidRPr="005C793D" w14:paraId="3B8A8EC3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8BD02AB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7A0AB91D" w14:textId="0ABB989E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Isla Gilbey</w:t>
            </w:r>
          </w:p>
        </w:tc>
        <w:tc>
          <w:tcPr>
            <w:tcW w:w="607" w:type="dxa"/>
            <w:hideMark/>
          </w:tcPr>
          <w:p w14:paraId="086C881F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46AED29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3BD1058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29</w:t>
            </w:r>
          </w:p>
        </w:tc>
        <w:tc>
          <w:tcPr>
            <w:tcW w:w="652" w:type="dxa"/>
            <w:hideMark/>
          </w:tcPr>
          <w:p w14:paraId="5CCEDC3F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6E4378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29</w:t>
            </w:r>
          </w:p>
        </w:tc>
        <w:tc>
          <w:tcPr>
            <w:tcW w:w="627" w:type="dxa"/>
            <w:hideMark/>
          </w:tcPr>
          <w:p w14:paraId="7C33EDD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6F3763B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3AF90F7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7FD313A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FA6F70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23602C2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29</w:t>
            </w:r>
          </w:p>
        </w:tc>
      </w:tr>
      <w:tr w:rsidR="00305BBC" w:rsidRPr="005C793D" w14:paraId="4B754516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D85759D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4D93AA54" w14:textId="561C1AA2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Lacey Lockley</w:t>
            </w:r>
          </w:p>
        </w:tc>
        <w:tc>
          <w:tcPr>
            <w:tcW w:w="607" w:type="dxa"/>
            <w:hideMark/>
          </w:tcPr>
          <w:p w14:paraId="34FA2A0A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7C2B8D1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25</w:t>
            </w:r>
          </w:p>
        </w:tc>
        <w:tc>
          <w:tcPr>
            <w:tcW w:w="616" w:type="dxa"/>
            <w:hideMark/>
          </w:tcPr>
          <w:p w14:paraId="2DD05B7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2D51890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C0265C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25</w:t>
            </w:r>
          </w:p>
        </w:tc>
        <w:tc>
          <w:tcPr>
            <w:tcW w:w="627" w:type="dxa"/>
            <w:hideMark/>
          </w:tcPr>
          <w:p w14:paraId="7307386A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770C326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29F6182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610919F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3536AA8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0D387F3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25</w:t>
            </w:r>
          </w:p>
        </w:tc>
      </w:tr>
      <w:tr w:rsidR="00305BBC" w:rsidRPr="005C793D" w14:paraId="7F421A7F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7EB4395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6CE82A3E" w14:textId="53FDC28E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proofErr w:type="spellStart"/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Amianne</w:t>
            </w:r>
            <w:proofErr w:type="spellEnd"/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Collins</w:t>
            </w:r>
          </w:p>
        </w:tc>
        <w:tc>
          <w:tcPr>
            <w:tcW w:w="607" w:type="dxa"/>
            <w:hideMark/>
          </w:tcPr>
          <w:p w14:paraId="21A970C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7C585DA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650CD36F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52" w:type="dxa"/>
            <w:hideMark/>
          </w:tcPr>
          <w:p w14:paraId="3818438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5E39C1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27" w:type="dxa"/>
            <w:hideMark/>
          </w:tcPr>
          <w:p w14:paraId="57E6DB9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4E84130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3BDA596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42A44278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3296DA1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6038D4A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</w:tr>
      <w:tr w:rsidR="00305BBC" w:rsidRPr="005C793D" w14:paraId="002D9445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3BBCB493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25FF7D90" w14:textId="078C6294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Raffles Plume</w:t>
            </w:r>
          </w:p>
        </w:tc>
        <w:tc>
          <w:tcPr>
            <w:tcW w:w="607" w:type="dxa"/>
            <w:hideMark/>
          </w:tcPr>
          <w:p w14:paraId="5580C7D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48805F39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7FD1E3C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52" w:type="dxa"/>
            <w:hideMark/>
          </w:tcPr>
          <w:p w14:paraId="321CFE0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D49074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27" w:type="dxa"/>
            <w:hideMark/>
          </w:tcPr>
          <w:p w14:paraId="15A8773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7AF19B8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21E9104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0522DD3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58C99B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1DF2A19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</w:tr>
      <w:tr w:rsidR="00305BBC" w:rsidRPr="005C793D" w14:paraId="4E20401A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8C1A29C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6F9DC4F3" w14:textId="51683475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Coco Rodgers</w:t>
            </w:r>
          </w:p>
        </w:tc>
        <w:tc>
          <w:tcPr>
            <w:tcW w:w="607" w:type="dxa"/>
            <w:hideMark/>
          </w:tcPr>
          <w:p w14:paraId="12998CB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27B8736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6A2FA987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52" w:type="dxa"/>
            <w:hideMark/>
          </w:tcPr>
          <w:p w14:paraId="418796F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9B6F299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27" w:type="dxa"/>
            <w:hideMark/>
          </w:tcPr>
          <w:p w14:paraId="4A8596E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01FABBB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0AFF296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79E32AE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AF2E23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72DE1D8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</w:tr>
      <w:tr w:rsidR="00305BBC" w:rsidRPr="005C793D" w14:paraId="70D0E591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1D158DD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464800C8" w14:textId="0787FB44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Molly Feehan</w:t>
            </w:r>
          </w:p>
        </w:tc>
        <w:tc>
          <w:tcPr>
            <w:tcW w:w="607" w:type="dxa"/>
            <w:hideMark/>
          </w:tcPr>
          <w:p w14:paraId="5352E29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2DCC280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0C27841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52" w:type="dxa"/>
            <w:hideMark/>
          </w:tcPr>
          <w:p w14:paraId="6302EBA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21821B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27" w:type="dxa"/>
            <w:hideMark/>
          </w:tcPr>
          <w:p w14:paraId="72D2497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085927D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5F5AF45E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3F5DA4F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68FA53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4FC26CB3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</w:tr>
      <w:tr w:rsidR="00305BBC" w:rsidRPr="005C793D" w14:paraId="693C625D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65C4EA07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1903E403" w14:textId="774AC9AF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Zoe Langstaff-Ellis</w:t>
            </w:r>
          </w:p>
        </w:tc>
        <w:tc>
          <w:tcPr>
            <w:tcW w:w="607" w:type="dxa"/>
            <w:hideMark/>
          </w:tcPr>
          <w:p w14:paraId="454F162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40" w:type="dxa"/>
            <w:hideMark/>
          </w:tcPr>
          <w:p w14:paraId="06112EC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5C3B8D7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73AFB30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3674CDD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27" w:type="dxa"/>
            <w:hideMark/>
          </w:tcPr>
          <w:p w14:paraId="3A0A96E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434B691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3F0C77E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5C60576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7068BC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512DE87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</w:tr>
      <w:tr w:rsidR="00305BBC" w:rsidRPr="005C793D" w14:paraId="37221035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28B6512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4C968604" w14:textId="4E5305AE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Alice Buck</w:t>
            </w:r>
          </w:p>
        </w:tc>
        <w:tc>
          <w:tcPr>
            <w:tcW w:w="607" w:type="dxa"/>
            <w:hideMark/>
          </w:tcPr>
          <w:p w14:paraId="45A0277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2C15C15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16" w:type="dxa"/>
            <w:hideMark/>
          </w:tcPr>
          <w:p w14:paraId="59A5FACB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52" w:type="dxa"/>
            <w:hideMark/>
          </w:tcPr>
          <w:p w14:paraId="4F932AB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BD9A62F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27" w:type="dxa"/>
            <w:hideMark/>
          </w:tcPr>
          <w:p w14:paraId="47C949C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101FC53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2DDE714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49AB980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6F39D4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5AE5A61A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</w:tr>
      <w:tr w:rsidR="00305BBC" w:rsidRPr="005C793D" w14:paraId="32421361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0510E1DF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30D49626" w14:textId="68B1586D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Olly Gardner</w:t>
            </w:r>
          </w:p>
        </w:tc>
        <w:tc>
          <w:tcPr>
            <w:tcW w:w="607" w:type="dxa"/>
            <w:hideMark/>
          </w:tcPr>
          <w:p w14:paraId="669101ED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</w:t>
            </w:r>
          </w:p>
        </w:tc>
        <w:tc>
          <w:tcPr>
            <w:tcW w:w="640" w:type="dxa"/>
            <w:hideMark/>
          </w:tcPr>
          <w:p w14:paraId="6403BDEF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7E9A55AF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</w:t>
            </w:r>
          </w:p>
        </w:tc>
        <w:tc>
          <w:tcPr>
            <w:tcW w:w="652" w:type="dxa"/>
            <w:hideMark/>
          </w:tcPr>
          <w:p w14:paraId="01D60EF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C07EA7A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  <w:tc>
          <w:tcPr>
            <w:tcW w:w="627" w:type="dxa"/>
            <w:hideMark/>
          </w:tcPr>
          <w:p w14:paraId="26BB034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6F793A5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18BFBC6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0EAAFA9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05CE19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1646B95E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20</w:t>
            </w:r>
          </w:p>
        </w:tc>
      </w:tr>
      <w:tr w:rsidR="00305BBC" w:rsidRPr="005C793D" w14:paraId="62D17C38" w14:textId="77777777" w:rsidTr="00305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766030E5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2BEE4DFA" w14:textId="73B5D38B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Zac Flanagan</w:t>
            </w:r>
          </w:p>
        </w:tc>
        <w:tc>
          <w:tcPr>
            <w:tcW w:w="607" w:type="dxa"/>
            <w:hideMark/>
          </w:tcPr>
          <w:p w14:paraId="70322C36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4FD6FCE4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05B0989D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</w:t>
            </w:r>
          </w:p>
        </w:tc>
        <w:tc>
          <w:tcPr>
            <w:tcW w:w="652" w:type="dxa"/>
            <w:hideMark/>
          </w:tcPr>
          <w:p w14:paraId="62DB7415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8013A8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</w:t>
            </w:r>
          </w:p>
        </w:tc>
        <w:tc>
          <w:tcPr>
            <w:tcW w:w="627" w:type="dxa"/>
            <w:hideMark/>
          </w:tcPr>
          <w:p w14:paraId="022FDC70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0128646C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05A12B67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130AC051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E80A918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48E3B632" w14:textId="77777777" w:rsidR="00305BBC" w:rsidRPr="005C793D" w:rsidRDefault="00305BBC" w:rsidP="00305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</w:t>
            </w:r>
          </w:p>
        </w:tc>
      </w:tr>
      <w:tr w:rsidR="00305BBC" w:rsidRPr="005C793D" w14:paraId="395EEC27" w14:textId="77777777" w:rsidTr="00305B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dxa"/>
          </w:tcPr>
          <w:p w14:paraId="23B26FAD" w14:textId="77777777" w:rsidR="00305BBC" w:rsidRPr="005C793D" w:rsidRDefault="00305BBC" w:rsidP="00305BBC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286" w:type="dxa"/>
            <w:hideMark/>
          </w:tcPr>
          <w:p w14:paraId="19976B4E" w14:textId="6340B09C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Evie </w:t>
            </w:r>
            <w:proofErr w:type="spellStart"/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Kingwell</w:t>
            </w:r>
            <w:proofErr w:type="spellEnd"/>
          </w:p>
        </w:tc>
        <w:tc>
          <w:tcPr>
            <w:tcW w:w="607" w:type="dxa"/>
            <w:hideMark/>
          </w:tcPr>
          <w:p w14:paraId="60FC459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40" w:type="dxa"/>
            <w:hideMark/>
          </w:tcPr>
          <w:p w14:paraId="49065273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16" w:type="dxa"/>
            <w:hideMark/>
          </w:tcPr>
          <w:p w14:paraId="1295E025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</w:t>
            </w:r>
          </w:p>
        </w:tc>
        <w:tc>
          <w:tcPr>
            <w:tcW w:w="652" w:type="dxa"/>
            <w:hideMark/>
          </w:tcPr>
          <w:p w14:paraId="1AC4A12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467AB2B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</w:t>
            </w:r>
          </w:p>
        </w:tc>
        <w:tc>
          <w:tcPr>
            <w:tcW w:w="627" w:type="dxa"/>
            <w:hideMark/>
          </w:tcPr>
          <w:p w14:paraId="181E3B1C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9" w:type="dxa"/>
            <w:hideMark/>
          </w:tcPr>
          <w:p w14:paraId="5ACE5446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3" w:type="dxa"/>
            <w:hideMark/>
          </w:tcPr>
          <w:p w14:paraId="3883D6A0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28" w:type="dxa"/>
            <w:hideMark/>
          </w:tcPr>
          <w:p w14:paraId="34CD7FC2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4AAB01D4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0</w:t>
            </w:r>
          </w:p>
        </w:tc>
        <w:tc>
          <w:tcPr>
            <w:tcW w:w="958" w:type="dxa"/>
            <w:hideMark/>
          </w:tcPr>
          <w:p w14:paraId="1D71FF61" w14:textId="77777777" w:rsidR="00305BBC" w:rsidRPr="005C793D" w:rsidRDefault="00305BBC" w:rsidP="00305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5C793D">
              <w:rPr>
                <w:rFonts w:ascii="Cambria" w:eastAsia="Times New Roman" w:hAnsi="Cambria" w:cs="Segoe UI"/>
                <w:color w:val="000000"/>
                <w:lang w:val="en-GB" w:eastAsia="en-GB"/>
              </w:rPr>
              <w:t>10</w:t>
            </w:r>
          </w:p>
        </w:tc>
      </w:tr>
    </w:tbl>
    <w:p w14:paraId="43A9D5E2" w14:textId="77777777" w:rsidR="005C793D" w:rsidRPr="00CB0FEA" w:rsidRDefault="005C793D" w:rsidP="00CB0FEA"/>
    <w:p w14:paraId="0AC3EB92" w14:textId="77777777" w:rsidR="00ED37C1" w:rsidRDefault="00000000">
      <w:pPr>
        <w:pStyle w:val="Heading2"/>
      </w:pPr>
      <w:r>
        <w:t>New Riders Joining Series 2</w:t>
      </w:r>
    </w:p>
    <w:tbl>
      <w:tblPr>
        <w:tblStyle w:val="GridTable4-Accent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  <w:gridCol w:w="2160"/>
      </w:tblGrid>
      <w:tr w:rsidR="00314BC8" w14:paraId="33FF95B9" w14:textId="77777777" w:rsidTr="00100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93102B1" w14:textId="77777777" w:rsidR="00314BC8" w:rsidRDefault="00314BC8">
            <w:r>
              <w:t>Rider</w:t>
            </w:r>
          </w:p>
        </w:tc>
        <w:tc>
          <w:tcPr>
            <w:tcW w:w="2160" w:type="dxa"/>
          </w:tcPr>
          <w:p w14:paraId="0840F671" w14:textId="77777777" w:rsidR="00314BC8" w:rsidRDefault="00314B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July R1</w:t>
            </w:r>
          </w:p>
        </w:tc>
        <w:tc>
          <w:tcPr>
            <w:tcW w:w="2160" w:type="dxa"/>
          </w:tcPr>
          <w:p w14:paraId="66F14680" w14:textId="7E50DE9D" w:rsidR="00314BC8" w:rsidRDefault="00314B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Sept round 2</w:t>
            </w:r>
          </w:p>
        </w:tc>
        <w:tc>
          <w:tcPr>
            <w:tcW w:w="2160" w:type="dxa"/>
          </w:tcPr>
          <w:p w14:paraId="30818066" w14:textId="4F67D02A" w:rsidR="00314BC8" w:rsidRDefault="00314B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Oct round 3</w:t>
            </w:r>
          </w:p>
        </w:tc>
        <w:tc>
          <w:tcPr>
            <w:tcW w:w="2160" w:type="dxa"/>
          </w:tcPr>
          <w:p w14:paraId="5214FFF8" w14:textId="617FA397" w:rsidR="00314BC8" w:rsidRDefault="00314B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Nov Round 4</w:t>
            </w:r>
          </w:p>
        </w:tc>
        <w:tc>
          <w:tcPr>
            <w:tcW w:w="2160" w:type="dxa"/>
          </w:tcPr>
          <w:p w14:paraId="540A8E3D" w14:textId="7B9D06A6" w:rsidR="00314BC8" w:rsidRDefault="00314B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Overall Total</w:t>
            </w:r>
          </w:p>
        </w:tc>
      </w:tr>
      <w:tr w:rsidR="00314BC8" w14:paraId="57BB024B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EF65D5F" w14:textId="2CB000E8" w:rsidR="00314BC8" w:rsidRDefault="00314BC8" w:rsidP="00314BC8">
            <w:r w:rsidRPr="00EE0473">
              <w:rPr>
                <w:b w:val="0"/>
                <w:bCs w:val="0"/>
              </w:rPr>
              <w:t>Alys Br</w:t>
            </w:r>
            <w:r>
              <w:rPr>
                <w:b w:val="0"/>
                <w:bCs w:val="0"/>
              </w:rPr>
              <w:t>own</w:t>
            </w:r>
          </w:p>
        </w:tc>
        <w:tc>
          <w:tcPr>
            <w:tcW w:w="2160" w:type="dxa"/>
          </w:tcPr>
          <w:p w14:paraId="5C68D35C" w14:textId="771FA1B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2160" w:type="dxa"/>
          </w:tcPr>
          <w:p w14:paraId="3C81660F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B352E08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233C7EA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27894223" w14:textId="138BD6BB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</w:tr>
      <w:tr w:rsidR="00314BC8" w14:paraId="1976E939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27DDFA3" w14:textId="6943DABB" w:rsidR="00314BC8" w:rsidRPr="00EE0473" w:rsidRDefault="00314BC8" w:rsidP="00314BC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Harry Harding</w:t>
            </w:r>
          </w:p>
        </w:tc>
        <w:tc>
          <w:tcPr>
            <w:tcW w:w="2160" w:type="dxa"/>
          </w:tcPr>
          <w:p w14:paraId="51F94781" w14:textId="6B2B21CE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2160" w:type="dxa"/>
          </w:tcPr>
          <w:p w14:paraId="63391127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F53F796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34DF6FA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108CB96" w14:textId="70BCCEEC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</w:tr>
      <w:tr w:rsidR="00314BC8" w14:paraId="4AD7FBDA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1FB2B2" w14:textId="77777777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Bertie</w:t>
            </w:r>
          </w:p>
        </w:tc>
        <w:tc>
          <w:tcPr>
            <w:tcW w:w="2160" w:type="dxa"/>
          </w:tcPr>
          <w:p w14:paraId="2E17445C" w14:textId="13868452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68D36DB1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E682D7D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FB78C07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0FB7C30" w14:textId="0AACBC11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</w:tr>
      <w:tr w:rsidR="00314BC8" w14:paraId="282BED27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AE5BFCC" w14:textId="6C0828B4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 xml:space="preserve">Harriet </w:t>
            </w:r>
            <w:r>
              <w:rPr>
                <w:b w:val="0"/>
                <w:bCs w:val="0"/>
              </w:rPr>
              <w:t>Lister</w:t>
            </w:r>
          </w:p>
        </w:tc>
        <w:tc>
          <w:tcPr>
            <w:tcW w:w="2160" w:type="dxa"/>
          </w:tcPr>
          <w:p w14:paraId="3AFBE61A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0DA017A3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3E54593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B048F72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E9E40E2" w14:textId="5F83B6B1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</w:tr>
      <w:tr w:rsidR="00314BC8" w14:paraId="556DE40E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835BCD9" w14:textId="77777777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Lydia Hill</w:t>
            </w:r>
          </w:p>
        </w:tc>
        <w:tc>
          <w:tcPr>
            <w:tcW w:w="2160" w:type="dxa"/>
          </w:tcPr>
          <w:p w14:paraId="009A95D8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05537B06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21BA4A98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FE1B7E1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1228C51" w14:textId="58FFFEE0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</w:t>
            </w:r>
          </w:p>
        </w:tc>
      </w:tr>
      <w:tr w:rsidR="00314BC8" w14:paraId="2C8A3682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3D2C4D3" w14:textId="77777777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Freya Bert Jones</w:t>
            </w:r>
          </w:p>
        </w:tc>
        <w:tc>
          <w:tcPr>
            <w:tcW w:w="2160" w:type="dxa"/>
          </w:tcPr>
          <w:p w14:paraId="77D5C763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160" w:type="dxa"/>
          </w:tcPr>
          <w:p w14:paraId="07135EA2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8BBBFEA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F621C66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9B8405D" w14:textId="41583124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</w:tr>
      <w:tr w:rsidR="00314BC8" w14:paraId="178099D4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59E37B" w14:textId="54DB93D0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Pip</w:t>
            </w:r>
            <w:r>
              <w:rPr>
                <w:b w:val="0"/>
                <w:bCs w:val="0"/>
              </w:rPr>
              <w:t xml:space="preserve"> </w:t>
            </w:r>
            <w:r w:rsidRPr="00EE0473">
              <w:rPr>
                <w:b w:val="0"/>
                <w:bCs w:val="0"/>
              </w:rPr>
              <w:t>Chanin</w:t>
            </w:r>
          </w:p>
        </w:tc>
        <w:tc>
          <w:tcPr>
            <w:tcW w:w="2160" w:type="dxa"/>
          </w:tcPr>
          <w:p w14:paraId="0C78BFC0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2160" w:type="dxa"/>
          </w:tcPr>
          <w:p w14:paraId="7075D13D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512F497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C74677B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3D618C3" w14:textId="21E86B98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</w:t>
            </w:r>
          </w:p>
        </w:tc>
      </w:tr>
      <w:tr w:rsidR="00314BC8" w14:paraId="74586ECF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181770C" w14:textId="6C005BD0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Imogen Babb</w:t>
            </w:r>
          </w:p>
        </w:tc>
        <w:tc>
          <w:tcPr>
            <w:tcW w:w="2160" w:type="dxa"/>
          </w:tcPr>
          <w:p w14:paraId="4EC0C8B2" w14:textId="64CF2AE1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2160" w:type="dxa"/>
          </w:tcPr>
          <w:p w14:paraId="54E03D7D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9A3C2AC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A70074A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6D494AD" w14:textId="7AACDE5D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</w:tr>
      <w:tr w:rsidR="00314BC8" w14:paraId="4040F917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B9A1B34" w14:textId="41572705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Gracie MacAlister</w:t>
            </w:r>
          </w:p>
        </w:tc>
        <w:tc>
          <w:tcPr>
            <w:tcW w:w="2160" w:type="dxa"/>
          </w:tcPr>
          <w:p w14:paraId="221274C8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2160" w:type="dxa"/>
          </w:tcPr>
          <w:p w14:paraId="6F778F1F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D13338A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BD17FAB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D21442B" w14:textId="48B2BB8A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</w:tr>
      <w:tr w:rsidR="00314BC8" w14:paraId="2362E634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7A0CE89" w14:textId="2CFFF0DF" w:rsidR="00314BC8" w:rsidRPr="00EE0473" w:rsidRDefault="00314BC8" w:rsidP="00314BC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Freya Hallam</w:t>
            </w:r>
          </w:p>
        </w:tc>
        <w:tc>
          <w:tcPr>
            <w:tcW w:w="2160" w:type="dxa"/>
          </w:tcPr>
          <w:p w14:paraId="0F2015D2" w14:textId="71C85C6C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2160" w:type="dxa"/>
          </w:tcPr>
          <w:p w14:paraId="051C9129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F468B12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ACFC6B1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285D5AB" w14:textId="2E8E8B0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</w:tr>
      <w:tr w:rsidR="00314BC8" w14:paraId="6DCC86B6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4260DA4" w14:textId="07939763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Flo Oxley</w:t>
            </w:r>
          </w:p>
        </w:tc>
        <w:tc>
          <w:tcPr>
            <w:tcW w:w="2160" w:type="dxa"/>
          </w:tcPr>
          <w:p w14:paraId="62E6219F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2160" w:type="dxa"/>
          </w:tcPr>
          <w:p w14:paraId="05A10925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197B2F2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1B915A8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6203CE3" w14:textId="70066E0F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</w:t>
            </w:r>
          </w:p>
        </w:tc>
      </w:tr>
      <w:tr w:rsidR="00314BC8" w14:paraId="4430C27E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8D557DD" w14:textId="14A8473A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Lottie</w:t>
            </w:r>
            <w:r>
              <w:rPr>
                <w:b w:val="0"/>
                <w:bCs w:val="0"/>
              </w:rPr>
              <w:t xml:space="preserve"> </w:t>
            </w:r>
            <w:r w:rsidRPr="00EE0473">
              <w:rPr>
                <w:b w:val="0"/>
                <w:bCs w:val="0"/>
              </w:rPr>
              <w:t>Bolt</w:t>
            </w:r>
          </w:p>
        </w:tc>
        <w:tc>
          <w:tcPr>
            <w:tcW w:w="2160" w:type="dxa"/>
          </w:tcPr>
          <w:p w14:paraId="2B98A03D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2160" w:type="dxa"/>
          </w:tcPr>
          <w:p w14:paraId="381E1229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1BCC845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F3DD237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C46D39A" w14:textId="5D10F96E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</w:tr>
      <w:tr w:rsidR="00314BC8" w14:paraId="5F867354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DA225E1" w14:textId="397A46C9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Crystal Mason</w:t>
            </w:r>
          </w:p>
        </w:tc>
        <w:tc>
          <w:tcPr>
            <w:tcW w:w="2160" w:type="dxa"/>
          </w:tcPr>
          <w:p w14:paraId="7093F4DD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2160" w:type="dxa"/>
          </w:tcPr>
          <w:p w14:paraId="70596C1E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6136B2F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1401415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C082528" w14:textId="31B67F58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</w:tr>
      <w:tr w:rsidR="00314BC8" w14:paraId="4E74D8EE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4034AD6" w14:textId="77D375EC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 xml:space="preserve">Elicia Pickard </w:t>
            </w:r>
          </w:p>
        </w:tc>
        <w:tc>
          <w:tcPr>
            <w:tcW w:w="2160" w:type="dxa"/>
          </w:tcPr>
          <w:p w14:paraId="4D5ACE1B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2160" w:type="dxa"/>
          </w:tcPr>
          <w:p w14:paraId="56603B67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147014F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4F90E7B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AFEDD18" w14:textId="524F3D8C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</w:tr>
      <w:tr w:rsidR="00314BC8" w14:paraId="4320BADE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3B2FBFF" w14:textId="77777777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Ella Fernley</w:t>
            </w:r>
          </w:p>
        </w:tc>
        <w:tc>
          <w:tcPr>
            <w:tcW w:w="2160" w:type="dxa"/>
          </w:tcPr>
          <w:p w14:paraId="347A682A" w14:textId="448ED543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2160" w:type="dxa"/>
          </w:tcPr>
          <w:p w14:paraId="08173BC0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2988265E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5CA8CEE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013D008" w14:textId="21AD70BB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</w:tr>
      <w:tr w:rsidR="00314BC8" w14:paraId="548C0A56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045D96" w14:textId="02557644" w:rsidR="00314BC8" w:rsidRPr="00EE0473" w:rsidRDefault="00314BC8" w:rsidP="00314BC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Isla Rea</w:t>
            </w:r>
          </w:p>
        </w:tc>
        <w:tc>
          <w:tcPr>
            <w:tcW w:w="2160" w:type="dxa"/>
          </w:tcPr>
          <w:p w14:paraId="37874040" w14:textId="23A6C9D3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2160" w:type="dxa"/>
          </w:tcPr>
          <w:p w14:paraId="5AB89B5C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72CF687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2FA9EA5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3A4CE53" w14:textId="50997A30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</w:tr>
      <w:tr w:rsidR="00314BC8" w14:paraId="35B41D75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9ADA925" w14:textId="6E6953FF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Madison Pike</w:t>
            </w:r>
          </w:p>
        </w:tc>
        <w:tc>
          <w:tcPr>
            <w:tcW w:w="2160" w:type="dxa"/>
          </w:tcPr>
          <w:p w14:paraId="763EC9C1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160" w:type="dxa"/>
          </w:tcPr>
          <w:p w14:paraId="252B3ECA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CEAEA45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24AE57D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843A23F" w14:textId="168D3585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314BC8" w14:paraId="21C73347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9DAF1C9" w14:textId="55BCB3E4" w:rsidR="00314BC8" w:rsidRPr="00EE0473" w:rsidRDefault="00314BC8" w:rsidP="00314BC8">
            <w:pPr>
              <w:rPr>
                <w:b w:val="0"/>
                <w:bCs w:val="0"/>
              </w:rPr>
            </w:pPr>
            <w:r w:rsidRPr="00EE0473">
              <w:rPr>
                <w:b w:val="0"/>
                <w:bCs w:val="0"/>
              </w:rPr>
              <w:t>Elsie Francis</w:t>
            </w:r>
          </w:p>
        </w:tc>
        <w:tc>
          <w:tcPr>
            <w:tcW w:w="2160" w:type="dxa"/>
          </w:tcPr>
          <w:p w14:paraId="3F7A9585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160" w:type="dxa"/>
          </w:tcPr>
          <w:p w14:paraId="3C02652D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10BD0B1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A6C6153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47B85C2" w14:textId="4E52D2C3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314BC8" w14:paraId="789F1B2A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489AE7" w14:textId="63B58995" w:rsidR="00314BC8" w:rsidRDefault="00314BC8" w:rsidP="00314BC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Molly Hill</w:t>
            </w:r>
          </w:p>
        </w:tc>
        <w:tc>
          <w:tcPr>
            <w:tcW w:w="2160" w:type="dxa"/>
          </w:tcPr>
          <w:p w14:paraId="736B7999" w14:textId="376BB939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160" w:type="dxa"/>
          </w:tcPr>
          <w:p w14:paraId="1BC7ED37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437DCF7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6CE0696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845CB90" w14:textId="4358A68A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314BC8" w14:paraId="1C401427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F7C1172" w14:textId="41F71E7E" w:rsidR="00314BC8" w:rsidRDefault="00314BC8" w:rsidP="00314BC8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Gorgina</w:t>
            </w:r>
            <w:proofErr w:type="spellEnd"/>
            <w:r>
              <w:rPr>
                <w:b w:val="0"/>
                <w:bCs w:val="0"/>
              </w:rPr>
              <w:t xml:space="preserve"> Hill </w:t>
            </w:r>
          </w:p>
        </w:tc>
        <w:tc>
          <w:tcPr>
            <w:tcW w:w="2160" w:type="dxa"/>
          </w:tcPr>
          <w:p w14:paraId="15B6294B" w14:textId="4AD8E75A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160" w:type="dxa"/>
          </w:tcPr>
          <w:p w14:paraId="4B637150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90181FD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F7880FE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2207B1E3" w14:textId="1BBDF836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314BC8" w14:paraId="005EF312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BA1B9D" w14:textId="397167D8" w:rsidR="00314BC8" w:rsidRDefault="00314BC8" w:rsidP="00314BC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Madison Pike</w:t>
            </w:r>
          </w:p>
        </w:tc>
        <w:tc>
          <w:tcPr>
            <w:tcW w:w="2160" w:type="dxa"/>
          </w:tcPr>
          <w:p w14:paraId="4CC22CF4" w14:textId="5DB6F630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160" w:type="dxa"/>
          </w:tcPr>
          <w:p w14:paraId="0D4628EC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FFDF9B1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914F8EF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30A6203" w14:textId="1ADCE06A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314BC8" w14:paraId="7560F2AC" w14:textId="77777777" w:rsidTr="00100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DE075EE" w14:textId="268822AF" w:rsidR="00314BC8" w:rsidRDefault="00314BC8" w:rsidP="00314BC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Elsie Farncis </w:t>
            </w:r>
          </w:p>
        </w:tc>
        <w:tc>
          <w:tcPr>
            <w:tcW w:w="2160" w:type="dxa"/>
          </w:tcPr>
          <w:p w14:paraId="4718E96D" w14:textId="721A7C18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160" w:type="dxa"/>
          </w:tcPr>
          <w:p w14:paraId="2D3B8377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97B599F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F44A461" w14:textId="77777777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884B001" w14:textId="0C00F706" w:rsidR="00314BC8" w:rsidRDefault="00314BC8" w:rsidP="00314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</w:tr>
      <w:tr w:rsidR="00314BC8" w14:paraId="5C117A0C" w14:textId="77777777" w:rsidTr="00100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164221A" w14:textId="1A791449" w:rsidR="00314BC8" w:rsidRDefault="00314BC8" w:rsidP="00314BC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Ivy </w:t>
            </w:r>
          </w:p>
        </w:tc>
        <w:tc>
          <w:tcPr>
            <w:tcW w:w="2160" w:type="dxa"/>
          </w:tcPr>
          <w:p w14:paraId="697D105E" w14:textId="665894BD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160" w:type="dxa"/>
          </w:tcPr>
          <w:p w14:paraId="2F83E18C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CB9646B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A6B6EEA" w14:textId="77777777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C741334" w14:textId="613413D4" w:rsidR="00314BC8" w:rsidRDefault="00314BC8" w:rsidP="00314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</w:tbl>
    <w:p w14:paraId="28C66591" w14:textId="77777777" w:rsidR="00314BC8" w:rsidRDefault="00314BC8"/>
    <w:p w14:paraId="7206EF6D" w14:textId="703CED00" w:rsidR="00ED37C1" w:rsidRDefault="00ED37C1"/>
    <w:p w14:paraId="6043AA0C" w14:textId="77777777" w:rsidR="00360A69" w:rsidRDefault="00360A69"/>
    <w:p w14:paraId="4FA8BF06" w14:textId="77777777" w:rsidR="00360A69" w:rsidRPr="00360A69" w:rsidRDefault="00360A69" w:rsidP="00360A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val="en-GB" w:eastAsia="en-GB"/>
        </w:rPr>
      </w:pPr>
      <w:r w:rsidRPr="00360A69">
        <w:rPr>
          <w:rFonts w:ascii="Calibri" w:eastAsia="Times New Roman" w:hAnsi="Calibri" w:cs="Calibri"/>
          <w:b/>
          <w:bCs/>
          <w:color w:val="365F91"/>
          <w:sz w:val="28"/>
          <w:szCs w:val="28"/>
          <w:lang w:val="en-GB" w:eastAsia="en-GB"/>
        </w:rPr>
        <w:t>Junior Style &amp; Performance Master League</w:t>
      </w:r>
    </w:p>
    <w:tbl>
      <w:tblPr>
        <w:tblStyle w:val="GridTable4-Accent2"/>
        <w:tblW w:w="11585" w:type="dxa"/>
        <w:tblLook w:val="04A0" w:firstRow="1" w:lastRow="0" w:firstColumn="1" w:lastColumn="0" w:noHBand="0" w:noVBand="1"/>
      </w:tblPr>
      <w:tblGrid>
        <w:gridCol w:w="743"/>
        <w:gridCol w:w="1270"/>
        <w:gridCol w:w="1071"/>
        <w:gridCol w:w="1071"/>
        <w:gridCol w:w="1071"/>
        <w:gridCol w:w="1071"/>
        <w:gridCol w:w="835"/>
        <w:gridCol w:w="665"/>
        <w:gridCol w:w="665"/>
        <w:gridCol w:w="665"/>
        <w:gridCol w:w="665"/>
        <w:gridCol w:w="835"/>
        <w:gridCol w:w="958"/>
      </w:tblGrid>
      <w:tr w:rsidR="00360A69" w:rsidRPr="00360A69" w14:paraId="2544A67F" w14:textId="77777777" w:rsidTr="00360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17B51FBA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Rank</w:t>
            </w:r>
          </w:p>
        </w:tc>
        <w:tc>
          <w:tcPr>
            <w:tcW w:w="1270" w:type="dxa"/>
            <w:hideMark/>
          </w:tcPr>
          <w:p w14:paraId="1A8ECE2E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Rider</w:t>
            </w:r>
          </w:p>
        </w:tc>
        <w:tc>
          <w:tcPr>
            <w:tcW w:w="1071" w:type="dxa"/>
            <w:hideMark/>
          </w:tcPr>
          <w:p w14:paraId="7388899C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Summer R1</w:t>
            </w:r>
          </w:p>
        </w:tc>
        <w:tc>
          <w:tcPr>
            <w:tcW w:w="1071" w:type="dxa"/>
            <w:hideMark/>
          </w:tcPr>
          <w:p w14:paraId="581409C6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Summer R2</w:t>
            </w:r>
          </w:p>
        </w:tc>
        <w:tc>
          <w:tcPr>
            <w:tcW w:w="1071" w:type="dxa"/>
            <w:hideMark/>
          </w:tcPr>
          <w:p w14:paraId="13C7E48C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Summer R3</w:t>
            </w:r>
          </w:p>
        </w:tc>
        <w:tc>
          <w:tcPr>
            <w:tcW w:w="1071" w:type="dxa"/>
            <w:hideMark/>
          </w:tcPr>
          <w:p w14:paraId="76978CBF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Summer R4</w:t>
            </w:r>
          </w:p>
        </w:tc>
        <w:tc>
          <w:tcPr>
            <w:tcW w:w="835" w:type="dxa"/>
            <w:hideMark/>
          </w:tcPr>
          <w:p w14:paraId="2EFF7CF0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Series 1 Total</w:t>
            </w:r>
          </w:p>
        </w:tc>
        <w:tc>
          <w:tcPr>
            <w:tcW w:w="665" w:type="dxa"/>
            <w:hideMark/>
          </w:tcPr>
          <w:p w14:paraId="1A68DF47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July R1</w:t>
            </w:r>
          </w:p>
        </w:tc>
        <w:tc>
          <w:tcPr>
            <w:tcW w:w="665" w:type="dxa"/>
            <w:hideMark/>
          </w:tcPr>
          <w:p w14:paraId="444A6356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Sept R2</w:t>
            </w:r>
          </w:p>
        </w:tc>
        <w:tc>
          <w:tcPr>
            <w:tcW w:w="665" w:type="dxa"/>
            <w:hideMark/>
          </w:tcPr>
          <w:p w14:paraId="74D1AB16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Oct R3</w:t>
            </w:r>
          </w:p>
        </w:tc>
        <w:tc>
          <w:tcPr>
            <w:tcW w:w="665" w:type="dxa"/>
            <w:hideMark/>
          </w:tcPr>
          <w:p w14:paraId="2A9D6AD2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Nov R4</w:t>
            </w:r>
          </w:p>
        </w:tc>
        <w:tc>
          <w:tcPr>
            <w:tcW w:w="835" w:type="dxa"/>
            <w:hideMark/>
          </w:tcPr>
          <w:p w14:paraId="7417CFA1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Series 2 Total</w:t>
            </w:r>
          </w:p>
        </w:tc>
        <w:tc>
          <w:tcPr>
            <w:tcW w:w="958" w:type="dxa"/>
            <w:hideMark/>
          </w:tcPr>
          <w:p w14:paraId="50854F6B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Overall Total</w:t>
            </w:r>
          </w:p>
        </w:tc>
      </w:tr>
      <w:tr w:rsidR="00360A69" w:rsidRPr="00360A69" w14:paraId="03D010F7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55B41BD2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</w:t>
            </w:r>
          </w:p>
        </w:tc>
        <w:tc>
          <w:tcPr>
            <w:tcW w:w="1270" w:type="dxa"/>
            <w:hideMark/>
          </w:tcPr>
          <w:p w14:paraId="799C1E47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Harrison Burtt-Jones</w:t>
            </w:r>
          </w:p>
        </w:tc>
        <w:tc>
          <w:tcPr>
            <w:tcW w:w="1071" w:type="dxa"/>
            <w:hideMark/>
          </w:tcPr>
          <w:p w14:paraId="7542859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495</w:t>
            </w:r>
          </w:p>
        </w:tc>
        <w:tc>
          <w:tcPr>
            <w:tcW w:w="1071" w:type="dxa"/>
            <w:hideMark/>
          </w:tcPr>
          <w:p w14:paraId="140B34F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460</w:t>
            </w:r>
          </w:p>
        </w:tc>
        <w:tc>
          <w:tcPr>
            <w:tcW w:w="1071" w:type="dxa"/>
            <w:hideMark/>
          </w:tcPr>
          <w:p w14:paraId="0CFAC19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635</w:t>
            </w:r>
          </w:p>
        </w:tc>
        <w:tc>
          <w:tcPr>
            <w:tcW w:w="1071" w:type="dxa"/>
            <w:hideMark/>
          </w:tcPr>
          <w:p w14:paraId="0AE2897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280</w:t>
            </w:r>
          </w:p>
        </w:tc>
        <w:tc>
          <w:tcPr>
            <w:tcW w:w="835" w:type="dxa"/>
            <w:hideMark/>
          </w:tcPr>
          <w:p w14:paraId="2FC1580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1870</w:t>
            </w:r>
          </w:p>
        </w:tc>
        <w:tc>
          <w:tcPr>
            <w:tcW w:w="665" w:type="dxa"/>
            <w:hideMark/>
          </w:tcPr>
          <w:p w14:paraId="2759DEC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382</w:t>
            </w:r>
          </w:p>
        </w:tc>
        <w:tc>
          <w:tcPr>
            <w:tcW w:w="665" w:type="dxa"/>
            <w:hideMark/>
          </w:tcPr>
          <w:p w14:paraId="3DC54068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34498C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09A57FE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D27AB1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382</w:t>
            </w:r>
          </w:p>
        </w:tc>
        <w:tc>
          <w:tcPr>
            <w:tcW w:w="958" w:type="dxa"/>
            <w:hideMark/>
          </w:tcPr>
          <w:p w14:paraId="65DA53D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2252</w:t>
            </w:r>
          </w:p>
        </w:tc>
      </w:tr>
      <w:tr w:rsidR="00360A69" w:rsidRPr="00360A69" w14:paraId="52559EB5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602798BD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</w:t>
            </w:r>
          </w:p>
        </w:tc>
        <w:tc>
          <w:tcPr>
            <w:tcW w:w="1270" w:type="dxa"/>
            <w:hideMark/>
          </w:tcPr>
          <w:p w14:paraId="6A1B6FA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Harry Greenslade</w:t>
            </w:r>
          </w:p>
        </w:tc>
        <w:tc>
          <w:tcPr>
            <w:tcW w:w="1071" w:type="dxa"/>
            <w:hideMark/>
          </w:tcPr>
          <w:p w14:paraId="3997A0E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523</w:t>
            </w:r>
          </w:p>
        </w:tc>
        <w:tc>
          <w:tcPr>
            <w:tcW w:w="1071" w:type="dxa"/>
            <w:hideMark/>
          </w:tcPr>
          <w:p w14:paraId="0904971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1024E05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789</w:t>
            </w:r>
          </w:p>
        </w:tc>
        <w:tc>
          <w:tcPr>
            <w:tcW w:w="1071" w:type="dxa"/>
            <w:hideMark/>
          </w:tcPr>
          <w:p w14:paraId="71BE352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302</w:t>
            </w:r>
          </w:p>
        </w:tc>
        <w:tc>
          <w:tcPr>
            <w:tcW w:w="835" w:type="dxa"/>
            <w:hideMark/>
          </w:tcPr>
          <w:p w14:paraId="290AF09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1614</w:t>
            </w:r>
          </w:p>
        </w:tc>
        <w:tc>
          <w:tcPr>
            <w:tcW w:w="665" w:type="dxa"/>
            <w:hideMark/>
          </w:tcPr>
          <w:p w14:paraId="23BBAFD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348</w:t>
            </w:r>
          </w:p>
        </w:tc>
        <w:tc>
          <w:tcPr>
            <w:tcW w:w="665" w:type="dxa"/>
            <w:hideMark/>
          </w:tcPr>
          <w:p w14:paraId="7255715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2E922B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4E4BA4A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5CB887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348</w:t>
            </w:r>
          </w:p>
        </w:tc>
        <w:tc>
          <w:tcPr>
            <w:tcW w:w="958" w:type="dxa"/>
            <w:hideMark/>
          </w:tcPr>
          <w:p w14:paraId="4C401AE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1962</w:t>
            </w:r>
          </w:p>
        </w:tc>
      </w:tr>
      <w:tr w:rsidR="00360A69" w:rsidRPr="00360A69" w14:paraId="2BD2BA1C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39B670D4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</w:t>
            </w:r>
          </w:p>
        </w:tc>
        <w:tc>
          <w:tcPr>
            <w:tcW w:w="1270" w:type="dxa"/>
            <w:hideMark/>
          </w:tcPr>
          <w:p w14:paraId="27133E2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Georgiana Bolt</w:t>
            </w:r>
          </w:p>
        </w:tc>
        <w:tc>
          <w:tcPr>
            <w:tcW w:w="1071" w:type="dxa"/>
            <w:hideMark/>
          </w:tcPr>
          <w:p w14:paraId="2843F61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412</w:t>
            </w:r>
          </w:p>
        </w:tc>
        <w:tc>
          <w:tcPr>
            <w:tcW w:w="1071" w:type="dxa"/>
            <w:hideMark/>
          </w:tcPr>
          <w:p w14:paraId="5243E83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520</w:t>
            </w:r>
          </w:p>
        </w:tc>
        <w:tc>
          <w:tcPr>
            <w:tcW w:w="1071" w:type="dxa"/>
            <w:hideMark/>
          </w:tcPr>
          <w:p w14:paraId="123000A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529</w:t>
            </w:r>
          </w:p>
        </w:tc>
        <w:tc>
          <w:tcPr>
            <w:tcW w:w="1071" w:type="dxa"/>
            <w:hideMark/>
          </w:tcPr>
          <w:p w14:paraId="5696313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AEA819D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1461</w:t>
            </w:r>
          </w:p>
        </w:tc>
        <w:tc>
          <w:tcPr>
            <w:tcW w:w="665" w:type="dxa"/>
            <w:hideMark/>
          </w:tcPr>
          <w:p w14:paraId="717B493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471</w:t>
            </w:r>
          </w:p>
        </w:tc>
        <w:tc>
          <w:tcPr>
            <w:tcW w:w="665" w:type="dxa"/>
            <w:hideMark/>
          </w:tcPr>
          <w:p w14:paraId="21B3988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01EEF75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47929F77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EFC652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471</w:t>
            </w:r>
          </w:p>
        </w:tc>
        <w:tc>
          <w:tcPr>
            <w:tcW w:w="958" w:type="dxa"/>
            <w:hideMark/>
          </w:tcPr>
          <w:p w14:paraId="13C29B7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1932</w:t>
            </w:r>
          </w:p>
        </w:tc>
      </w:tr>
      <w:tr w:rsidR="00360A69" w:rsidRPr="00360A69" w14:paraId="16CDE82A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4E3A9F82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</w:t>
            </w:r>
          </w:p>
        </w:tc>
        <w:tc>
          <w:tcPr>
            <w:tcW w:w="1270" w:type="dxa"/>
            <w:hideMark/>
          </w:tcPr>
          <w:p w14:paraId="3A06282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Chester Robison</w:t>
            </w:r>
          </w:p>
        </w:tc>
        <w:tc>
          <w:tcPr>
            <w:tcW w:w="1071" w:type="dxa"/>
            <w:hideMark/>
          </w:tcPr>
          <w:p w14:paraId="19401A0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4B33EDB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460</w:t>
            </w:r>
          </w:p>
        </w:tc>
        <w:tc>
          <w:tcPr>
            <w:tcW w:w="1071" w:type="dxa"/>
            <w:hideMark/>
          </w:tcPr>
          <w:p w14:paraId="2233578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573</w:t>
            </w:r>
          </w:p>
        </w:tc>
        <w:tc>
          <w:tcPr>
            <w:tcW w:w="1071" w:type="dxa"/>
            <w:hideMark/>
          </w:tcPr>
          <w:p w14:paraId="26B1ABEA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256</w:t>
            </w:r>
          </w:p>
        </w:tc>
        <w:tc>
          <w:tcPr>
            <w:tcW w:w="835" w:type="dxa"/>
            <w:hideMark/>
          </w:tcPr>
          <w:p w14:paraId="091CE9A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1289</w:t>
            </w:r>
          </w:p>
        </w:tc>
        <w:tc>
          <w:tcPr>
            <w:tcW w:w="665" w:type="dxa"/>
            <w:hideMark/>
          </w:tcPr>
          <w:p w14:paraId="353B931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402</w:t>
            </w:r>
          </w:p>
        </w:tc>
        <w:tc>
          <w:tcPr>
            <w:tcW w:w="665" w:type="dxa"/>
            <w:hideMark/>
          </w:tcPr>
          <w:p w14:paraId="4987A04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731C3DA5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1D75E73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4F330D3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402</w:t>
            </w:r>
          </w:p>
        </w:tc>
        <w:tc>
          <w:tcPr>
            <w:tcW w:w="958" w:type="dxa"/>
            <w:hideMark/>
          </w:tcPr>
          <w:p w14:paraId="748E6BE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1691</w:t>
            </w:r>
          </w:p>
        </w:tc>
      </w:tr>
      <w:tr w:rsidR="00360A69" w:rsidRPr="00360A69" w14:paraId="2FD900EB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7450611B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</w:t>
            </w:r>
          </w:p>
        </w:tc>
        <w:tc>
          <w:tcPr>
            <w:tcW w:w="1270" w:type="dxa"/>
            <w:hideMark/>
          </w:tcPr>
          <w:p w14:paraId="4AAA3E7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Olivia-rai Gaskin</w:t>
            </w:r>
          </w:p>
        </w:tc>
        <w:tc>
          <w:tcPr>
            <w:tcW w:w="1071" w:type="dxa"/>
            <w:hideMark/>
          </w:tcPr>
          <w:p w14:paraId="002A7C27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559</w:t>
            </w:r>
          </w:p>
        </w:tc>
        <w:tc>
          <w:tcPr>
            <w:tcW w:w="1071" w:type="dxa"/>
            <w:hideMark/>
          </w:tcPr>
          <w:p w14:paraId="78E9846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460</w:t>
            </w:r>
          </w:p>
        </w:tc>
        <w:tc>
          <w:tcPr>
            <w:tcW w:w="1071" w:type="dxa"/>
            <w:hideMark/>
          </w:tcPr>
          <w:p w14:paraId="3188A7D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629C2EF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264</w:t>
            </w:r>
          </w:p>
        </w:tc>
        <w:tc>
          <w:tcPr>
            <w:tcW w:w="835" w:type="dxa"/>
            <w:hideMark/>
          </w:tcPr>
          <w:p w14:paraId="1CC35CC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1283</w:t>
            </w:r>
          </w:p>
        </w:tc>
        <w:tc>
          <w:tcPr>
            <w:tcW w:w="665" w:type="dxa"/>
            <w:hideMark/>
          </w:tcPr>
          <w:p w14:paraId="0DCA1E7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390</w:t>
            </w:r>
          </w:p>
        </w:tc>
        <w:tc>
          <w:tcPr>
            <w:tcW w:w="665" w:type="dxa"/>
            <w:hideMark/>
          </w:tcPr>
          <w:p w14:paraId="1DFFD0F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79FF5DE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4C160A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9A586F7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390</w:t>
            </w:r>
          </w:p>
        </w:tc>
        <w:tc>
          <w:tcPr>
            <w:tcW w:w="958" w:type="dxa"/>
            <w:hideMark/>
          </w:tcPr>
          <w:p w14:paraId="7E377038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1673</w:t>
            </w:r>
          </w:p>
        </w:tc>
      </w:tr>
      <w:tr w:rsidR="00360A69" w:rsidRPr="00360A69" w14:paraId="37BC1C9E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0EC74A95" w14:textId="147221E5" w:rsidR="00360A69" w:rsidRPr="00360A69" w:rsidRDefault="00360A69" w:rsidP="00360A69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6</w:t>
            </w:r>
          </w:p>
        </w:tc>
        <w:tc>
          <w:tcPr>
            <w:tcW w:w="1270" w:type="dxa"/>
          </w:tcPr>
          <w:p w14:paraId="0E84ECC1" w14:textId="32042D61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Kaitlyn Martin</w:t>
            </w:r>
          </w:p>
        </w:tc>
        <w:tc>
          <w:tcPr>
            <w:tcW w:w="1071" w:type="dxa"/>
          </w:tcPr>
          <w:p w14:paraId="1C7B6B8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1071" w:type="dxa"/>
          </w:tcPr>
          <w:p w14:paraId="45D9C5FB" w14:textId="654D9DCE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490</w:t>
            </w:r>
          </w:p>
        </w:tc>
        <w:tc>
          <w:tcPr>
            <w:tcW w:w="1071" w:type="dxa"/>
          </w:tcPr>
          <w:p w14:paraId="4E8D0C25" w14:textId="6DABD12F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775</w:t>
            </w:r>
          </w:p>
        </w:tc>
        <w:tc>
          <w:tcPr>
            <w:tcW w:w="1071" w:type="dxa"/>
          </w:tcPr>
          <w:p w14:paraId="1417B8B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</w:p>
        </w:tc>
        <w:tc>
          <w:tcPr>
            <w:tcW w:w="835" w:type="dxa"/>
          </w:tcPr>
          <w:p w14:paraId="6D170792" w14:textId="7384E0BF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1265</w:t>
            </w:r>
          </w:p>
        </w:tc>
        <w:tc>
          <w:tcPr>
            <w:tcW w:w="665" w:type="dxa"/>
          </w:tcPr>
          <w:p w14:paraId="278A4EDF" w14:textId="4BAEF626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414</w:t>
            </w:r>
          </w:p>
        </w:tc>
        <w:tc>
          <w:tcPr>
            <w:tcW w:w="665" w:type="dxa"/>
          </w:tcPr>
          <w:p w14:paraId="00008AF8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</w:tcPr>
          <w:p w14:paraId="2FE00A4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</w:tcPr>
          <w:p w14:paraId="40F76338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6DA634A8" w14:textId="1225E5E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414</w:t>
            </w:r>
          </w:p>
        </w:tc>
        <w:tc>
          <w:tcPr>
            <w:tcW w:w="958" w:type="dxa"/>
          </w:tcPr>
          <w:p w14:paraId="1C3EFEA7" w14:textId="52F17714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600</w:t>
            </w:r>
          </w:p>
        </w:tc>
      </w:tr>
      <w:tr w:rsidR="00360A69" w:rsidRPr="00360A69" w14:paraId="58506DE5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</w:tcPr>
          <w:p w14:paraId="33FCBF7E" w14:textId="65FF60F4" w:rsidR="00360A69" w:rsidRPr="00360A69" w:rsidRDefault="00360A69" w:rsidP="00360A69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7</w:t>
            </w:r>
          </w:p>
        </w:tc>
        <w:tc>
          <w:tcPr>
            <w:tcW w:w="1270" w:type="dxa"/>
          </w:tcPr>
          <w:p w14:paraId="024B043E" w14:textId="641DE85B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Isobel Perry</w:t>
            </w:r>
          </w:p>
        </w:tc>
        <w:tc>
          <w:tcPr>
            <w:tcW w:w="1071" w:type="dxa"/>
          </w:tcPr>
          <w:p w14:paraId="12EE6C3C" w14:textId="6A67CDA9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495</w:t>
            </w:r>
          </w:p>
        </w:tc>
        <w:tc>
          <w:tcPr>
            <w:tcW w:w="1071" w:type="dxa"/>
          </w:tcPr>
          <w:p w14:paraId="5FBAE5A1" w14:textId="2B49CE19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236</w:t>
            </w:r>
          </w:p>
        </w:tc>
        <w:tc>
          <w:tcPr>
            <w:tcW w:w="1071" w:type="dxa"/>
          </w:tcPr>
          <w:p w14:paraId="20084C4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</w:tcPr>
          <w:p w14:paraId="7963CE48" w14:textId="497458AB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312</w:t>
            </w:r>
          </w:p>
        </w:tc>
        <w:tc>
          <w:tcPr>
            <w:tcW w:w="835" w:type="dxa"/>
          </w:tcPr>
          <w:p w14:paraId="04ED95B9" w14:textId="0F7A6BD2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1043</w:t>
            </w:r>
          </w:p>
        </w:tc>
        <w:tc>
          <w:tcPr>
            <w:tcW w:w="665" w:type="dxa"/>
          </w:tcPr>
          <w:p w14:paraId="29958D89" w14:textId="668706A4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  <w:t>460</w:t>
            </w:r>
          </w:p>
        </w:tc>
        <w:tc>
          <w:tcPr>
            <w:tcW w:w="665" w:type="dxa"/>
          </w:tcPr>
          <w:p w14:paraId="6963848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</w:tcPr>
          <w:p w14:paraId="29DF2A7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</w:tcPr>
          <w:p w14:paraId="716E179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</w:tcPr>
          <w:p w14:paraId="278CB4D5" w14:textId="6516B9FC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460</w:t>
            </w:r>
          </w:p>
        </w:tc>
        <w:tc>
          <w:tcPr>
            <w:tcW w:w="958" w:type="dxa"/>
          </w:tcPr>
          <w:p w14:paraId="5C021E47" w14:textId="33E9F4C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503</w:t>
            </w:r>
          </w:p>
        </w:tc>
      </w:tr>
      <w:tr w:rsidR="00360A69" w:rsidRPr="00360A69" w14:paraId="2D7D37CE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55529372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8</w:t>
            </w:r>
          </w:p>
        </w:tc>
        <w:tc>
          <w:tcPr>
            <w:tcW w:w="1270" w:type="dxa"/>
            <w:hideMark/>
          </w:tcPr>
          <w:p w14:paraId="5BEF712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Scarlett Cooper</w:t>
            </w:r>
          </w:p>
        </w:tc>
        <w:tc>
          <w:tcPr>
            <w:tcW w:w="1071" w:type="dxa"/>
            <w:hideMark/>
          </w:tcPr>
          <w:p w14:paraId="0BD4BED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7BAAC1A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580</w:t>
            </w:r>
          </w:p>
        </w:tc>
        <w:tc>
          <w:tcPr>
            <w:tcW w:w="1071" w:type="dxa"/>
            <w:hideMark/>
          </w:tcPr>
          <w:p w14:paraId="60D42BA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469BE64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5DF3E7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580</w:t>
            </w:r>
          </w:p>
        </w:tc>
        <w:tc>
          <w:tcPr>
            <w:tcW w:w="665" w:type="dxa"/>
            <w:hideMark/>
          </w:tcPr>
          <w:p w14:paraId="406C25E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355</w:t>
            </w:r>
          </w:p>
        </w:tc>
        <w:tc>
          <w:tcPr>
            <w:tcW w:w="665" w:type="dxa"/>
            <w:hideMark/>
          </w:tcPr>
          <w:p w14:paraId="0FF81F5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3CD6F418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1D5F0BF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25BEFDB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355</w:t>
            </w:r>
          </w:p>
        </w:tc>
        <w:tc>
          <w:tcPr>
            <w:tcW w:w="958" w:type="dxa"/>
            <w:hideMark/>
          </w:tcPr>
          <w:p w14:paraId="7C0D839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935</w:t>
            </w:r>
          </w:p>
        </w:tc>
      </w:tr>
      <w:tr w:rsidR="00360A69" w:rsidRPr="00360A69" w14:paraId="227D4785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37D2A37E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9</w:t>
            </w:r>
          </w:p>
        </w:tc>
        <w:tc>
          <w:tcPr>
            <w:tcW w:w="1270" w:type="dxa"/>
            <w:hideMark/>
          </w:tcPr>
          <w:p w14:paraId="26D6E17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Gracie Williams</w:t>
            </w:r>
          </w:p>
        </w:tc>
        <w:tc>
          <w:tcPr>
            <w:tcW w:w="1071" w:type="dxa"/>
            <w:hideMark/>
          </w:tcPr>
          <w:p w14:paraId="1C94005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74DD3A2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660DE23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799</w:t>
            </w:r>
          </w:p>
        </w:tc>
        <w:tc>
          <w:tcPr>
            <w:tcW w:w="1071" w:type="dxa"/>
            <w:hideMark/>
          </w:tcPr>
          <w:p w14:paraId="3DACE47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CC4E2A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799</w:t>
            </w:r>
          </w:p>
        </w:tc>
        <w:tc>
          <w:tcPr>
            <w:tcW w:w="665" w:type="dxa"/>
            <w:hideMark/>
          </w:tcPr>
          <w:p w14:paraId="1837D01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3037281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4F0A18D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1675D5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575F5F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196A6A5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799</w:t>
            </w:r>
          </w:p>
        </w:tc>
      </w:tr>
      <w:tr w:rsidR="00360A69" w:rsidRPr="00360A69" w14:paraId="03D8F1C8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3B2D8598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10</w:t>
            </w:r>
          </w:p>
        </w:tc>
        <w:tc>
          <w:tcPr>
            <w:tcW w:w="1270" w:type="dxa"/>
            <w:hideMark/>
          </w:tcPr>
          <w:p w14:paraId="5C6AEE9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Lucy </w:t>
            </w:r>
            <w:proofErr w:type="spellStart"/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Cann</w:t>
            </w:r>
            <w:proofErr w:type="spellEnd"/>
          </w:p>
        </w:tc>
        <w:tc>
          <w:tcPr>
            <w:tcW w:w="1071" w:type="dxa"/>
            <w:hideMark/>
          </w:tcPr>
          <w:p w14:paraId="0D50C11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6E0BA6A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5006449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798</w:t>
            </w:r>
          </w:p>
        </w:tc>
        <w:tc>
          <w:tcPr>
            <w:tcW w:w="1071" w:type="dxa"/>
            <w:hideMark/>
          </w:tcPr>
          <w:p w14:paraId="1B81431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48F8CAF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798</w:t>
            </w:r>
          </w:p>
        </w:tc>
        <w:tc>
          <w:tcPr>
            <w:tcW w:w="665" w:type="dxa"/>
            <w:hideMark/>
          </w:tcPr>
          <w:p w14:paraId="0B8E286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67B0379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6E510BE5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364235F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51C522B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4A88F98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798</w:t>
            </w:r>
          </w:p>
        </w:tc>
      </w:tr>
      <w:tr w:rsidR="00360A69" w:rsidRPr="00360A69" w14:paraId="68F7F140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34C03B4E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11</w:t>
            </w:r>
          </w:p>
        </w:tc>
        <w:tc>
          <w:tcPr>
            <w:tcW w:w="1270" w:type="dxa"/>
            <w:hideMark/>
          </w:tcPr>
          <w:p w14:paraId="4DAFFB4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Rosie Butcher</w:t>
            </w:r>
          </w:p>
        </w:tc>
        <w:tc>
          <w:tcPr>
            <w:tcW w:w="1071" w:type="dxa"/>
            <w:hideMark/>
          </w:tcPr>
          <w:p w14:paraId="7347816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193BFF2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2DB8073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742</w:t>
            </w:r>
          </w:p>
        </w:tc>
        <w:tc>
          <w:tcPr>
            <w:tcW w:w="1071" w:type="dxa"/>
            <w:hideMark/>
          </w:tcPr>
          <w:p w14:paraId="07FA45A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74E6AF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742</w:t>
            </w:r>
          </w:p>
        </w:tc>
        <w:tc>
          <w:tcPr>
            <w:tcW w:w="665" w:type="dxa"/>
            <w:hideMark/>
          </w:tcPr>
          <w:p w14:paraId="0669422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0F1C425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4A28D6F8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1BCBD51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5BB9E6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39B8288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742</w:t>
            </w:r>
          </w:p>
        </w:tc>
      </w:tr>
      <w:tr w:rsidR="00360A69" w:rsidRPr="00360A69" w14:paraId="302FDC02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0AEF0A28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12</w:t>
            </w:r>
          </w:p>
        </w:tc>
        <w:tc>
          <w:tcPr>
            <w:tcW w:w="1270" w:type="dxa"/>
            <w:hideMark/>
          </w:tcPr>
          <w:p w14:paraId="0F65553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Raffles Plume</w:t>
            </w:r>
          </w:p>
        </w:tc>
        <w:tc>
          <w:tcPr>
            <w:tcW w:w="1071" w:type="dxa"/>
            <w:hideMark/>
          </w:tcPr>
          <w:p w14:paraId="3D82A05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574D9AB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573472E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647</w:t>
            </w:r>
          </w:p>
        </w:tc>
        <w:tc>
          <w:tcPr>
            <w:tcW w:w="1071" w:type="dxa"/>
            <w:hideMark/>
          </w:tcPr>
          <w:p w14:paraId="1228283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99C615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647</w:t>
            </w:r>
          </w:p>
        </w:tc>
        <w:tc>
          <w:tcPr>
            <w:tcW w:w="665" w:type="dxa"/>
            <w:hideMark/>
          </w:tcPr>
          <w:p w14:paraId="6F4FDEE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66277E5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1426A67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29CC514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E5635C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6C5912B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647</w:t>
            </w:r>
          </w:p>
        </w:tc>
      </w:tr>
      <w:tr w:rsidR="00360A69" w:rsidRPr="00360A69" w14:paraId="28F3FB2E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3718175D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13</w:t>
            </w:r>
          </w:p>
        </w:tc>
        <w:tc>
          <w:tcPr>
            <w:tcW w:w="1270" w:type="dxa"/>
            <w:hideMark/>
          </w:tcPr>
          <w:p w14:paraId="32450E1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Gwen </w:t>
            </w:r>
            <w:proofErr w:type="spellStart"/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Keywood</w:t>
            </w:r>
            <w:proofErr w:type="spellEnd"/>
          </w:p>
        </w:tc>
        <w:tc>
          <w:tcPr>
            <w:tcW w:w="1071" w:type="dxa"/>
            <w:hideMark/>
          </w:tcPr>
          <w:p w14:paraId="1E39A6B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24BDED6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2549A5B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609</w:t>
            </w:r>
          </w:p>
        </w:tc>
        <w:tc>
          <w:tcPr>
            <w:tcW w:w="1071" w:type="dxa"/>
            <w:hideMark/>
          </w:tcPr>
          <w:p w14:paraId="15665B4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2C7B24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609</w:t>
            </w:r>
          </w:p>
        </w:tc>
        <w:tc>
          <w:tcPr>
            <w:tcW w:w="665" w:type="dxa"/>
            <w:hideMark/>
          </w:tcPr>
          <w:p w14:paraId="120FAD6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7E7B3CA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8D39BE7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4910CBD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469495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762FF5C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609</w:t>
            </w:r>
          </w:p>
        </w:tc>
      </w:tr>
      <w:tr w:rsidR="00360A69" w:rsidRPr="00360A69" w14:paraId="34916B04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32F7D62C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14</w:t>
            </w:r>
          </w:p>
        </w:tc>
        <w:tc>
          <w:tcPr>
            <w:tcW w:w="1270" w:type="dxa"/>
            <w:hideMark/>
          </w:tcPr>
          <w:p w14:paraId="68E0343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Coco Rodgers</w:t>
            </w:r>
          </w:p>
        </w:tc>
        <w:tc>
          <w:tcPr>
            <w:tcW w:w="1071" w:type="dxa"/>
            <w:hideMark/>
          </w:tcPr>
          <w:p w14:paraId="7C411BB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68D0481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196A7EB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585</w:t>
            </w:r>
          </w:p>
        </w:tc>
        <w:tc>
          <w:tcPr>
            <w:tcW w:w="1071" w:type="dxa"/>
            <w:hideMark/>
          </w:tcPr>
          <w:p w14:paraId="258AE1BB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C029AD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585</w:t>
            </w:r>
          </w:p>
        </w:tc>
        <w:tc>
          <w:tcPr>
            <w:tcW w:w="665" w:type="dxa"/>
            <w:hideMark/>
          </w:tcPr>
          <w:p w14:paraId="6AFA6CF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2433112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626D645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2AF6F6A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F601EA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058403C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585</w:t>
            </w:r>
          </w:p>
        </w:tc>
      </w:tr>
      <w:tr w:rsidR="00360A69" w:rsidRPr="00360A69" w14:paraId="21B13DFC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49C3591C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15</w:t>
            </w:r>
          </w:p>
        </w:tc>
        <w:tc>
          <w:tcPr>
            <w:tcW w:w="1270" w:type="dxa"/>
            <w:hideMark/>
          </w:tcPr>
          <w:p w14:paraId="663E6D2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Fletcher Watts</w:t>
            </w:r>
          </w:p>
        </w:tc>
        <w:tc>
          <w:tcPr>
            <w:tcW w:w="1071" w:type="dxa"/>
            <w:hideMark/>
          </w:tcPr>
          <w:p w14:paraId="03EE2CD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574</w:t>
            </w:r>
          </w:p>
        </w:tc>
        <w:tc>
          <w:tcPr>
            <w:tcW w:w="1071" w:type="dxa"/>
            <w:hideMark/>
          </w:tcPr>
          <w:p w14:paraId="6339F18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40F3398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4DF200E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81A4FA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574</w:t>
            </w:r>
          </w:p>
        </w:tc>
        <w:tc>
          <w:tcPr>
            <w:tcW w:w="665" w:type="dxa"/>
            <w:hideMark/>
          </w:tcPr>
          <w:p w14:paraId="046D8A9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79697D3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EF4BA8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6DA5E03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F9820F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5A34411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574</w:t>
            </w:r>
          </w:p>
        </w:tc>
      </w:tr>
      <w:tr w:rsidR="00360A69" w:rsidRPr="00360A69" w14:paraId="6DB2BD6F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27A3BC59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16</w:t>
            </w:r>
          </w:p>
        </w:tc>
        <w:tc>
          <w:tcPr>
            <w:tcW w:w="1270" w:type="dxa"/>
            <w:hideMark/>
          </w:tcPr>
          <w:p w14:paraId="4F7D66F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Hattie Rendle</w:t>
            </w:r>
          </w:p>
        </w:tc>
        <w:tc>
          <w:tcPr>
            <w:tcW w:w="1071" w:type="dxa"/>
            <w:hideMark/>
          </w:tcPr>
          <w:p w14:paraId="18E3FA4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532</w:t>
            </w:r>
          </w:p>
        </w:tc>
        <w:tc>
          <w:tcPr>
            <w:tcW w:w="1071" w:type="dxa"/>
            <w:hideMark/>
          </w:tcPr>
          <w:p w14:paraId="7D04785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2F8A5F1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6A6E4D4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497231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532</w:t>
            </w:r>
          </w:p>
        </w:tc>
        <w:tc>
          <w:tcPr>
            <w:tcW w:w="665" w:type="dxa"/>
            <w:hideMark/>
          </w:tcPr>
          <w:p w14:paraId="5529E6B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438517FB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63F5CAA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676D4E8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76A584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75CA51D8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532</w:t>
            </w:r>
          </w:p>
        </w:tc>
      </w:tr>
      <w:tr w:rsidR="00360A69" w:rsidRPr="00360A69" w14:paraId="4306F8A7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7D1A2FCD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17</w:t>
            </w:r>
          </w:p>
        </w:tc>
        <w:tc>
          <w:tcPr>
            <w:tcW w:w="1270" w:type="dxa"/>
            <w:hideMark/>
          </w:tcPr>
          <w:p w14:paraId="70A8BBA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Kenza Gaynor</w:t>
            </w:r>
          </w:p>
        </w:tc>
        <w:tc>
          <w:tcPr>
            <w:tcW w:w="1071" w:type="dxa"/>
            <w:hideMark/>
          </w:tcPr>
          <w:p w14:paraId="1433594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490</w:t>
            </w:r>
          </w:p>
        </w:tc>
        <w:tc>
          <w:tcPr>
            <w:tcW w:w="1071" w:type="dxa"/>
            <w:hideMark/>
          </w:tcPr>
          <w:p w14:paraId="10F48C0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10AD9C5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6F53E31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03AC9C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490</w:t>
            </w:r>
          </w:p>
        </w:tc>
        <w:tc>
          <w:tcPr>
            <w:tcW w:w="665" w:type="dxa"/>
            <w:hideMark/>
          </w:tcPr>
          <w:p w14:paraId="6A5AF58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3E897AD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3B3B0AB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6317ACB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E49708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026DA2B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490</w:t>
            </w:r>
          </w:p>
        </w:tc>
      </w:tr>
      <w:tr w:rsidR="00360A69" w:rsidRPr="00360A69" w14:paraId="7EF74F58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7D7DF9C8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18</w:t>
            </w:r>
          </w:p>
        </w:tc>
        <w:tc>
          <w:tcPr>
            <w:tcW w:w="1270" w:type="dxa"/>
            <w:hideMark/>
          </w:tcPr>
          <w:p w14:paraId="64E459B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Lilly Gillbard</w:t>
            </w:r>
          </w:p>
        </w:tc>
        <w:tc>
          <w:tcPr>
            <w:tcW w:w="1071" w:type="dxa"/>
            <w:hideMark/>
          </w:tcPr>
          <w:p w14:paraId="2752258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1576B5C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478</w:t>
            </w:r>
          </w:p>
        </w:tc>
        <w:tc>
          <w:tcPr>
            <w:tcW w:w="1071" w:type="dxa"/>
            <w:hideMark/>
          </w:tcPr>
          <w:p w14:paraId="0627CE2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401BD57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6D89A9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478</w:t>
            </w:r>
          </w:p>
        </w:tc>
        <w:tc>
          <w:tcPr>
            <w:tcW w:w="665" w:type="dxa"/>
            <w:hideMark/>
          </w:tcPr>
          <w:p w14:paraId="3EAF1EF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F44E07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70635E0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2F1A88C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7FF407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065827B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478</w:t>
            </w:r>
          </w:p>
        </w:tc>
      </w:tr>
      <w:tr w:rsidR="00360A69" w:rsidRPr="00360A69" w14:paraId="01C2E415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70ABDCF3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19</w:t>
            </w:r>
          </w:p>
        </w:tc>
        <w:tc>
          <w:tcPr>
            <w:tcW w:w="1270" w:type="dxa"/>
            <w:hideMark/>
          </w:tcPr>
          <w:p w14:paraId="0C484B6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Alice Buck</w:t>
            </w:r>
          </w:p>
        </w:tc>
        <w:tc>
          <w:tcPr>
            <w:tcW w:w="1071" w:type="dxa"/>
            <w:hideMark/>
          </w:tcPr>
          <w:p w14:paraId="4C81119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0E8BEA8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477</w:t>
            </w:r>
          </w:p>
        </w:tc>
        <w:tc>
          <w:tcPr>
            <w:tcW w:w="1071" w:type="dxa"/>
            <w:hideMark/>
          </w:tcPr>
          <w:p w14:paraId="28B00FE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055E33B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9F28218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477</w:t>
            </w:r>
          </w:p>
        </w:tc>
        <w:tc>
          <w:tcPr>
            <w:tcW w:w="665" w:type="dxa"/>
            <w:hideMark/>
          </w:tcPr>
          <w:p w14:paraId="3775964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35140208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B9EC29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749D462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5099DBD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39941A5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477</w:t>
            </w:r>
          </w:p>
        </w:tc>
      </w:tr>
      <w:tr w:rsidR="00360A69" w:rsidRPr="00360A69" w14:paraId="01B43583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2CB4ABC2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20</w:t>
            </w:r>
          </w:p>
        </w:tc>
        <w:tc>
          <w:tcPr>
            <w:tcW w:w="1270" w:type="dxa"/>
            <w:hideMark/>
          </w:tcPr>
          <w:p w14:paraId="2A2DF8D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Isla Anderson</w:t>
            </w:r>
          </w:p>
        </w:tc>
        <w:tc>
          <w:tcPr>
            <w:tcW w:w="1071" w:type="dxa"/>
            <w:hideMark/>
          </w:tcPr>
          <w:p w14:paraId="40AF0B0B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456</w:t>
            </w:r>
          </w:p>
        </w:tc>
        <w:tc>
          <w:tcPr>
            <w:tcW w:w="1071" w:type="dxa"/>
            <w:hideMark/>
          </w:tcPr>
          <w:p w14:paraId="164789C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517D5688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506D84E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491A36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456</w:t>
            </w:r>
          </w:p>
        </w:tc>
        <w:tc>
          <w:tcPr>
            <w:tcW w:w="665" w:type="dxa"/>
            <w:hideMark/>
          </w:tcPr>
          <w:p w14:paraId="3235C94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477B17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0EDFE1B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3DE23DB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B67277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2F62F09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456</w:t>
            </w:r>
          </w:p>
        </w:tc>
      </w:tr>
      <w:tr w:rsidR="00360A69" w:rsidRPr="00360A69" w14:paraId="51C636FE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79758A99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21</w:t>
            </w:r>
          </w:p>
        </w:tc>
        <w:tc>
          <w:tcPr>
            <w:tcW w:w="1270" w:type="dxa"/>
            <w:hideMark/>
          </w:tcPr>
          <w:p w14:paraId="2D530FA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proofErr w:type="spellStart"/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Amianne</w:t>
            </w:r>
            <w:proofErr w:type="spellEnd"/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Collins</w:t>
            </w:r>
          </w:p>
        </w:tc>
        <w:tc>
          <w:tcPr>
            <w:tcW w:w="1071" w:type="dxa"/>
            <w:hideMark/>
          </w:tcPr>
          <w:p w14:paraId="668BBAF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198FFB3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43A4EE8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456</w:t>
            </w:r>
          </w:p>
        </w:tc>
        <w:tc>
          <w:tcPr>
            <w:tcW w:w="1071" w:type="dxa"/>
            <w:hideMark/>
          </w:tcPr>
          <w:p w14:paraId="2960904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88CEE8D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456</w:t>
            </w:r>
          </w:p>
        </w:tc>
        <w:tc>
          <w:tcPr>
            <w:tcW w:w="665" w:type="dxa"/>
            <w:hideMark/>
          </w:tcPr>
          <w:p w14:paraId="51A89ED8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4CE2959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2B929D6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32AC309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2D0B3A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6B87BF6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456</w:t>
            </w:r>
          </w:p>
        </w:tc>
      </w:tr>
      <w:tr w:rsidR="00360A69" w:rsidRPr="00360A69" w14:paraId="114E0F96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3C389C32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22</w:t>
            </w:r>
          </w:p>
        </w:tc>
        <w:tc>
          <w:tcPr>
            <w:tcW w:w="1270" w:type="dxa"/>
            <w:hideMark/>
          </w:tcPr>
          <w:p w14:paraId="62CCEF8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Mary Saunders</w:t>
            </w:r>
          </w:p>
        </w:tc>
        <w:tc>
          <w:tcPr>
            <w:tcW w:w="1071" w:type="dxa"/>
            <w:hideMark/>
          </w:tcPr>
          <w:p w14:paraId="6B0EAF5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2D69828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43C0904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367</w:t>
            </w:r>
          </w:p>
        </w:tc>
        <w:tc>
          <w:tcPr>
            <w:tcW w:w="1071" w:type="dxa"/>
            <w:hideMark/>
          </w:tcPr>
          <w:p w14:paraId="4D6B4EC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8BA0C7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367</w:t>
            </w:r>
          </w:p>
        </w:tc>
        <w:tc>
          <w:tcPr>
            <w:tcW w:w="665" w:type="dxa"/>
            <w:hideMark/>
          </w:tcPr>
          <w:p w14:paraId="047D522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6C6687B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14A3124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4EFFD36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475CF79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549272E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367</w:t>
            </w:r>
          </w:p>
        </w:tc>
      </w:tr>
      <w:tr w:rsidR="00360A69" w:rsidRPr="00360A69" w14:paraId="0B9911AE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7AB8ABE7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23</w:t>
            </w:r>
          </w:p>
        </w:tc>
        <w:tc>
          <w:tcPr>
            <w:tcW w:w="1270" w:type="dxa"/>
            <w:hideMark/>
          </w:tcPr>
          <w:p w14:paraId="19A7C8E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Zoe Langstaff-Ellis</w:t>
            </w:r>
          </w:p>
        </w:tc>
        <w:tc>
          <w:tcPr>
            <w:tcW w:w="1071" w:type="dxa"/>
            <w:hideMark/>
          </w:tcPr>
          <w:p w14:paraId="54D26BA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350</w:t>
            </w:r>
          </w:p>
        </w:tc>
        <w:tc>
          <w:tcPr>
            <w:tcW w:w="1071" w:type="dxa"/>
            <w:hideMark/>
          </w:tcPr>
          <w:p w14:paraId="2777DE0D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3C8E550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3B6142F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D51D70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350</w:t>
            </w:r>
          </w:p>
        </w:tc>
        <w:tc>
          <w:tcPr>
            <w:tcW w:w="665" w:type="dxa"/>
            <w:hideMark/>
          </w:tcPr>
          <w:p w14:paraId="67B2888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472C4EE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09DACB2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29B17B7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8D9DF8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7960A4A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350</w:t>
            </w:r>
          </w:p>
        </w:tc>
      </w:tr>
      <w:tr w:rsidR="00360A69" w:rsidRPr="00360A69" w14:paraId="3949EBFA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0A47FB7C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24</w:t>
            </w:r>
          </w:p>
        </w:tc>
        <w:tc>
          <w:tcPr>
            <w:tcW w:w="1270" w:type="dxa"/>
            <w:hideMark/>
          </w:tcPr>
          <w:p w14:paraId="06876B2A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Hattie Rendle (R3)</w:t>
            </w:r>
          </w:p>
        </w:tc>
        <w:tc>
          <w:tcPr>
            <w:tcW w:w="1071" w:type="dxa"/>
            <w:hideMark/>
          </w:tcPr>
          <w:p w14:paraId="1426D6B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3107132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77758FC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336</w:t>
            </w:r>
          </w:p>
        </w:tc>
        <w:tc>
          <w:tcPr>
            <w:tcW w:w="1071" w:type="dxa"/>
            <w:hideMark/>
          </w:tcPr>
          <w:p w14:paraId="7418FD3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DB6E4A5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336</w:t>
            </w:r>
          </w:p>
        </w:tc>
        <w:tc>
          <w:tcPr>
            <w:tcW w:w="665" w:type="dxa"/>
            <w:hideMark/>
          </w:tcPr>
          <w:p w14:paraId="6C6E7AA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656494D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EADCD4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4CA9BF5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71F3C1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744FED2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336</w:t>
            </w:r>
          </w:p>
        </w:tc>
      </w:tr>
      <w:tr w:rsidR="00360A69" w:rsidRPr="00360A69" w14:paraId="7A5DA46A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63EEA491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25</w:t>
            </w:r>
          </w:p>
        </w:tc>
        <w:tc>
          <w:tcPr>
            <w:tcW w:w="1270" w:type="dxa"/>
            <w:hideMark/>
          </w:tcPr>
          <w:p w14:paraId="552C4B3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Edie Plume</w:t>
            </w:r>
          </w:p>
        </w:tc>
        <w:tc>
          <w:tcPr>
            <w:tcW w:w="1071" w:type="dxa"/>
            <w:hideMark/>
          </w:tcPr>
          <w:p w14:paraId="1F4E05C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0F3F53E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0B82341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306</w:t>
            </w:r>
          </w:p>
        </w:tc>
        <w:tc>
          <w:tcPr>
            <w:tcW w:w="1071" w:type="dxa"/>
            <w:hideMark/>
          </w:tcPr>
          <w:p w14:paraId="1D14025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3A968E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306</w:t>
            </w:r>
          </w:p>
        </w:tc>
        <w:tc>
          <w:tcPr>
            <w:tcW w:w="665" w:type="dxa"/>
            <w:hideMark/>
          </w:tcPr>
          <w:p w14:paraId="3529C4A7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1E69FBA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62E73BD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BEF4D3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06732ED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0BD80C5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306</w:t>
            </w:r>
          </w:p>
        </w:tc>
      </w:tr>
      <w:tr w:rsidR="00360A69" w:rsidRPr="00360A69" w14:paraId="7E2F271E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757975A8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26</w:t>
            </w:r>
          </w:p>
        </w:tc>
        <w:tc>
          <w:tcPr>
            <w:tcW w:w="1270" w:type="dxa"/>
            <w:hideMark/>
          </w:tcPr>
          <w:p w14:paraId="4FA3B7A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Bobbi Wynne-Evans</w:t>
            </w:r>
          </w:p>
        </w:tc>
        <w:tc>
          <w:tcPr>
            <w:tcW w:w="1071" w:type="dxa"/>
            <w:hideMark/>
          </w:tcPr>
          <w:p w14:paraId="56CA353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255</w:t>
            </w:r>
          </w:p>
        </w:tc>
        <w:tc>
          <w:tcPr>
            <w:tcW w:w="1071" w:type="dxa"/>
            <w:hideMark/>
          </w:tcPr>
          <w:p w14:paraId="2669A41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3DC8663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4C06026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1D96182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255</w:t>
            </w:r>
          </w:p>
        </w:tc>
        <w:tc>
          <w:tcPr>
            <w:tcW w:w="665" w:type="dxa"/>
            <w:hideMark/>
          </w:tcPr>
          <w:p w14:paraId="2228A27A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0BEDD8C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3EA2BF9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049D91A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BEA50B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5726950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255</w:t>
            </w:r>
          </w:p>
        </w:tc>
      </w:tr>
      <w:tr w:rsidR="00360A69" w:rsidRPr="00360A69" w14:paraId="6F65F1DD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71FCAF58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27</w:t>
            </w:r>
          </w:p>
        </w:tc>
        <w:tc>
          <w:tcPr>
            <w:tcW w:w="1270" w:type="dxa"/>
            <w:hideMark/>
          </w:tcPr>
          <w:p w14:paraId="05DFB02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Zac Flanagan</w:t>
            </w:r>
          </w:p>
        </w:tc>
        <w:tc>
          <w:tcPr>
            <w:tcW w:w="1071" w:type="dxa"/>
            <w:hideMark/>
          </w:tcPr>
          <w:p w14:paraId="7175219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3596161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59D941D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222</w:t>
            </w:r>
          </w:p>
        </w:tc>
        <w:tc>
          <w:tcPr>
            <w:tcW w:w="1071" w:type="dxa"/>
            <w:hideMark/>
          </w:tcPr>
          <w:p w14:paraId="7EBFFA18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25EA69E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222</w:t>
            </w:r>
          </w:p>
        </w:tc>
        <w:tc>
          <w:tcPr>
            <w:tcW w:w="665" w:type="dxa"/>
            <w:hideMark/>
          </w:tcPr>
          <w:p w14:paraId="2CEC734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060FD19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27E7B94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7FBB1667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4757702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0076FA1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222</w:t>
            </w:r>
          </w:p>
        </w:tc>
      </w:tr>
      <w:tr w:rsidR="00360A69" w:rsidRPr="00360A69" w14:paraId="0930A9B6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14:paraId="34FCA87E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28</w:t>
            </w:r>
          </w:p>
        </w:tc>
        <w:tc>
          <w:tcPr>
            <w:tcW w:w="1270" w:type="dxa"/>
            <w:hideMark/>
          </w:tcPr>
          <w:p w14:paraId="5BD8BCD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Olly Gardner</w:t>
            </w:r>
          </w:p>
        </w:tc>
        <w:tc>
          <w:tcPr>
            <w:tcW w:w="1071" w:type="dxa"/>
            <w:hideMark/>
          </w:tcPr>
          <w:p w14:paraId="24D27B5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1071" w:type="dxa"/>
            <w:hideMark/>
          </w:tcPr>
          <w:p w14:paraId="39D2D1F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67CE836A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71" w:type="dxa"/>
            <w:hideMark/>
          </w:tcPr>
          <w:p w14:paraId="789475A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7272D3C5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665" w:type="dxa"/>
            <w:hideMark/>
          </w:tcPr>
          <w:p w14:paraId="3A3324A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5712E147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0A59583B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65" w:type="dxa"/>
            <w:hideMark/>
          </w:tcPr>
          <w:p w14:paraId="209A977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35" w:type="dxa"/>
            <w:hideMark/>
          </w:tcPr>
          <w:p w14:paraId="65B092E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58" w:type="dxa"/>
            <w:hideMark/>
          </w:tcPr>
          <w:p w14:paraId="41FFB0DB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</w:tr>
    </w:tbl>
    <w:p w14:paraId="108E0647" w14:textId="77777777" w:rsidR="00360A69" w:rsidRDefault="00360A69" w:rsidP="00360A6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sz w:val="26"/>
          <w:szCs w:val="26"/>
          <w:lang w:val="en-GB" w:eastAsia="en-GB"/>
        </w:rPr>
      </w:pPr>
    </w:p>
    <w:p w14:paraId="3D72397B" w14:textId="77777777" w:rsidR="00360A69" w:rsidRDefault="00360A69" w:rsidP="00360A6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sz w:val="26"/>
          <w:szCs w:val="26"/>
          <w:lang w:val="en-GB" w:eastAsia="en-GB"/>
        </w:rPr>
      </w:pPr>
    </w:p>
    <w:p w14:paraId="32A45E5B" w14:textId="77777777" w:rsidR="00360A69" w:rsidRDefault="00360A69" w:rsidP="00360A6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sz w:val="26"/>
          <w:szCs w:val="26"/>
          <w:lang w:val="en-GB" w:eastAsia="en-GB"/>
        </w:rPr>
      </w:pPr>
    </w:p>
    <w:p w14:paraId="1D7F87B3" w14:textId="77777777" w:rsidR="00360A69" w:rsidRDefault="00360A69" w:rsidP="00360A6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sz w:val="26"/>
          <w:szCs w:val="26"/>
          <w:lang w:val="en-GB" w:eastAsia="en-GB"/>
        </w:rPr>
      </w:pPr>
    </w:p>
    <w:p w14:paraId="2AEB7107" w14:textId="66C48DC4" w:rsidR="00360A69" w:rsidRPr="00360A69" w:rsidRDefault="00360A69" w:rsidP="00360A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7"/>
          <w:szCs w:val="27"/>
          <w:lang w:val="en-GB" w:eastAsia="en-GB"/>
        </w:rPr>
      </w:pPr>
      <w:r w:rsidRPr="00360A69">
        <w:rPr>
          <w:rFonts w:ascii="Calibri" w:eastAsia="Times New Roman" w:hAnsi="Calibri" w:cs="Calibri"/>
          <w:b/>
          <w:bCs/>
          <w:color w:val="4F81BD"/>
          <w:sz w:val="26"/>
          <w:szCs w:val="26"/>
          <w:lang w:val="en-GB" w:eastAsia="en-GB"/>
        </w:rPr>
        <w:t>New Riders Joining Series 2</w:t>
      </w:r>
    </w:p>
    <w:tbl>
      <w:tblPr>
        <w:tblStyle w:val="GridTable4-Accent2"/>
        <w:tblW w:w="8638" w:type="dxa"/>
        <w:tblLook w:val="04A0" w:firstRow="1" w:lastRow="0" w:firstColumn="1" w:lastColumn="0" w:noHBand="0" w:noVBand="1"/>
      </w:tblPr>
      <w:tblGrid>
        <w:gridCol w:w="1228"/>
        <w:gridCol w:w="1281"/>
        <w:gridCol w:w="1225"/>
        <w:gridCol w:w="1226"/>
        <w:gridCol w:w="1225"/>
        <w:gridCol w:w="1225"/>
        <w:gridCol w:w="1228"/>
      </w:tblGrid>
      <w:tr w:rsidR="00360A69" w:rsidRPr="00360A69" w14:paraId="37FE5449" w14:textId="77777777" w:rsidTr="00360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255BDF14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Rank</w:t>
            </w:r>
          </w:p>
        </w:tc>
        <w:tc>
          <w:tcPr>
            <w:tcW w:w="1281" w:type="dxa"/>
            <w:hideMark/>
          </w:tcPr>
          <w:p w14:paraId="5089CB52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Rider</w:t>
            </w:r>
          </w:p>
        </w:tc>
        <w:tc>
          <w:tcPr>
            <w:tcW w:w="1225" w:type="dxa"/>
            <w:hideMark/>
          </w:tcPr>
          <w:p w14:paraId="5149E673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July R1</w:t>
            </w:r>
          </w:p>
        </w:tc>
        <w:tc>
          <w:tcPr>
            <w:tcW w:w="1226" w:type="dxa"/>
            <w:hideMark/>
          </w:tcPr>
          <w:p w14:paraId="1B1AA591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Sept R2</w:t>
            </w:r>
          </w:p>
        </w:tc>
        <w:tc>
          <w:tcPr>
            <w:tcW w:w="1225" w:type="dxa"/>
            <w:hideMark/>
          </w:tcPr>
          <w:p w14:paraId="684E72B5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Oct R3</w:t>
            </w:r>
          </w:p>
        </w:tc>
        <w:tc>
          <w:tcPr>
            <w:tcW w:w="1225" w:type="dxa"/>
            <w:hideMark/>
          </w:tcPr>
          <w:p w14:paraId="24936B16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Nov R4</w:t>
            </w:r>
          </w:p>
        </w:tc>
        <w:tc>
          <w:tcPr>
            <w:tcW w:w="1228" w:type="dxa"/>
            <w:hideMark/>
          </w:tcPr>
          <w:p w14:paraId="468002F5" w14:textId="77777777" w:rsidR="00360A69" w:rsidRPr="00360A69" w:rsidRDefault="00360A69" w:rsidP="00360A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Series 2 Total</w:t>
            </w:r>
          </w:p>
        </w:tc>
      </w:tr>
      <w:tr w:rsidR="00360A69" w:rsidRPr="00360A69" w14:paraId="5EEF30CB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32F441D9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</w:t>
            </w:r>
          </w:p>
        </w:tc>
        <w:tc>
          <w:tcPr>
            <w:tcW w:w="1281" w:type="dxa"/>
            <w:hideMark/>
          </w:tcPr>
          <w:p w14:paraId="5F8EE6B1" w14:textId="3913E812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Ella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Fearnley</w:t>
            </w:r>
          </w:p>
        </w:tc>
        <w:tc>
          <w:tcPr>
            <w:tcW w:w="1225" w:type="dxa"/>
            <w:hideMark/>
          </w:tcPr>
          <w:p w14:paraId="0834EB5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546</w:t>
            </w:r>
          </w:p>
        </w:tc>
        <w:tc>
          <w:tcPr>
            <w:tcW w:w="1226" w:type="dxa"/>
            <w:hideMark/>
          </w:tcPr>
          <w:p w14:paraId="71365188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4BE2CD2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56E66ACD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609C156F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546</w:t>
            </w:r>
          </w:p>
        </w:tc>
      </w:tr>
      <w:tr w:rsidR="00360A69" w:rsidRPr="00360A69" w14:paraId="0BB79ABE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192FC40D" w14:textId="77777777" w:rsidR="00360A69" w:rsidRPr="00360A69" w:rsidRDefault="00360A69" w:rsidP="00360A69">
            <w:pPr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</w:t>
            </w:r>
          </w:p>
        </w:tc>
        <w:tc>
          <w:tcPr>
            <w:tcW w:w="1281" w:type="dxa"/>
            <w:hideMark/>
          </w:tcPr>
          <w:p w14:paraId="5880D434" w14:textId="0640CF96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Gracie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MacAkister</w:t>
            </w:r>
            <w:proofErr w:type="spellEnd"/>
          </w:p>
        </w:tc>
        <w:tc>
          <w:tcPr>
            <w:tcW w:w="1225" w:type="dxa"/>
            <w:hideMark/>
          </w:tcPr>
          <w:p w14:paraId="6159B28B" w14:textId="5CEA318D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450</w:t>
            </w:r>
          </w:p>
        </w:tc>
        <w:tc>
          <w:tcPr>
            <w:tcW w:w="1226" w:type="dxa"/>
            <w:hideMark/>
          </w:tcPr>
          <w:p w14:paraId="49236EAA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6F59465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4EEDA9D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0E9881C8" w14:textId="1F7BD1CE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450</w:t>
            </w:r>
          </w:p>
        </w:tc>
      </w:tr>
      <w:tr w:rsidR="008A20EE" w:rsidRPr="00360A69" w14:paraId="56F92000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39E6B1A4" w14:textId="48D92F5B" w:rsidR="008A20EE" w:rsidRPr="00360A69" w:rsidRDefault="008A20EE" w:rsidP="00360A69">
            <w:pPr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2</w:t>
            </w:r>
          </w:p>
        </w:tc>
        <w:tc>
          <w:tcPr>
            <w:tcW w:w="1281" w:type="dxa"/>
          </w:tcPr>
          <w:p w14:paraId="6239B459" w14:textId="6DD6CFE0" w:rsidR="008A20EE" w:rsidRPr="00360A69" w:rsidRDefault="008A20EE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Jorgie Foward</w:t>
            </w:r>
          </w:p>
        </w:tc>
        <w:tc>
          <w:tcPr>
            <w:tcW w:w="1225" w:type="dxa"/>
          </w:tcPr>
          <w:p w14:paraId="5AC89704" w14:textId="34A64C87" w:rsidR="008A20EE" w:rsidRPr="00360A69" w:rsidRDefault="008A20EE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450</w:t>
            </w:r>
          </w:p>
        </w:tc>
        <w:tc>
          <w:tcPr>
            <w:tcW w:w="1226" w:type="dxa"/>
          </w:tcPr>
          <w:p w14:paraId="5C5668BE" w14:textId="77777777" w:rsidR="008A20EE" w:rsidRPr="00360A69" w:rsidRDefault="008A20EE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</w:tcPr>
          <w:p w14:paraId="79FD1743" w14:textId="77777777" w:rsidR="008A20EE" w:rsidRPr="00360A69" w:rsidRDefault="008A20EE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</w:tcPr>
          <w:p w14:paraId="7D726829" w14:textId="77777777" w:rsidR="008A20EE" w:rsidRPr="00360A69" w:rsidRDefault="008A20EE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</w:tcPr>
          <w:p w14:paraId="2912F2CB" w14:textId="3429DD69" w:rsidR="008A20EE" w:rsidRPr="00360A69" w:rsidRDefault="008A20EE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Segoe UI"/>
                <w:color w:val="000000"/>
                <w:lang w:val="en-GB" w:eastAsia="en-GB"/>
              </w:rPr>
            </w:pP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450</w:t>
            </w:r>
          </w:p>
        </w:tc>
      </w:tr>
      <w:tr w:rsidR="00360A69" w:rsidRPr="00360A69" w14:paraId="187A016A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17779EE8" w14:textId="6D509E63" w:rsidR="00360A69" w:rsidRPr="00645276" w:rsidRDefault="008A20EE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  <w:t>4</w:t>
            </w:r>
          </w:p>
        </w:tc>
        <w:tc>
          <w:tcPr>
            <w:tcW w:w="1281" w:type="dxa"/>
            <w:hideMark/>
          </w:tcPr>
          <w:p w14:paraId="6317DD28" w14:textId="18F9F89C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Pip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Channing</w:t>
            </w:r>
          </w:p>
        </w:tc>
        <w:tc>
          <w:tcPr>
            <w:tcW w:w="1225" w:type="dxa"/>
            <w:hideMark/>
          </w:tcPr>
          <w:p w14:paraId="258C39B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380</w:t>
            </w:r>
          </w:p>
        </w:tc>
        <w:tc>
          <w:tcPr>
            <w:tcW w:w="1226" w:type="dxa"/>
            <w:hideMark/>
          </w:tcPr>
          <w:p w14:paraId="0F8DD12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4E9EAD0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38618F4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11C39D6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380</w:t>
            </w:r>
          </w:p>
        </w:tc>
      </w:tr>
      <w:tr w:rsidR="00360A69" w:rsidRPr="00360A69" w14:paraId="5E0C09F7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1B94EB32" w14:textId="7BDCCE54" w:rsidR="00360A69" w:rsidRPr="00645276" w:rsidRDefault="008A20EE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  <w:t>5</w:t>
            </w:r>
          </w:p>
        </w:tc>
        <w:tc>
          <w:tcPr>
            <w:tcW w:w="1281" w:type="dxa"/>
            <w:hideMark/>
          </w:tcPr>
          <w:p w14:paraId="3B0F8CAB" w14:textId="1B3AE57E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Imogen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Babb</w:t>
            </w:r>
          </w:p>
        </w:tc>
        <w:tc>
          <w:tcPr>
            <w:tcW w:w="1225" w:type="dxa"/>
            <w:hideMark/>
          </w:tcPr>
          <w:p w14:paraId="5E945C1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370</w:t>
            </w:r>
          </w:p>
        </w:tc>
        <w:tc>
          <w:tcPr>
            <w:tcW w:w="1226" w:type="dxa"/>
            <w:hideMark/>
          </w:tcPr>
          <w:p w14:paraId="7C9E456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5EDA940E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026ECA1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6F4C52A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370</w:t>
            </w:r>
          </w:p>
        </w:tc>
      </w:tr>
      <w:tr w:rsidR="00360A69" w:rsidRPr="00360A69" w14:paraId="328CAA02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0EE74125" w14:textId="6EE60751" w:rsidR="00360A69" w:rsidRPr="00645276" w:rsidRDefault="008A20EE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  <w:t>6</w:t>
            </w:r>
          </w:p>
        </w:tc>
        <w:tc>
          <w:tcPr>
            <w:tcW w:w="1281" w:type="dxa"/>
            <w:hideMark/>
          </w:tcPr>
          <w:p w14:paraId="58BAD7F2" w14:textId="60672112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Freya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Hakkam-Deakin</w:t>
            </w:r>
          </w:p>
        </w:tc>
        <w:tc>
          <w:tcPr>
            <w:tcW w:w="1225" w:type="dxa"/>
            <w:hideMark/>
          </w:tcPr>
          <w:p w14:paraId="12FB3EE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366</w:t>
            </w:r>
          </w:p>
        </w:tc>
        <w:tc>
          <w:tcPr>
            <w:tcW w:w="1226" w:type="dxa"/>
            <w:hideMark/>
          </w:tcPr>
          <w:p w14:paraId="4BA8CB2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2587847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5AF0CFF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63684785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366</w:t>
            </w:r>
          </w:p>
        </w:tc>
      </w:tr>
      <w:tr w:rsidR="00360A69" w:rsidRPr="00360A69" w14:paraId="5C32D8EB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5962EFC2" w14:textId="4B0EA161" w:rsidR="00360A69" w:rsidRPr="00645276" w:rsidRDefault="008A20EE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  <w:t>7</w:t>
            </w:r>
          </w:p>
        </w:tc>
        <w:tc>
          <w:tcPr>
            <w:tcW w:w="1281" w:type="dxa"/>
            <w:hideMark/>
          </w:tcPr>
          <w:p w14:paraId="4394C7EF" w14:textId="52C30D6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A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lys Brown </w:t>
            </w:r>
          </w:p>
        </w:tc>
        <w:tc>
          <w:tcPr>
            <w:tcW w:w="1225" w:type="dxa"/>
            <w:hideMark/>
          </w:tcPr>
          <w:p w14:paraId="3DC6E93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336</w:t>
            </w:r>
          </w:p>
        </w:tc>
        <w:tc>
          <w:tcPr>
            <w:tcW w:w="1226" w:type="dxa"/>
            <w:hideMark/>
          </w:tcPr>
          <w:p w14:paraId="12EE21E7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5497478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4A9ED64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4A8E9D3C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336</w:t>
            </w:r>
          </w:p>
        </w:tc>
      </w:tr>
      <w:tr w:rsidR="00360A69" w:rsidRPr="00360A69" w14:paraId="5FDE1DC2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25B88C36" w14:textId="5EAF5534" w:rsidR="00360A69" w:rsidRPr="00645276" w:rsidRDefault="008A20EE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  <w:t>8</w:t>
            </w:r>
          </w:p>
        </w:tc>
        <w:tc>
          <w:tcPr>
            <w:tcW w:w="1281" w:type="dxa"/>
            <w:hideMark/>
          </w:tcPr>
          <w:p w14:paraId="33E7A91E" w14:textId="40322A4E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Crystal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Mason</w:t>
            </w:r>
          </w:p>
        </w:tc>
        <w:tc>
          <w:tcPr>
            <w:tcW w:w="1225" w:type="dxa"/>
            <w:hideMark/>
          </w:tcPr>
          <w:p w14:paraId="594FB1E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310</w:t>
            </w:r>
          </w:p>
        </w:tc>
        <w:tc>
          <w:tcPr>
            <w:tcW w:w="1226" w:type="dxa"/>
            <w:hideMark/>
          </w:tcPr>
          <w:p w14:paraId="6168A1C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0612B48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16A5184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56A054B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310</w:t>
            </w:r>
          </w:p>
        </w:tc>
      </w:tr>
      <w:tr w:rsidR="00360A69" w:rsidRPr="00360A69" w14:paraId="4CA7E998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6728874C" w14:textId="397BE54D" w:rsidR="00360A69" w:rsidRPr="00645276" w:rsidRDefault="008A20EE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  <w:t>9</w:t>
            </w:r>
          </w:p>
        </w:tc>
        <w:tc>
          <w:tcPr>
            <w:tcW w:w="1281" w:type="dxa"/>
            <w:hideMark/>
          </w:tcPr>
          <w:p w14:paraId="18DB571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Molly Hill</w:t>
            </w:r>
          </w:p>
        </w:tc>
        <w:tc>
          <w:tcPr>
            <w:tcW w:w="1225" w:type="dxa"/>
            <w:hideMark/>
          </w:tcPr>
          <w:p w14:paraId="31A7BC3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236</w:t>
            </w:r>
          </w:p>
        </w:tc>
        <w:tc>
          <w:tcPr>
            <w:tcW w:w="1226" w:type="dxa"/>
            <w:hideMark/>
          </w:tcPr>
          <w:p w14:paraId="0AECFED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40F9956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41E4C68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00A1723B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236</w:t>
            </w:r>
          </w:p>
        </w:tc>
      </w:tr>
      <w:tr w:rsidR="00360A69" w:rsidRPr="00360A69" w14:paraId="66ECAF1E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60B953D8" w14:textId="4999651A" w:rsidR="00360A69" w:rsidRPr="00645276" w:rsidRDefault="008A20EE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  <w:t>10</w:t>
            </w:r>
          </w:p>
        </w:tc>
        <w:tc>
          <w:tcPr>
            <w:tcW w:w="1281" w:type="dxa"/>
            <w:hideMark/>
          </w:tcPr>
          <w:p w14:paraId="40D272CA" w14:textId="37475E9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Elsie</w:t>
            </w:r>
            <w:r w:rsidR="008A20EE"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</w:t>
            </w:r>
            <w:r w:rsidR="008A20EE" w:rsidRPr="008A20EE">
              <w:rPr>
                <w:rFonts w:ascii="Cambria" w:eastAsia="Times New Roman" w:hAnsi="Cambria" w:cs="Segoe UI"/>
                <w:color w:val="000000"/>
                <w:lang w:val="en-GB" w:eastAsia="en-GB"/>
              </w:rPr>
              <w:t>Francis</w:t>
            </w:r>
          </w:p>
        </w:tc>
        <w:tc>
          <w:tcPr>
            <w:tcW w:w="1225" w:type="dxa"/>
            <w:hideMark/>
          </w:tcPr>
          <w:p w14:paraId="648A89B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203</w:t>
            </w:r>
          </w:p>
        </w:tc>
        <w:tc>
          <w:tcPr>
            <w:tcW w:w="1226" w:type="dxa"/>
            <w:hideMark/>
          </w:tcPr>
          <w:p w14:paraId="31D3407A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105D44D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6527A32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3CAA28D1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203</w:t>
            </w:r>
          </w:p>
        </w:tc>
      </w:tr>
      <w:tr w:rsidR="00360A69" w:rsidRPr="00360A69" w14:paraId="594136F9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7B9EF5FA" w14:textId="5093F1AC" w:rsidR="00360A69" w:rsidRPr="00645276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645276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</w:t>
            </w:r>
            <w:r w:rsidR="008A20EE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</w:t>
            </w:r>
          </w:p>
        </w:tc>
        <w:tc>
          <w:tcPr>
            <w:tcW w:w="1281" w:type="dxa"/>
            <w:hideMark/>
          </w:tcPr>
          <w:p w14:paraId="1C4F63B8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Lottie Bolt</w:t>
            </w:r>
          </w:p>
        </w:tc>
        <w:tc>
          <w:tcPr>
            <w:tcW w:w="1225" w:type="dxa"/>
            <w:hideMark/>
          </w:tcPr>
          <w:p w14:paraId="2CB152E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181</w:t>
            </w:r>
          </w:p>
        </w:tc>
        <w:tc>
          <w:tcPr>
            <w:tcW w:w="1226" w:type="dxa"/>
            <w:hideMark/>
          </w:tcPr>
          <w:p w14:paraId="29C61F37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30A85CC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45FBB89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64E5A6E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181</w:t>
            </w:r>
          </w:p>
        </w:tc>
      </w:tr>
      <w:tr w:rsidR="00360A69" w:rsidRPr="00360A69" w14:paraId="2492D71B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35E6D1BD" w14:textId="032CB5D7" w:rsidR="00360A69" w:rsidRPr="00645276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645276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</w:t>
            </w:r>
            <w:r w:rsidR="008A20EE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2</w:t>
            </w:r>
          </w:p>
        </w:tc>
        <w:tc>
          <w:tcPr>
            <w:tcW w:w="1281" w:type="dxa"/>
            <w:hideMark/>
          </w:tcPr>
          <w:p w14:paraId="73090CFC" w14:textId="55591680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Flo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Oxley</w:t>
            </w:r>
          </w:p>
        </w:tc>
        <w:tc>
          <w:tcPr>
            <w:tcW w:w="1225" w:type="dxa"/>
            <w:hideMark/>
          </w:tcPr>
          <w:p w14:paraId="3D440AC5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180</w:t>
            </w:r>
          </w:p>
        </w:tc>
        <w:tc>
          <w:tcPr>
            <w:tcW w:w="1226" w:type="dxa"/>
            <w:hideMark/>
          </w:tcPr>
          <w:p w14:paraId="765DFEB4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0F01491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3F5E8B9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291EFB1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180</w:t>
            </w:r>
          </w:p>
        </w:tc>
      </w:tr>
      <w:tr w:rsidR="00360A69" w:rsidRPr="00360A69" w14:paraId="66F79490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3052DA10" w14:textId="31989037" w:rsidR="00360A69" w:rsidRPr="00645276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645276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</w:t>
            </w:r>
            <w:r w:rsidR="008A20EE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3</w:t>
            </w:r>
          </w:p>
        </w:tc>
        <w:tc>
          <w:tcPr>
            <w:tcW w:w="1281" w:type="dxa"/>
            <w:hideMark/>
          </w:tcPr>
          <w:p w14:paraId="75845494" w14:textId="7FC7CE4D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Freya-B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>urtt</w:t>
            </w: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Jones</w:t>
            </w:r>
          </w:p>
        </w:tc>
        <w:tc>
          <w:tcPr>
            <w:tcW w:w="1225" w:type="dxa"/>
            <w:hideMark/>
          </w:tcPr>
          <w:p w14:paraId="70AD978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174</w:t>
            </w:r>
          </w:p>
        </w:tc>
        <w:tc>
          <w:tcPr>
            <w:tcW w:w="1226" w:type="dxa"/>
            <w:hideMark/>
          </w:tcPr>
          <w:p w14:paraId="4E9A9691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1B8F1D0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5C58918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4CD3733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174</w:t>
            </w:r>
          </w:p>
        </w:tc>
      </w:tr>
      <w:tr w:rsidR="00360A69" w:rsidRPr="00360A69" w14:paraId="695384D8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430B501F" w14:textId="16391663" w:rsidR="00360A69" w:rsidRPr="00645276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645276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</w:t>
            </w:r>
            <w:r w:rsidR="008A20EE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4</w:t>
            </w:r>
          </w:p>
        </w:tc>
        <w:tc>
          <w:tcPr>
            <w:tcW w:w="1281" w:type="dxa"/>
            <w:hideMark/>
          </w:tcPr>
          <w:p w14:paraId="240DA01D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Georgina Hill</w:t>
            </w:r>
          </w:p>
        </w:tc>
        <w:tc>
          <w:tcPr>
            <w:tcW w:w="1225" w:type="dxa"/>
            <w:hideMark/>
          </w:tcPr>
          <w:p w14:paraId="39C42CC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174</w:t>
            </w:r>
          </w:p>
        </w:tc>
        <w:tc>
          <w:tcPr>
            <w:tcW w:w="1226" w:type="dxa"/>
            <w:hideMark/>
          </w:tcPr>
          <w:p w14:paraId="35F5FF78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39567523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44D891B0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4359DBD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174</w:t>
            </w:r>
          </w:p>
        </w:tc>
      </w:tr>
      <w:tr w:rsidR="00360A69" w:rsidRPr="00360A69" w14:paraId="4D7C8E6F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441C4615" w14:textId="69701F75" w:rsidR="00360A69" w:rsidRPr="00645276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645276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</w:t>
            </w:r>
            <w:r w:rsidR="008A20EE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5</w:t>
            </w:r>
          </w:p>
        </w:tc>
        <w:tc>
          <w:tcPr>
            <w:tcW w:w="1281" w:type="dxa"/>
            <w:hideMark/>
          </w:tcPr>
          <w:p w14:paraId="0BB977E3" w14:textId="02DE086F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Isla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Rea</w:t>
            </w:r>
          </w:p>
        </w:tc>
        <w:tc>
          <w:tcPr>
            <w:tcW w:w="1225" w:type="dxa"/>
            <w:hideMark/>
          </w:tcPr>
          <w:p w14:paraId="6538F44A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145</w:t>
            </w:r>
          </w:p>
        </w:tc>
        <w:tc>
          <w:tcPr>
            <w:tcW w:w="1226" w:type="dxa"/>
            <w:hideMark/>
          </w:tcPr>
          <w:p w14:paraId="550096E5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12A9AB22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1216E5F6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1380C11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145</w:t>
            </w:r>
          </w:p>
        </w:tc>
      </w:tr>
      <w:tr w:rsidR="00360A69" w:rsidRPr="00360A69" w14:paraId="0EC73E65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3E711490" w14:textId="0D73C0C5" w:rsidR="00360A69" w:rsidRPr="00645276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645276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</w:t>
            </w:r>
            <w:r w:rsidR="008A20EE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6</w:t>
            </w:r>
          </w:p>
        </w:tc>
        <w:tc>
          <w:tcPr>
            <w:tcW w:w="1281" w:type="dxa"/>
            <w:hideMark/>
          </w:tcPr>
          <w:p w14:paraId="132EA2CB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Lydia Hill</w:t>
            </w:r>
          </w:p>
        </w:tc>
        <w:tc>
          <w:tcPr>
            <w:tcW w:w="1225" w:type="dxa"/>
            <w:hideMark/>
          </w:tcPr>
          <w:p w14:paraId="7F280E5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136</w:t>
            </w:r>
          </w:p>
        </w:tc>
        <w:tc>
          <w:tcPr>
            <w:tcW w:w="1226" w:type="dxa"/>
            <w:hideMark/>
          </w:tcPr>
          <w:p w14:paraId="3EBB6CE9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374DF4C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44B4FAE5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6E09F34A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136</w:t>
            </w:r>
          </w:p>
        </w:tc>
      </w:tr>
      <w:tr w:rsidR="00360A69" w:rsidRPr="00360A69" w14:paraId="4D66C836" w14:textId="77777777" w:rsidTr="0036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0CB15A5F" w14:textId="0406BAF4" w:rsidR="00360A69" w:rsidRPr="00645276" w:rsidRDefault="00360A69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645276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1</w:t>
            </w:r>
            <w:r w:rsidR="008A20EE">
              <w:rPr>
                <w:rFonts w:ascii="Cambria" w:eastAsia="Times New Roman" w:hAnsi="Cambria" w:cs="Segoe UI"/>
                <w:b w:val="0"/>
                <w:bCs w:val="0"/>
                <w:color w:val="000000"/>
                <w:lang w:val="en-GB" w:eastAsia="en-GB"/>
              </w:rPr>
              <w:t>7</w:t>
            </w:r>
          </w:p>
        </w:tc>
        <w:tc>
          <w:tcPr>
            <w:tcW w:w="1281" w:type="dxa"/>
            <w:hideMark/>
          </w:tcPr>
          <w:p w14:paraId="0AE4B266" w14:textId="723365E2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Hattie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Harding</w:t>
            </w:r>
          </w:p>
        </w:tc>
        <w:tc>
          <w:tcPr>
            <w:tcW w:w="1225" w:type="dxa"/>
            <w:hideMark/>
          </w:tcPr>
          <w:p w14:paraId="029CBC44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1226" w:type="dxa"/>
            <w:hideMark/>
          </w:tcPr>
          <w:p w14:paraId="51EF1B9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5D01A9F3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23E1AE10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23DF6D09" w14:textId="77777777" w:rsidR="00360A69" w:rsidRPr="00360A69" w:rsidRDefault="00360A69" w:rsidP="00360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</w:tr>
      <w:tr w:rsidR="00360A69" w:rsidRPr="00360A69" w14:paraId="0DCD2ED3" w14:textId="77777777" w:rsidTr="00360A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  <w:hideMark/>
          </w:tcPr>
          <w:p w14:paraId="7B1BA691" w14:textId="34389C98" w:rsidR="00360A69" w:rsidRPr="00645276" w:rsidRDefault="00645276" w:rsidP="00360A69">
            <w:pPr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</w:pPr>
            <w:r w:rsidRPr="00645276"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  <w:t>1</w:t>
            </w:r>
            <w:r w:rsidR="008A20EE">
              <w:rPr>
                <w:rFonts w:ascii="Segoe UI" w:eastAsia="Times New Roman" w:hAnsi="Segoe UI" w:cs="Segoe UI"/>
                <w:b w:val="0"/>
                <w:bCs w:val="0"/>
                <w:color w:val="000000"/>
                <w:sz w:val="27"/>
                <w:szCs w:val="27"/>
                <w:lang w:val="en-GB" w:eastAsia="en-GB"/>
              </w:rPr>
              <w:t>8</w:t>
            </w:r>
          </w:p>
        </w:tc>
        <w:tc>
          <w:tcPr>
            <w:tcW w:w="1281" w:type="dxa"/>
            <w:hideMark/>
          </w:tcPr>
          <w:p w14:paraId="6ED1F88B" w14:textId="1BE5D604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Alicia</w:t>
            </w:r>
            <w:r>
              <w:rPr>
                <w:rFonts w:ascii="Cambria" w:eastAsia="Times New Roman" w:hAnsi="Cambria" w:cs="Segoe UI"/>
                <w:color w:val="000000"/>
                <w:lang w:val="en-GB" w:eastAsia="en-GB"/>
              </w:rPr>
              <w:t xml:space="preserve"> Pickard </w:t>
            </w:r>
          </w:p>
        </w:tc>
        <w:tc>
          <w:tcPr>
            <w:tcW w:w="1225" w:type="dxa"/>
            <w:hideMark/>
          </w:tcPr>
          <w:p w14:paraId="0838CDAF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  <w:tc>
          <w:tcPr>
            <w:tcW w:w="1226" w:type="dxa"/>
            <w:hideMark/>
          </w:tcPr>
          <w:p w14:paraId="06375652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13F72D8E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5" w:type="dxa"/>
            <w:hideMark/>
          </w:tcPr>
          <w:p w14:paraId="0C9B690C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28" w:type="dxa"/>
            <w:hideMark/>
          </w:tcPr>
          <w:p w14:paraId="41199746" w14:textId="77777777" w:rsidR="00360A69" w:rsidRPr="00360A69" w:rsidRDefault="00360A69" w:rsidP="00360A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/>
                <w:sz w:val="27"/>
                <w:szCs w:val="27"/>
                <w:lang w:val="en-GB" w:eastAsia="en-GB"/>
              </w:rPr>
            </w:pPr>
            <w:r w:rsidRPr="00360A69">
              <w:rPr>
                <w:rFonts w:ascii="Cambria" w:eastAsia="Times New Roman" w:hAnsi="Cambria" w:cs="Segoe UI"/>
                <w:color w:val="000000"/>
                <w:lang w:val="en-GB" w:eastAsia="en-GB"/>
              </w:rPr>
              <w:t>100</w:t>
            </w:r>
          </w:p>
        </w:tc>
      </w:tr>
    </w:tbl>
    <w:p w14:paraId="7DFA83AF" w14:textId="77777777" w:rsidR="00360A69" w:rsidRDefault="00360A69"/>
    <w:sectPr w:rsidR="00360A69" w:rsidSect="00360A6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4395645">
    <w:abstractNumId w:val="8"/>
  </w:num>
  <w:num w:numId="2" w16cid:durableId="1099370573">
    <w:abstractNumId w:val="6"/>
  </w:num>
  <w:num w:numId="3" w16cid:durableId="329329747">
    <w:abstractNumId w:val="5"/>
  </w:num>
  <w:num w:numId="4" w16cid:durableId="750079920">
    <w:abstractNumId w:val="4"/>
  </w:num>
  <w:num w:numId="5" w16cid:durableId="250117668">
    <w:abstractNumId w:val="7"/>
  </w:num>
  <w:num w:numId="6" w16cid:durableId="165052226">
    <w:abstractNumId w:val="3"/>
  </w:num>
  <w:num w:numId="7" w16cid:durableId="2048069709">
    <w:abstractNumId w:val="2"/>
  </w:num>
  <w:num w:numId="8" w16cid:durableId="329917861">
    <w:abstractNumId w:val="1"/>
  </w:num>
  <w:num w:numId="9" w16cid:durableId="145381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39D"/>
    <w:rsid w:val="0015074B"/>
    <w:rsid w:val="00271C42"/>
    <w:rsid w:val="0029639D"/>
    <w:rsid w:val="00305BBC"/>
    <w:rsid w:val="00314BC8"/>
    <w:rsid w:val="00326F90"/>
    <w:rsid w:val="00360A69"/>
    <w:rsid w:val="005C793D"/>
    <w:rsid w:val="00645276"/>
    <w:rsid w:val="007E38B6"/>
    <w:rsid w:val="00804115"/>
    <w:rsid w:val="008A20EE"/>
    <w:rsid w:val="00921A98"/>
    <w:rsid w:val="00A25CC4"/>
    <w:rsid w:val="00AA1D8D"/>
    <w:rsid w:val="00B47730"/>
    <w:rsid w:val="00B91FFF"/>
    <w:rsid w:val="00CB0664"/>
    <w:rsid w:val="00CB0FEA"/>
    <w:rsid w:val="00ED37C1"/>
    <w:rsid w:val="00EE04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4996C"/>
  <w14:defaultImageDpi w14:val="300"/>
  <w15:docId w15:val="{63CDCC5F-5AA6-4FA4-8165-E2FC4C75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4-Accent4">
    <w:name w:val="Grid Table 4 Accent 4"/>
    <w:basedOn w:val="TableNormal"/>
    <w:uiPriority w:val="49"/>
    <w:rsid w:val="007E38B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2">
    <w:name w:val="Grid Table 4 Accent 2"/>
    <w:basedOn w:val="TableNormal"/>
    <w:uiPriority w:val="49"/>
    <w:rsid w:val="00360A6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662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The Grand Solstice Jump Challenge Summer and Winter Leagues </vt:lpstr>
      <vt:lpstr>    New Riders Joining Series 2</vt:lpstr>
    </vt:vector>
  </TitlesOfParts>
  <Manager/>
  <Company/>
  <LinksUpToDate>false</LinksUpToDate>
  <CharactersWithSpaces>4428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Kathy Hollick</cp:lastModifiedBy>
  <cp:revision>11</cp:revision>
  <dcterms:created xsi:type="dcterms:W3CDTF">2026-07-30T11:42:00Z</dcterms:created>
  <dcterms:modified xsi:type="dcterms:W3CDTF">2026-07-30T13:59:00Z</dcterms:modified>
  <cp:category/>
</cp:coreProperties>
</file>