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607B" w14:textId="37642A75" w:rsidR="0069752F" w:rsidRDefault="0037237C">
      <w:pPr>
        <w:pStyle w:val="Heading1"/>
      </w:pPr>
      <w:r>
        <w:t>S</w:t>
      </w:r>
      <w:r w:rsidR="00000000">
        <w:t>enior</w:t>
      </w:r>
      <w:r w:rsidR="00FB0DA9">
        <w:t xml:space="preserve"> Jumping Grand Solstice</w:t>
      </w:r>
      <w:r w:rsidR="00000000">
        <w:t xml:space="preserve"> Challenge League Table</w:t>
      </w:r>
    </w:p>
    <w:p w14:paraId="34AA1FD5" w14:textId="59F9632E" w:rsidR="0069752F" w:rsidRDefault="00000000">
      <w:r>
        <w:t xml:space="preserve">Series 1 and Series 2 standings </w:t>
      </w:r>
      <w:r w:rsidR="0037237C">
        <w:t xml:space="preserve">– Show Jumping 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1361"/>
        <w:gridCol w:w="883"/>
        <w:gridCol w:w="883"/>
        <w:gridCol w:w="883"/>
        <w:gridCol w:w="883"/>
        <w:gridCol w:w="835"/>
        <w:gridCol w:w="720"/>
        <w:gridCol w:w="720"/>
        <w:gridCol w:w="720"/>
        <w:gridCol w:w="720"/>
        <w:gridCol w:w="835"/>
        <w:gridCol w:w="958"/>
      </w:tblGrid>
      <w:tr w:rsidR="0069752F" w14:paraId="10F0096D" w14:textId="77777777" w:rsidTr="00AA2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7D93FD5A" w14:textId="77777777" w:rsidR="0069752F" w:rsidRDefault="00000000">
            <w:r>
              <w:t>Rider</w:t>
            </w:r>
          </w:p>
        </w:tc>
        <w:tc>
          <w:tcPr>
            <w:tcW w:w="720" w:type="dxa"/>
          </w:tcPr>
          <w:p w14:paraId="316B50C5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Round 1</w:t>
            </w:r>
          </w:p>
        </w:tc>
        <w:tc>
          <w:tcPr>
            <w:tcW w:w="720" w:type="dxa"/>
          </w:tcPr>
          <w:p w14:paraId="7D065EC5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Round 2</w:t>
            </w:r>
          </w:p>
        </w:tc>
        <w:tc>
          <w:tcPr>
            <w:tcW w:w="720" w:type="dxa"/>
          </w:tcPr>
          <w:p w14:paraId="786E9729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Round 3</w:t>
            </w:r>
          </w:p>
        </w:tc>
        <w:tc>
          <w:tcPr>
            <w:tcW w:w="720" w:type="dxa"/>
          </w:tcPr>
          <w:p w14:paraId="45A9F9CE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Round 4</w:t>
            </w:r>
          </w:p>
        </w:tc>
        <w:tc>
          <w:tcPr>
            <w:tcW w:w="720" w:type="dxa"/>
          </w:tcPr>
          <w:p w14:paraId="24E11BB2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Series 1 Total</w:t>
            </w:r>
          </w:p>
        </w:tc>
        <w:tc>
          <w:tcPr>
            <w:tcW w:w="720" w:type="dxa"/>
          </w:tcPr>
          <w:p w14:paraId="6AF0368E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July R1</w:t>
            </w:r>
          </w:p>
        </w:tc>
        <w:tc>
          <w:tcPr>
            <w:tcW w:w="720" w:type="dxa"/>
          </w:tcPr>
          <w:p w14:paraId="1C69DCF3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Sept R2</w:t>
            </w:r>
          </w:p>
        </w:tc>
        <w:tc>
          <w:tcPr>
            <w:tcW w:w="720" w:type="dxa"/>
          </w:tcPr>
          <w:p w14:paraId="244E1764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Oct R3</w:t>
            </w:r>
          </w:p>
        </w:tc>
        <w:tc>
          <w:tcPr>
            <w:tcW w:w="720" w:type="dxa"/>
          </w:tcPr>
          <w:p w14:paraId="62E42B3F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Nov R4</w:t>
            </w:r>
          </w:p>
        </w:tc>
        <w:tc>
          <w:tcPr>
            <w:tcW w:w="720" w:type="dxa"/>
          </w:tcPr>
          <w:p w14:paraId="665BFA82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Series 2 Total</w:t>
            </w:r>
          </w:p>
        </w:tc>
        <w:tc>
          <w:tcPr>
            <w:tcW w:w="720" w:type="dxa"/>
          </w:tcPr>
          <w:p w14:paraId="71A63945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Overall Total</w:t>
            </w:r>
          </w:p>
        </w:tc>
      </w:tr>
      <w:tr w:rsidR="0069752F" w14:paraId="1178D051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63A649BA" w14:textId="77777777" w:rsidR="0069752F" w:rsidRDefault="00000000">
            <w:r>
              <w:t>Caitlin Storrie</w:t>
            </w:r>
          </w:p>
        </w:tc>
        <w:tc>
          <w:tcPr>
            <w:tcW w:w="720" w:type="dxa"/>
          </w:tcPr>
          <w:p w14:paraId="7D674812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7E44E321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33CA6E49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77F5C5C0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2AB051C9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400</w:t>
            </w:r>
          </w:p>
        </w:tc>
        <w:tc>
          <w:tcPr>
            <w:tcW w:w="720" w:type="dxa"/>
          </w:tcPr>
          <w:p w14:paraId="493E4963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75922BBC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3A4C42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3060BEB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A042AF5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0CF0EB20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500</w:t>
            </w:r>
          </w:p>
        </w:tc>
      </w:tr>
      <w:tr w:rsidR="0069752F" w14:paraId="2F994D1A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62DC74E9" w14:textId="77777777" w:rsidR="0069752F" w:rsidRDefault="00000000">
            <w:r>
              <w:t>Elsie Minall</w:t>
            </w:r>
          </w:p>
        </w:tc>
        <w:tc>
          <w:tcPr>
            <w:tcW w:w="720" w:type="dxa"/>
          </w:tcPr>
          <w:p w14:paraId="3E7E0568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03A23CCE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02034C09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</w:t>
            </w:r>
          </w:p>
        </w:tc>
        <w:tc>
          <w:tcPr>
            <w:tcW w:w="720" w:type="dxa"/>
          </w:tcPr>
          <w:p w14:paraId="5388944A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</w:t>
            </w:r>
          </w:p>
        </w:tc>
        <w:tc>
          <w:tcPr>
            <w:tcW w:w="720" w:type="dxa"/>
          </w:tcPr>
          <w:p w14:paraId="39ADBC5E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325</w:t>
            </w:r>
          </w:p>
        </w:tc>
        <w:tc>
          <w:tcPr>
            <w:tcW w:w="720" w:type="dxa"/>
          </w:tcPr>
          <w:p w14:paraId="592038B0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42BB046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B163C54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F15469E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E430F03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DA3CA6C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325</w:t>
            </w:r>
          </w:p>
        </w:tc>
      </w:tr>
      <w:tr w:rsidR="0069752F" w14:paraId="559142E0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272FBD4E" w14:textId="77777777" w:rsidR="0069752F" w:rsidRDefault="00000000">
            <w:r>
              <w:t>Jill Higson</w:t>
            </w:r>
          </w:p>
        </w:tc>
        <w:tc>
          <w:tcPr>
            <w:tcW w:w="720" w:type="dxa"/>
          </w:tcPr>
          <w:p w14:paraId="6D7E3186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720" w:type="dxa"/>
          </w:tcPr>
          <w:p w14:paraId="1D3ED9D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F38DA9D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720" w:type="dxa"/>
          </w:tcPr>
          <w:p w14:paraId="13277F05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6D40AF51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720" w:type="dxa"/>
          </w:tcPr>
          <w:p w14:paraId="6592A1B9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4553143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F3C66CB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B402C2C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7EB7731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3F485929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280</w:t>
            </w:r>
          </w:p>
        </w:tc>
      </w:tr>
      <w:tr w:rsidR="0069752F" w14:paraId="6501A639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40BF6211" w14:textId="77777777" w:rsidR="0069752F" w:rsidRDefault="00000000">
            <w:r>
              <w:t>Sallie Gaskin</w:t>
            </w:r>
          </w:p>
        </w:tc>
        <w:tc>
          <w:tcPr>
            <w:tcW w:w="720" w:type="dxa"/>
          </w:tcPr>
          <w:p w14:paraId="09220616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</w:t>
            </w:r>
          </w:p>
        </w:tc>
        <w:tc>
          <w:tcPr>
            <w:tcW w:w="720" w:type="dxa"/>
          </w:tcPr>
          <w:p w14:paraId="795040A5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16CD0529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24BBC40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E81D298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170</w:t>
            </w:r>
          </w:p>
        </w:tc>
        <w:tc>
          <w:tcPr>
            <w:tcW w:w="720" w:type="dxa"/>
          </w:tcPr>
          <w:p w14:paraId="1578E7EA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5A65B58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AF2CF3F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0056261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99BE973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3D579BD2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250</w:t>
            </w:r>
          </w:p>
        </w:tc>
      </w:tr>
      <w:tr w:rsidR="0069752F" w14:paraId="60267264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0B52B7DF" w14:textId="77777777" w:rsidR="0069752F" w:rsidRDefault="00000000">
            <w:r>
              <w:t>Laura Lawrence</w:t>
            </w:r>
          </w:p>
        </w:tc>
        <w:tc>
          <w:tcPr>
            <w:tcW w:w="720" w:type="dxa"/>
          </w:tcPr>
          <w:p w14:paraId="7F648D58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720" w:type="dxa"/>
          </w:tcPr>
          <w:p w14:paraId="4F8F7708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720" w:type="dxa"/>
          </w:tcPr>
          <w:p w14:paraId="4DD656BB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32CA223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F8E9EF9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160</w:t>
            </w:r>
          </w:p>
        </w:tc>
        <w:tc>
          <w:tcPr>
            <w:tcW w:w="720" w:type="dxa"/>
          </w:tcPr>
          <w:p w14:paraId="6D7582E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02AFC6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C22EA3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27F38A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5AD8395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C9DE351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160</w:t>
            </w:r>
          </w:p>
        </w:tc>
      </w:tr>
      <w:tr w:rsidR="0069752F" w14:paraId="3C9DB6E5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3DFF499C" w14:textId="77777777" w:rsidR="0069752F" w:rsidRDefault="00000000">
            <w:r>
              <w:t>Helen Banbury</w:t>
            </w:r>
          </w:p>
        </w:tc>
        <w:tc>
          <w:tcPr>
            <w:tcW w:w="720" w:type="dxa"/>
          </w:tcPr>
          <w:p w14:paraId="05B7B300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720" w:type="dxa"/>
          </w:tcPr>
          <w:p w14:paraId="735ACBDB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7D4B8DFC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692FF7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05E9ED7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</w:t>
            </w:r>
          </w:p>
        </w:tc>
        <w:tc>
          <w:tcPr>
            <w:tcW w:w="720" w:type="dxa"/>
          </w:tcPr>
          <w:p w14:paraId="2900838F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</w:t>
            </w:r>
          </w:p>
        </w:tc>
        <w:tc>
          <w:tcPr>
            <w:tcW w:w="720" w:type="dxa"/>
          </w:tcPr>
          <w:p w14:paraId="13C3DC8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BF080EF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48F32C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49AFF76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</w:t>
            </w:r>
          </w:p>
        </w:tc>
        <w:tc>
          <w:tcPr>
            <w:tcW w:w="720" w:type="dxa"/>
          </w:tcPr>
          <w:p w14:paraId="79473A8A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225</w:t>
            </w:r>
          </w:p>
        </w:tc>
      </w:tr>
      <w:tr w:rsidR="0069752F" w14:paraId="5801DEF6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097E454A" w14:textId="77777777" w:rsidR="0069752F" w:rsidRDefault="00000000">
            <w:r>
              <w:t>Steve Green</w:t>
            </w:r>
          </w:p>
        </w:tc>
        <w:tc>
          <w:tcPr>
            <w:tcW w:w="720" w:type="dxa"/>
          </w:tcPr>
          <w:p w14:paraId="4C34D00B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11E1DA0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</w:t>
            </w:r>
          </w:p>
        </w:tc>
        <w:tc>
          <w:tcPr>
            <w:tcW w:w="720" w:type="dxa"/>
          </w:tcPr>
          <w:p w14:paraId="1B633E9F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90</w:t>
            </w:r>
          </w:p>
        </w:tc>
        <w:tc>
          <w:tcPr>
            <w:tcW w:w="720" w:type="dxa"/>
          </w:tcPr>
          <w:p w14:paraId="496615C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C5E6016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145</w:t>
            </w:r>
          </w:p>
        </w:tc>
        <w:tc>
          <w:tcPr>
            <w:tcW w:w="720" w:type="dxa"/>
          </w:tcPr>
          <w:p w14:paraId="7B99224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CC5DCFB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DBB7083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AD8179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F0D2EE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7CD3F4B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145</w:t>
            </w:r>
          </w:p>
        </w:tc>
      </w:tr>
      <w:tr w:rsidR="0069752F" w14:paraId="7A366384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5AD35E7B" w14:textId="77777777" w:rsidR="0069752F" w:rsidRDefault="00000000">
            <w:r>
              <w:t>Felicity Bennett</w:t>
            </w:r>
          </w:p>
        </w:tc>
        <w:tc>
          <w:tcPr>
            <w:tcW w:w="720" w:type="dxa"/>
          </w:tcPr>
          <w:p w14:paraId="79DC69B9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7D0E4A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3DFC93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B37C6FA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25D97044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21B49588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27D9380F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3484D06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7BFB427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06EEEE5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720" w:type="dxa"/>
          </w:tcPr>
          <w:p w14:paraId="2ACF9FE8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</w:tr>
      <w:tr w:rsidR="0069752F" w14:paraId="14051923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1394AFCC" w14:textId="77777777" w:rsidR="0069752F" w:rsidRDefault="00000000">
            <w:r>
              <w:t>Georginina Tucker</w:t>
            </w:r>
          </w:p>
        </w:tc>
        <w:tc>
          <w:tcPr>
            <w:tcW w:w="720" w:type="dxa"/>
          </w:tcPr>
          <w:p w14:paraId="4A28EDD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F3A1F70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13D4D19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679A01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30067F4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21A0D94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2BD3AC3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08411E0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5AE795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171FCF0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D01401A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</w:tr>
      <w:tr w:rsidR="0069752F" w14:paraId="2288865B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22A21893" w14:textId="77777777" w:rsidR="0069752F" w:rsidRDefault="00000000">
            <w:r>
              <w:t>Tanya Gillbard</w:t>
            </w:r>
          </w:p>
        </w:tc>
        <w:tc>
          <w:tcPr>
            <w:tcW w:w="720" w:type="dxa"/>
          </w:tcPr>
          <w:p w14:paraId="3F959678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8BA55FA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F815699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2FE4124F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B9F3BA9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06C0AFDE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9279996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F3BE356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78D3DE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08C6A83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5DEE1C9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</w:t>
            </w:r>
          </w:p>
        </w:tc>
      </w:tr>
      <w:tr w:rsidR="0069752F" w14:paraId="24A95D9C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6A971C96" w14:textId="77777777" w:rsidR="0069752F" w:rsidRDefault="00000000">
            <w:r>
              <w:t>Miranda Ashcroft</w:t>
            </w:r>
          </w:p>
        </w:tc>
        <w:tc>
          <w:tcPr>
            <w:tcW w:w="720" w:type="dxa"/>
          </w:tcPr>
          <w:p w14:paraId="423083E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A420858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246EB5D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65C02EF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8D7A8CF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2473BB35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6E1A7F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9F55BB1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4CB482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59CCD00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B714D25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</w:tr>
      <w:tr w:rsidR="0069752F" w14:paraId="1254B0EF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1078E2FF" w14:textId="77777777" w:rsidR="0069752F" w:rsidRDefault="00000000">
            <w:r>
              <w:t>Sam Englefield</w:t>
            </w:r>
          </w:p>
        </w:tc>
        <w:tc>
          <w:tcPr>
            <w:tcW w:w="720" w:type="dxa"/>
          </w:tcPr>
          <w:p w14:paraId="08A9026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6CD812E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4E1AD29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0BCC382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64A4FBE3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720" w:type="dxa"/>
          </w:tcPr>
          <w:p w14:paraId="28600D0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7DFC6FE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EE1B9C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4A07696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AF21EE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5993A0B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</w:t>
            </w:r>
          </w:p>
        </w:tc>
      </w:tr>
      <w:tr w:rsidR="0069752F" w14:paraId="7A0EF9B5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56147AE5" w14:textId="77777777" w:rsidR="0069752F" w:rsidRDefault="00000000">
            <w:r>
              <w:t>Louise Tucker</w:t>
            </w:r>
          </w:p>
        </w:tc>
        <w:tc>
          <w:tcPr>
            <w:tcW w:w="720" w:type="dxa"/>
          </w:tcPr>
          <w:p w14:paraId="6ABB7443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4681CB6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9223AF3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720" w:type="dxa"/>
          </w:tcPr>
          <w:p w14:paraId="513C4508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20" w:type="dxa"/>
          </w:tcPr>
          <w:p w14:paraId="10312C0F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</w:t>
            </w:r>
          </w:p>
        </w:tc>
        <w:tc>
          <w:tcPr>
            <w:tcW w:w="720" w:type="dxa"/>
          </w:tcPr>
          <w:p w14:paraId="4974015B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264EBF6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4BCDF0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CC6201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7CAC50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8F5D592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</w:t>
            </w:r>
          </w:p>
        </w:tc>
      </w:tr>
      <w:tr w:rsidR="0069752F" w14:paraId="099B3D19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2B8E9362" w14:textId="77777777" w:rsidR="0069752F" w:rsidRDefault="00000000">
            <w:r>
              <w:t>Jessica Cumings</w:t>
            </w:r>
          </w:p>
        </w:tc>
        <w:tc>
          <w:tcPr>
            <w:tcW w:w="720" w:type="dxa"/>
          </w:tcPr>
          <w:p w14:paraId="17B8EF8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CCA7247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D8ECBE8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A317360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</w:t>
            </w:r>
          </w:p>
        </w:tc>
        <w:tc>
          <w:tcPr>
            <w:tcW w:w="720" w:type="dxa"/>
          </w:tcPr>
          <w:p w14:paraId="7623F985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</w:t>
            </w:r>
          </w:p>
        </w:tc>
        <w:tc>
          <w:tcPr>
            <w:tcW w:w="720" w:type="dxa"/>
          </w:tcPr>
          <w:p w14:paraId="5D2866B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1FA5193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B186A57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2B461D9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D1A9E4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13782A1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</w:t>
            </w:r>
          </w:p>
        </w:tc>
      </w:tr>
      <w:tr w:rsidR="0069752F" w14:paraId="3E1A5F06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23839D0F" w14:textId="77777777" w:rsidR="0069752F" w:rsidRDefault="00000000">
            <w:r>
              <w:t>Lisa Leighton</w:t>
            </w:r>
          </w:p>
        </w:tc>
        <w:tc>
          <w:tcPr>
            <w:tcW w:w="720" w:type="dxa"/>
          </w:tcPr>
          <w:p w14:paraId="0B2D0C0A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720" w:type="dxa"/>
          </w:tcPr>
          <w:p w14:paraId="5A3388F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61A4174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84DAAD3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69F3686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720" w:type="dxa"/>
          </w:tcPr>
          <w:p w14:paraId="74FB6C4C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C76939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C093551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84F2B16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034A97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F56C040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</w:tr>
      <w:tr w:rsidR="0069752F" w14:paraId="6D9E3318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14BC3024" w14:textId="77777777" w:rsidR="0069752F" w:rsidRDefault="00000000">
            <w:r>
              <w:t>Will Greenslade</w:t>
            </w:r>
          </w:p>
        </w:tc>
        <w:tc>
          <w:tcPr>
            <w:tcW w:w="720" w:type="dxa"/>
          </w:tcPr>
          <w:p w14:paraId="128F891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78AA05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C367F9B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720" w:type="dxa"/>
          </w:tcPr>
          <w:p w14:paraId="21CA07CC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E99D035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720" w:type="dxa"/>
          </w:tcPr>
          <w:p w14:paraId="4DD57CCF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720" w:type="dxa"/>
          </w:tcPr>
          <w:p w14:paraId="1221FF3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D47ED84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B6FBE51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8E4E957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720" w:type="dxa"/>
          </w:tcPr>
          <w:p w14:paraId="60D8861F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</w:t>
            </w:r>
          </w:p>
        </w:tc>
      </w:tr>
      <w:tr w:rsidR="0069752F" w14:paraId="730CBCE6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691B05C5" w14:textId="77777777" w:rsidR="0069752F" w:rsidRDefault="00000000">
            <w:r>
              <w:lastRenderedPageBreak/>
              <w:t>Lolly Meyer</w:t>
            </w:r>
          </w:p>
        </w:tc>
        <w:tc>
          <w:tcPr>
            <w:tcW w:w="720" w:type="dxa"/>
          </w:tcPr>
          <w:p w14:paraId="4CB93FB1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9CD3D11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720" w:type="dxa"/>
          </w:tcPr>
          <w:p w14:paraId="51ACB83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A24571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F2D2AC1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720" w:type="dxa"/>
          </w:tcPr>
          <w:p w14:paraId="52CDE01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F1AB21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E2FE19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DEF577F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1FC689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B4577AB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</w:tr>
      <w:tr w:rsidR="0069752F" w14:paraId="4219EC39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4AB7C555" w14:textId="77777777" w:rsidR="0069752F" w:rsidRDefault="00000000">
            <w:r>
              <w:t>Anna Dury</w:t>
            </w:r>
          </w:p>
        </w:tc>
        <w:tc>
          <w:tcPr>
            <w:tcW w:w="720" w:type="dxa"/>
          </w:tcPr>
          <w:p w14:paraId="071A1870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</w:t>
            </w:r>
          </w:p>
        </w:tc>
        <w:tc>
          <w:tcPr>
            <w:tcW w:w="720" w:type="dxa"/>
          </w:tcPr>
          <w:p w14:paraId="0F2829E7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2DC32A6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48FD8D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D7E24A4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</w:t>
            </w:r>
          </w:p>
        </w:tc>
        <w:tc>
          <w:tcPr>
            <w:tcW w:w="720" w:type="dxa"/>
          </w:tcPr>
          <w:p w14:paraId="2B508970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BB549B4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4D96B31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3F1E063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13A088A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A66500D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</w:t>
            </w:r>
          </w:p>
        </w:tc>
      </w:tr>
      <w:tr w:rsidR="0069752F" w14:paraId="3D45BCF6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778816F4" w14:textId="77777777" w:rsidR="0069752F" w:rsidRDefault="00000000">
            <w:r>
              <w:t>Hannah</w:t>
            </w:r>
          </w:p>
        </w:tc>
        <w:tc>
          <w:tcPr>
            <w:tcW w:w="720" w:type="dxa"/>
          </w:tcPr>
          <w:p w14:paraId="3AE57D16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0FC84F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284E41F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720" w:type="dxa"/>
          </w:tcPr>
          <w:p w14:paraId="7F30598B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CE812FE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720" w:type="dxa"/>
          </w:tcPr>
          <w:p w14:paraId="6E2D90E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51C1C9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282D69C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06FBFC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A1D8D2B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ABD5A80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</w:tr>
      <w:tr w:rsidR="0069752F" w14:paraId="49FDEB7F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376F08C0" w14:textId="77777777" w:rsidR="0069752F" w:rsidRDefault="00000000">
            <w:r>
              <w:t>Jody Floyd</w:t>
            </w:r>
          </w:p>
        </w:tc>
        <w:tc>
          <w:tcPr>
            <w:tcW w:w="720" w:type="dxa"/>
          </w:tcPr>
          <w:p w14:paraId="39AF905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F41CE66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A97E2A4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720" w:type="dxa"/>
          </w:tcPr>
          <w:p w14:paraId="6FDE814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6123026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720" w:type="dxa"/>
          </w:tcPr>
          <w:p w14:paraId="42CDF3DA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210C80F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8D7EDC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ECA78CF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88984E7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EBC5460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</w:tr>
      <w:tr w:rsidR="0069752F" w14:paraId="17D21F4B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2D405475" w14:textId="77777777" w:rsidR="0069752F" w:rsidRDefault="00000000">
            <w:r>
              <w:t>Haley Northcott</w:t>
            </w:r>
          </w:p>
        </w:tc>
        <w:tc>
          <w:tcPr>
            <w:tcW w:w="720" w:type="dxa"/>
          </w:tcPr>
          <w:p w14:paraId="17F4E6DF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949AEB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AC14535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</w:t>
            </w:r>
          </w:p>
        </w:tc>
        <w:tc>
          <w:tcPr>
            <w:tcW w:w="720" w:type="dxa"/>
          </w:tcPr>
          <w:p w14:paraId="3388ACB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D57A821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</w:t>
            </w:r>
          </w:p>
        </w:tc>
        <w:tc>
          <w:tcPr>
            <w:tcW w:w="720" w:type="dxa"/>
          </w:tcPr>
          <w:p w14:paraId="46D9A8D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72E47EC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589F516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88C2A5B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441A4F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562BBF9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</w:t>
            </w:r>
          </w:p>
        </w:tc>
      </w:tr>
      <w:tr w:rsidR="0069752F" w14:paraId="3BBF6A28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73073FEF" w14:textId="77777777" w:rsidR="0069752F" w:rsidRDefault="00000000">
            <w:r>
              <w:t>Amy Barton</w:t>
            </w:r>
          </w:p>
        </w:tc>
        <w:tc>
          <w:tcPr>
            <w:tcW w:w="720" w:type="dxa"/>
          </w:tcPr>
          <w:p w14:paraId="782C9CCC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2882A61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CCEB736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720" w:type="dxa"/>
          </w:tcPr>
          <w:p w14:paraId="415762A4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070071E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720" w:type="dxa"/>
          </w:tcPr>
          <w:p w14:paraId="74CDE60F" w14:textId="322DB2BB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9FFB753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228B7F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F25EC7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CECC555" w14:textId="4A8028C4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25B1848" w14:textId="671AD460" w:rsidR="0069752F" w:rsidRDefault="00FB0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</w:tr>
      <w:tr w:rsidR="0069752F" w14:paraId="3EB94CA5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39585EDE" w14:textId="77777777" w:rsidR="0069752F" w:rsidRDefault="00000000">
            <w:r>
              <w:t>Sarah Midwinter</w:t>
            </w:r>
          </w:p>
        </w:tc>
        <w:tc>
          <w:tcPr>
            <w:tcW w:w="720" w:type="dxa"/>
          </w:tcPr>
          <w:p w14:paraId="0E3C386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74D75E8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720" w:type="dxa"/>
          </w:tcPr>
          <w:p w14:paraId="31B1039F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720" w:type="dxa"/>
          </w:tcPr>
          <w:p w14:paraId="6EE4C965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A0F1157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720" w:type="dxa"/>
          </w:tcPr>
          <w:p w14:paraId="0F1914F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0452F53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93571D3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25C69FE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E5B13E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71794EE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</w:tr>
      <w:tr w:rsidR="0069752F" w14:paraId="7247D14E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65BE3C24" w14:textId="77777777" w:rsidR="0069752F" w:rsidRDefault="00000000">
            <w:r>
              <w:t>Freya Hancock</w:t>
            </w:r>
          </w:p>
        </w:tc>
        <w:tc>
          <w:tcPr>
            <w:tcW w:w="720" w:type="dxa"/>
          </w:tcPr>
          <w:p w14:paraId="4E1627F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308F8D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A401BF6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720" w:type="dxa"/>
          </w:tcPr>
          <w:p w14:paraId="187D98DE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55E30BA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720" w:type="dxa"/>
          </w:tcPr>
          <w:p w14:paraId="29800C44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0634520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B5FADD8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09D33C6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9D819F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2689C7A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</w:tr>
      <w:tr w:rsidR="0069752F" w14:paraId="3B387FD9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48358722" w14:textId="77777777" w:rsidR="0069752F" w:rsidRDefault="00000000">
            <w:r>
              <w:t>Liz Jones</w:t>
            </w:r>
          </w:p>
        </w:tc>
        <w:tc>
          <w:tcPr>
            <w:tcW w:w="720" w:type="dxa"/>
          </w:tcPr>
          <w:p w14:paraId="488E0F7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CF472EC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720" w:type="dxa"/>
          </w:tcPr>
          <w:p w14:paraId="18E972AC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720" w:type="dxa"/>
          </w:tcPr>
          <w:p w14:paraId="4EE0E708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50C00BD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720" w:type="dxa"/>
          </w:tcPr>
          <w:p w14:paraId="58851C8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5A4B7B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B28E2A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A8C5EE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621F19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F3E7C6F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</w:tr>
      <w:tr w:rsidR="0069752F" w14:paraId="024B3C74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018D734A" w14:textId="77777777" w:rsidR="0069752F" w:rsidRDefault="00000000">
            <w:r>
              <w:t>Victoria Dare</w:t>
            </w:r>
          </w:p>
        </w:tc>
        <w:tc>
          <w:tcPr>
            <w:tcW w:w="720" w:type="dxa"/>
          </w:tcPr>
          <w:p w14:paraId="2A8C8DF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D2FEDEA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2C70887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89F1576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720" w:type="dxa"/>
          </w:tcPr>
          <w:p w14:paraId="5A07115A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720" w:type="dxa"/>
          </w:tcPr>
          <w:p w14:paraId="5C31A07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6E57E8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D33A23C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0E3C39F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CD46CD9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C60A29D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</w:tr>
      <w:tr w:rsidR="0069752F" w14:paraId="2B3A542A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1B5AD255" w14:textId="77777777" w:rsidR="0069752F" w:rsidRDefault="00000000">
            <w:r>
              <w:t>Rachael Whittaker</w:t>
            </w:r>
          </w:p>
        </w:tc>
        <w:tc>
          <w:tcPr>
            <w:tcW w:w="720" w:type="dxa"/>
          </w:tcPr>
          <w:p w14:paraId="0643D675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3870D3C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F13A29F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F526FEC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720" w:type="dxa"/>
          </w:tcPr>
          <w:p w14:paraId="289C997C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720" w:type="dxa"/>
          </w:tcPr>
          <w:p w14:paraId="1AB9015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675318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8FA20D3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ECA0024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674357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3345F57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</w:tr>
      <w:tr w:rsidR="0069752F" w14:paraId="2BBA2A9C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77BB94A3" w14:textId="77777777" w:rsidR="0069752F" w:rsidRDefault="00000000">
            <w:r>
              <w:t>Alicia Clapham</w:t>
            </w:r>
          </w:p>
        </w:tc>
        <w:tc>
          <w:tcPr>
            <w:tcW w:w="720" w:type="dxa"/>
          </w:tcPr>
          <w:p w14:paraId="7242390F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193DA6D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720" w:type="dxa"/>
          </w:tcPr>
          <w:p w14:paraId="502F69AE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5F6093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ACC1DA9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720" w:type="dxa"/>
          </w:tcPr>
          <w:p w14:paraId="539A82F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99FC5E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17900C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A1F601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0B5C949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8F7F68D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</w:tr>
      <w:tr w:rsidR="0069752F" w14:paraId="461B2389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20015CAB" w14:textId="77777777" w:rsidR="0069752F" w:rsidRDefault="00000000">
            <w:r>
              <w:t>Lucy Floyd</w:t>
            </w:r>
          </w:p>
        </w:tc>
        <w:tc>
          <w:tcPr>
            <w:tcW w:w="720" w:type="dxa"/>
          </w:tcPr>
          <w:p w14:paraId="6F4CD63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1C33B3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9C2DBFB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720" w:type="dxa"/>
          </w:tcPr>
          <w:p w14:paraId="737E1EE5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8743AEA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720" w:type="dxa"/>
          </w:tcPr>
          <w:p w14:paraId="2E050970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247CCC8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787C5E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EBF55E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D4F60D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9434E2F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</w:tr>
      <w:tr w:rsidR="0069752F" w14:paraId="7D47D93E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1A2F1D08" w14:textId="77777777" w:rsidR="0069752F" w:rsidRDefault="00000000">
            <w:r>
              <w:t>Rachel Easto</w:t>
            </w:r>
          </w:p>
        </w:tc>
        <w:tc>
          <w:tcPr>
            <w:tcW w:w="720" w:type="dxa"/>
          </w:tcPr>
          <w:p w14:paraId="1C7982B7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C9872E7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F7D129B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720" w:type="dxa"/>
          </w:tcPr>
          <w:p w14:paraId="7C3FCCE6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6A498DA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720" w:type="dxa"/>
          </w:tcPr>
          <w:p w14:paraId="6388C26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097CAA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A45661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3698360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1E1D49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FA6639B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</w:tr>
      <w:tr w:rsidR="0069752F" w14:paraId="026212F1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4866189B" w14:textId="77777777" w:rsidR="0069752F" w:rsidRDefault="00000000">
            <w:r>
              <w:t>Lucy Strong</w:t>
            </w:r>
          </w:p>
        </w:tc>
        <w:tc>
          <w:tcPr>
            <w:tcW w:w="720" w:type="dxa"/>
          </w:tcPr>
          <w:p w14:paraId="0FCAE088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5147C4C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DF166F9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20" w:type="dxa"/>
          </w:tcPr>
          <w:p w14:paraId="21081F9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FAFF7F5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20" w:type="dxa"/>
          </w:tcPr>
          <w:p w14:paraId="2CC85CA1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D96522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ADB38F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725A43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A1A94B3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8C75705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</w:tc>
      </w:tr>
      <w:tr w:rsidR="0069752F" w14:paraId="5257F69E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077D5CE7" w14:textId="77777777" w:rsidR="0069752F" w:rsidRDefault="00000000">
            <w:r>
              <w:t>Becky Scourfield</w:t>
            </w:r>
          </w:p>
        </w:tc>
        <w:tc>
          <w:tcPr>
            <w:tcW w:w="720" w:type="dxa"/>
          </w:tcPr>
          <w:p w14:paraId="6F61C9F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58E9EA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B686C2B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20" w:type="dxa"/>
          </w:tcPr>
          <w:p w14:paraId="100A73C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C078D8C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20" w:type="dxa"/>
          </w:tcPr>
          <w:p w14:paraId="48CE3D47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B11ABB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FF5DDBA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6481CA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77F5A8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BC1BC0B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</w:tr>
      <w:tr w:rsidR="0069752F" w14:paraId="71FFC424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139CF8B9" w14:textId="77777777" w:rsidR="0069752F" w:rsidRDefault="00000000">
            <w:r>
              <w:t>Ellen Russell</w:t>
            </w:r>
          </w:p>
        </w:tc>
        <w:tc>
          <w:tcPr>
            <w:tcW w:w="720" w:type="dxa"/>
          </w:tcPr>
          <w:p w14:paraId="07FE8536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A491E5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21DD282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D21BC6F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20" w:type="dxa"/>
          </w:tcPr>
          <w:p w14:paraId="1246EE3B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20" w:type="dxa"/>
          </w:tcPr>
          <w:p w14:paraId="462E034F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E41B82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A438550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B5E4EB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BFE979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10AAF9B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</w:tc>
      </w:tr>
      <w:tr w:rsidR="0069752F" w14:paraId="2E5CAD71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7C149C6D" w14:textId="77777777" w:rsidR="0069752F" w:rsidRDefault="00000000">
            <w:r>
              <w:t>Ellen Hayball</w:t>
            </w:r>
          </w:p>
        </w:tc>
        <w:tc>
          <w:tcPr>
            <w:tcW w:w="720" w:type="dxa"/>
          </w:tcPr>
          <w:p w14:paraId="3DC1EB79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3734DC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97AEC4A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BC77A12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20" w:type="dxa"/>
          </w:tcPr>
          <w:p w14:paraId="3EA2DE4E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720" w:type="dxa"/>
          </w:tcPr>
          <w:p w14:paraId="0937210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2FB5A2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FBE0B4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8C40B8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3FACDE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7B9CF90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</w:tr>
      <w:tr w:rsidR="0069752F" w14:paraId="5FC3B1AA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347691B5" w14:textId="77777777" w:rsidR="0069752F" w:rsidRDefault="00000000">
            <w:r>
              <w:t>Stella</w:t>
            </w:r>
          </w:p>
        </w:tc>
        <w:tc>
          <w:tcPr>
            <w:tcW w:w="720" w:type="dxa"/>
          </w:tcPr>
          <w:p w14:paraId="43C0956F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E31A481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180D941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720" w:type="dxa"/>
          </w:tcPr>
          <w:p w14:paraId="271B7E23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4C2D14A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720" w:type="dxa"/>
          </w:tcPr>
          <w:p w14:paraId="20E3F62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466E9B7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B21107C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E823A51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5040408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061B48C7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</w:tr>
      <w:tr w:rsidR="0069752F" w14:paraId="78CD42B0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7183A983" w14:textId="77777777" w:rsidR="0069752F" w:rsidRDefault="00000000">
            <w:r>
              <w:t>Kristy Budd</w:t>
            </w:r>
          </w:p>
        </w:tc>
        <w:tc>
          <w:tcPr>
            <w:tcW w:w="720" w:type="dxa"/>
          </w:tcPr>
          <w:p w14:paraId="630AEFDD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5A0D311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5CE0E96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720" w:type="dxa"/>
          </w:tcPr>
          <w:p w14:paraId="7D128168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9FB68CB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720" w:type="dxa"/>
          </w:tcPr>
          <w:p w14:paraId="4CF010E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0C47F7A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D5B28D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D3A7874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72BC465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51A30C2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</w:tr>
      <w:tr w:rsidR="0069752F" w14:paraId="6BC2CB91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75844D53" w14:textId="77777777" w:rsidR="0069752F" w:rsidRDefault="00000000">
            <w:r>
              <w:t>Roxy</w:t>
            </w:r>
          </w:p>
        </w:tc>
        <w:tc>
          <w:tcPr>
            <w:tcW w:w="720" w:type="dxa"/>
          </w:tcPr>
          <w:p w14:paraId="6F975ED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1D1F2BEA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FE46B93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720" w:type="dxa"/>
          </w:tcPr>
          <w:p w14:paraId="08FFCFC1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8D1E16C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720" w:type="dxa"/>
          </w:tcPr>
          <w:p w14:paraId="06C1E2ED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572B46C8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24758B3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6229009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6FC8E46" w14:textId="77777777" w:rsidR="0069752F" w:rsidRDefault="00697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1EAE793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69752F" w14:paraId="156BD86D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2B08595C" w14:textId="77777777" w:rsidR="0069752F" w:rsidRDefault="00000000">
            <w:r>
              <w:t>Molly Feehan</w:t>
            </w:r>
          </w:p>
        </w:tc>
        <w:tc>
          <w:tcPr>
            <w:tcW w:w="720" w:type="dxa"/>
          </w:tcPr>
          <w:p w14:paraId="7A58F69C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1F9B6D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3E8D6E3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720" w:type="dxa"/>
          </w:tcPr>
          <w:p w14:paraId="36888873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2EE77048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720" w:type="dxa"/>
          </w:tcPr>
          <w:p w14:paraId="7FCB3F16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33403364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1005BAB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45C98EE1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607B2CD2" w14:textId="77777777" w:rsidR="0069752F" w:rsidRDefault="00697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0" w:type="dxa"/>
          </w:tcPr>
          <w:p w14:paraId="70736162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</w:tbl>
    <w:p w14:paraId="02D74C53" w14:textId="77777777" w:rsidR="0037237C" w:rsidRDefault="0037237C">
      <w:pPr>
        <w:pStyle w:val="Heading2"/>
      </w:pPr>
    </w:p>
    <w:p w14:paraId="114BCD68" w14:textId="77777777" w:rsidR="0037237C" w:rsidRDefault="0037237C">
      <w:pPr>
        <w:pStyle w:val="Heading2"/>
      </w:pPr>
    </w:p>
    <w:p w14:paraId="655A8FC2" w14:textId="1897C420" w:rsidR="0069752F" w:rsidRDefault="00000000">
      <w:pPr>
        <w:pStyle w:val="Heading2"/>
      </w:pPr>
      <w:r>
        <w:t>New Riders Joining Series 2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9752F" w14:paraId="2524A142" w14:textId="77777777" w:rsidTr="00AA2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9EE3A" w14:textId="77777777" w:rsidR="0069752F" w:rsidRDefault="00000000">
            <w:r>
              <w:t>Rider</w:t>
            </w:r>
          </w:p>
        </w:tc>
        <w:tc>
          <w:tcPr>
            <w:tcW w:w="2160" w:type="dxa"/>
          </w:tcPr>
          <w:p w14:paraId="5544FE5C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July R1</w:t>
            </w:r>
          </w:p>
        </w:tc>
        <w:tc>
          <w:tcPr>
            <w:tcW w:w="2160" w:type="dxa"/>
          </w:tcPr>
          <w:p w14:paraId="52DF00B6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Series 2 Total</w:t>
            </w:r>
          </w:p>
        </w:tc>
        <w:tc>
          <w:tcPr>
            <w:tcW w:w="2160" w:type="dxa"/>
          </w:tcPr>
          <w:p w14:paraId="502B3888" w14:textId="77777777" w:rsidR="0069752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Overall Total</w:t>
            </w:r>
          </w:p>
        </w:tc>
      </w:tr>
      <w:tr w:rsidR="0069752F" w14:paraId="12DF69D6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94B3161" w14:textId="77777777" w:rsidR="0069752F" w:rsidRDefault="00000000">
            <w:r>
              <w:t>Kiera</w:t>
            </w:r>
          </w:p>
        </w:tc>
        <w:tc>
          <w:tcPr>
            <w:tcW w:w="2160" w:type="dxa"/>
          </w:tcPr>
          <w:p w14:paraId="24B205E5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2160" w:type="dxa"/>
          </w:tcPr>
          <w:p w14:paraId="5C98E9BF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2160" w:type="dxa"/>
          </w:tcPr>
          <w:p w14:paraId="714C3022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</w:tr>
      <w:tr w:rsidR="0069752F" w14:paraId="6FF35831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EBF65C" w14:textId="77777777" w:rsidR="0069752F" w:rsidRDefault="00000000">
            <w:r>
              <w:t>Lily</w:t>
            </w:r>
          </w:p>
        </w:tc>
        <w:tc>
          <w:tcPr>
            <w:tcW w:w="2160" w:type="dxa"/>
          </w:tcPr>
          <w:p w14:paraId="3A56E311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2160" w:type="dxa"/>
          </w:tcPr>
          <w:p w14:paraId="3251CD22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2160" w:type="dxa"/>
          </w:tcPr>
          <w:p w14:paraId="07374F8C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</w:t>
            </w:r>
          </w:p>
        </w:tc>
      </w:tr>
      <w:tr w:rsidR="0069752F" w14:paraId="3AE05709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58B41B1" w14:textId="77777777" w:rsidR="0069752F" w:rsidRDefault="00000000">
            <w:r>
              <w:t>Dennis</w:t>
            </w:r>
          </w:p>
        </w:tc>
        <w:tc>
          <w:tcPr>
            <w:tcW w:w="2160" w:type="dxa"/>
          </w:tcPr>
          <w:p w14:paraId="2A6400BD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2160" w:type="dxa"/>
          </w:tcPr>
          <w:p w14:paraId="597D198B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2160" w:type="dxa"/>
          </w:tcPr>
          <w:p w14:paraId="2F49BCE5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</w:tr>
      <w:tr w:rsidR="00FB0DA9" w14:paraId="2506AC11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0002FD1" w14:textId="0E08D22A" w:rsidR="00FB0DA9" w:rsidRDefault="00FB0DA9">
            <w:r>
              <w:t xml:space="preserve">Amy Tilbury </w:t>
            </w:r>
          </w:p>
        </w:tc>
        <w:tc>
          <w:tcPr>
            <w:tcW w:w="2160" w:type="dxa"/>
          </w:tcPr>
          <w:p w14:paraId="12372F7C" w14:textId="6EF874AF" w:rsidR="00FB0DA9" w:rsidRDefault="00FB0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</w:t>
            </w:r>
          </w:p>
        </w:tc>
        <w:tc>
          <w:tcPr>
            <w:tcW w:w="2160" w:type="dxa"/>
          </w:tcPr>
          <w:p w14:paraId="6A255141" w14:textId="6ADF0B32" w:rsidR="00FB0DA9" w:rsidRDefault="00FB0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</w:t>
            </w:r>
          </w:p>
        </w:tc>
        <w:tc>
          <w:tcPr>
            <w:tcW w:w="2160" w:type="dxa"/>
          </w:tcPr>
          <w:p w14:paraId="34AB2712" w14:textId="7B0D2B32" w:rsidR="00FB0DA9" w:rsidRDefault="00FB0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</w:t>
            </w:r>
          </w:p>
        </w:tc>
      </w:tr>
      <w:tr w:rsidR="0069752F" w14:paraId="63726E5C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B77D6CD" w14:textId="77777777" w:rsidR="0069752F" w:rsidRDefault="00000000">
            <w:r>
              <w:t>Amanda</w:t>
            </w:r>
          </w:p>
        </w:tc>
        <w:tc>
          <w:tcPr>
            <w:tcW w:w="2160" w:type="dxa"/>
          </w:tcPr>
          <w:p w14:paraId="4F784AD7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160" w:type="dxa"/>
          </w:tcPr>
          <w:p w14:paraId="54DC082D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160" w:type="dxa"/>
          </w:tcPr>
          <w:p w14:paraId="183279AC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</w:tr>
      <w:tr w:rsidR="0069752F" w14:paraId="15CB3F80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800A613" w14:textId="77777777" w:rsidR="0069752F" w:rsidRDefault="00000000">
            <w:r>
              <w:t>Ellie</w:t>
            </w:r>
          </w:p>
        </w:tc>
        <w:tc>
          <w:tcPr>
            <w:tcW w:w="2160" w:type="dxa"/>
          </w:tcPr>
          <w:p w14:paraId="0BEFFAE7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160" w:type="dxa"/>
          </w:tcPr>
          <w:p w14:paraId="107914C9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160" w:type="dxa"/>
          </w:tcPr>
          <w:p w14:paraId="101F2496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</w:tr>
      <w:tr w:rsidR="0069752F" w14:paraId="485B87B0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14FBD09" w14:textId="77777777" w:rsidR="0069752F" w:rsidRDefault="00000000">
            <w:r>
              <w:t>Sally Coleridge</w:t>
            </w:r>
          </w:p>
        </w:tc>
        <w:tc>
          <w:tcPr>
            <w:tcW w:w="2160" w:type="dxa"/>
          </w:tcPr>
          <w:p w14:paraId="5B13CA33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160" w:type="dxa"/>
          </w:tcPr>
          <w:p w14:paraId="2140EEC1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160" w:type="dxa"/>
          </w:tcPr>
          <w:p w14:paraId="53142EFD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</w:tr>
      <w:tr w:rsidR="0069752F" w14:paraId="1087B265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A71345D" w14:textId="77777777" w:rsidR="0069752F" w:rsidRDefault="00000000">
            <w:r>
              <w:t>Nicola</w:t>
            </w:r>
          </w:p>
        </w:tc>
        <w:tc>
          <w:tcPr>
            <w:tcW w:w="2160" w:type="dxa"/>
          </w:tcPr>
          <w:p w14:paraId="63F2D449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2160" w:type="dxa"/>
          </w:tcPr>
          <w:p w14:paraId="75C6E223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2160" w:type="dxa"/>
          </w:tcPr>
          <w:p w14:paraId="69DE4EF3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</w:tr>
      <w:tr w:rsidR="0069752F" w14:paraId="3FE45877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0D398AB" w14:textId="77777777" w:rsidR="0069752F" w:rsidRDefault="00000000">
            <w:r>
              <w:t>Shannon</w:t>
            </w:r>
          </w:p>
        </w:tc>
        <w:tc>
          <w:tcPr>
            <w:tcW w:w="2160" w:type="dxa"/>
          </w:tcPr>
          <w:p w14:paraId="1094B902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2160" w:type="dxa"/>
          </w:tcPr>
          <w:p w14:paraId="348A2FE2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2160" w:type="dxa"/>
          </w:tcPr>
          <w:p w14:paraId="345BC6BF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</w:tr>
      <w:tr w:rsidR="0069752F" w14:paraId="6C58A121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622A738" w14:textId="77777777" w:rsidR="0069752F" w:rsidRDefault="00000000">
            <w:r>
              <w:t>Nina</w:t>
            </w:r>
          </w:p>
        </w:tc>
        <w:tc>
          <w:tcPr>
            <w:tcW w:w="2160" w:type="dxa"/>
          </w:tcPr>
          <w:p w14:paraId="6A75EEF3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2160" w:type="dxa"/>
          </w:tcPr>
          <w:p w14:paraId="495CD7CA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2160" w:type="dxa"/>
          </w:tcPr>
          <w:p w14:paraId="09CF2F5C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</w:tr>
      <w:tr w:rsidR="0069752F" w14:paraId="753A317D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2A5E7C" w14:textId="77777777" w:rsidR="0069752F" w:rsidRDefault="00000000">
            <w:r>
              <w:t>Charlotte</w:t>
            </w:r>
          </w:p>
        </w:tc>
        <w:tc>
          <w:tcPr>
            <w:tcW w:w="2160" w:type="dxa"/>
          </w:tcPr>
          <w:p w14:paraId="37777950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2160" w:type="dxa"/>
          </w:tcPr>
          <w:p w14:paraId="7D75C9BA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2160" w:type="dxa"/>
          </w:tcPr>
          <w:p w14:paraId="2AC8D258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</w:tr>
      <w:tr w:rsidR="0069752F" w14:paraId="38A5DC7E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489791A" w14:textId="77777777" w:rsidR="0069752F" w:rsidRDefault="00000000">
            <w:r>
              <w:t>Kayla</w:t>
            </w:r>
          </w:p>
        </w:tc>
        <w:tc>
          <w:tcPr>
            <w:tcW w:w="2160" w:type="dxa"/>
          </w:tcPr>
          <w:p w14:paraId="38F7BB7A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2160" w:type="dxa"/>
          </w:tcPr>
          <w:p w14:paraId="12E019C7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2160" w:type="dxa"/>
          </w:tcPr>
          <w:p w14:paraId="3A49B4B2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</w:tr>
      <w:tr w:rsidR="0069752F" w14:paraId="6927EAEC" w14:textId="77777777" w:rsidTr="00AA2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E08A0B8" w14:textId="77777777" w:rsidR="0069752F" w:rsidRDefault="00000000">
            <w:r>
              <w:t>Mel</w:t>
            </w:r>
          </w:p>
        </w:tc>
        <w:tc>
          <w:tcPr>
            <w:tcW w:w="2160" w:type="dxa"/>
          </w:tcPr>
          <w:p w14:paraId="3C0A8F9B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2160" w:type="dxa"/>
          </w:tcPr>
          <w:p w14:paraId="7C340233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2160" w:type="dxa"/>
          </w:tcPr>
          <w:p w14:paraId="72455702" w14:textId="77777777" w:rsidR="0069752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</w:tr>
      <w:tr w:rsidR="0069752F" w14:paraId="6DFFBFF7" w14:textId="77777777" w:rsidTr="00AA2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B6C6209" w14:textId="77777777" w:rsidR="0069752F" w:rsidRDefault="00000000">
            <w:r>
              <w:t>Jessica</w:t>
            </w:r>
          </w:p>
        </w:tc>
        <w:tc>
          <w:tcPr>
            <w:tcW w:w="2160" w:type="dxa"/>
          </w:tcPr>
          <w:p w14:paraId="47F9C83D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2160" w:type="dxa"/>
          </w:tcPr>
          <w:p w14:paraId="5483A540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2160" w:type="dxa"/>
          </w:tcPr>
          <w:p w14:paraId="596760F7" w14:textId="77777777" w:rsidR="0069752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</w:tr>
    </w:tbl>
    <w:p w14:paraId="07745794" w14:textId="77777777" w:rsidR="002F2C49" w:rsidRDefault="002F2C49"/>
    <w:p w14:paraId="1D046023" w14:textId="77777777" w:rsidR="0037237C" w:rsidRDefault="0037237C" w:rsidP="0037237C">
      <w:pPr>
        <w:pStyle w:val="Heading1"/>
      </w:pPr>
      <w:r>
        <w:t xml:space="preserve">Senior Style &amp; Performance League </w:t>
      </w:r>
    </w:p>
    <w:tbl>
      <w:tblPr>
        <w:tblStyle w:val="GridTable4-Accent4"/>
        <w:tblW w:w="0" w:type="auto"/>
        <w:tblLook w:val="04A0" w:firstRow="1" w:lastRow="0" w:firstColumn="1" w:lastColumn="0" w:noHBand="0" w:noVBand="1"/>
      </w:tblPr>
      <w:tblGrid>
        <w:gridCol w:w="743"/>
        <w:gridCol w:w="1270"/>
        <w:gridCol w:w="1071"/>
        <w:gridCol w:w="1071"/>
        <w:gridCol w:w="1071"/>
        <w:gridCol w:w="1071"/>
        <w:gridCol w:w="835"/>
        <w:gridCol w:w="665"/>
        <w:gridCol w:w="665"/>
        <w:gridCol w:w="665"/>
        <w:gridCol w:w="665"/>
        <w:gridCol w:w="835"/>
        <w:gridCol w:w="958"/>
      </w:tblGrid>
      <w:tr w:rsidR="0037237C" w14:paraId="64817023" w14:textId="77777777" w:rsidTr="003723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4BE8E91E" w14:textId="77777777" w:rsidR="0037237C" w:rsidRDefault="0037237C" w:rsidP="0099745E">
            <w:r>
              <w:t>Rank</w:t>
            </w:r>
          </w:p>
        </w:tc>
        <w:tc>
          <w:tcPr>
            <w:tcW w:w="665" w:type="dxa"/>
          </w:tcPr>
          <w:p w14:paraId="41440BE6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Rider</w:t>
            </w:r>
          </w:p>
        </w:tc>
        <w:tc>
          <w:tcPr>
            <w:tcW w:w="665" w:type="dxa"/>
          </w:tcPr>
          <w:p w14:paraId="6A8954E3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Summer R1</w:t>
            </w:r>
          </w:p>
        </w:tc>
        <w:tc>
          <w:tcPr>
            <w:tcW w:w="665" w:type="dxa"/>
          </w:tcPr>
          <w:p w14:paraId="318A7C9B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Summer R2</w:t>
            </w:r>
          </w:p>
        </w:tc>
        <w:tc>
          <w:tcPr>
            <w:tcW w:w="665" w:type="dxa"/>
          </w:tcPr>
          <w:p w14:paraId="28DB0E9E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Summer R3</w:t>
            </w:r>
          </w:p>
        </w:tc>
        <w:tc>
          <w:tcPr>
            <w:tcW w:w="665" w:type="dxa"/>
          </w:tcPr>
          <w:p w14:paraId="76CC81BC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Summer R4</w:t>
            </w:r>
          </w:p>
        </w:tc>
        <w:tc>
          <w:tcPr>
            <w:tcW w:w="665" w:type="dxa"/>
          </w:tcPr>
          <w:p w14:paraId="1E9A0E4C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Series 1 Total</w:t>
            </w:r>
          </w:p>
        </w:tc>
        <w:tc>
          <w:tcPr>
            <w:tcW w:w="665" w:type="dxa"/>
          </w:tcPr>
          <w:p w14:paraId="17233CF9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July R1</w:t>
            </w:r>
          </w:p>
        </w:tc>
        <w:tc>
          <w:tcPr>
            <w:tcW w:w="665" w:type="dxa"/>
          </w:tcPr>
          <w:p w14:paraId="3DE6DB3F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Sept R2</w:t>
            </w:r>
          </w:p>
        </w:tc>
        <w:tc>
          <w:tcPr>
            <w:tcW w:w="665" w:type="dxa"/>
          </w:tcPr>
          <w:p w14:paraId="5C75E1F7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Oct R3</w:t>
            </w:r>
          </w:p>
        </w:tc>
        <w:tc>
          <w:tcPr>
            <w:tcW w:w="665" w:type="dxa"/>
          </w:tcPr>
          <w:p w14:paraId="316AB804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Nov R4</w:t>
            </w:r>
          </w:p>
        </w:tc>
        <w:tc>
          <w:tcPr>
            <w:tcW w:w="665" w:type="dxa"/>
          </w:tcPr>
          <w:p w14:paraId="662251E2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Series 2 Total</w:t>
            </w:r>
          </w:p>
        </w:tc>
        <w:tc>
          <w:tcPr>
            <w:tcW w:w="665" w:type="dxa"/>
          </w:tcPr>
          <w:p w14:paraId="4DAC4289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Overall Total</w:t>
            </w:r>
          </w:p>
        </w:tc>
      </w:tr>
      <w:tr w:rsidR="0037237C" w14:paraId="75AD350B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54B7DDE8" w14:textId="77777777" w:rsidR="0037237C" w:rsidRDefault="0037237C" w:rsidP="0099745E">
            <w:r>
              <w:t>1</w:t>
            </w:r>
          </w:p>
        </w:tc>
        <w:tc>
          <w:tcPr>
            <w:tcW w:w="665" w:type="dxa"/>
          </w:tcPr>
          <w:p w14:paraId="2CC8FC67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Caitlin Storrie</w:t>
            </w:r>
          </w:p>
        </w:tc>
        <w:tc>
          <w:tcPr>
            <w:tcW w:w="665" w:type="dxa"/>
          </w:tcPr>
          <w:p w14:paraId="3587BD35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372602A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460</w:t>
            </w:r>
          </w:p>
        </w:tc>
        <w:tc>
          <w:tcPr>
            <w:tcW w:w="665" w:type="dxa"/>
          </w:tcPr>
          <w:p w14:paraId="45DFF0CB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855</w:t>
            </w:r>
          </w:p>
        </w:tc>
        <w:tc>
          <w:tcPr>
            <w:tcW w:w="665" w:type="dxa"/>
          </w:tcPr>
          <w:p w14:paraId="3B2564C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302</w:t>
            </w:r>
          </w:p>
        </w:tc>
        <w:tc>
          <w:tcPr>
            <w:tcW w:w="665" w:type="dxa"/>
          </w:tcPr>
          <w:p w14:paraId="2498EA2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1617</w:t>
            </w:r>
          </w:p>
        </w:tc>
        <w:tc>
          <w:tcPr>
            <w:tcW w:w="665" w:type="dxa"/>
          </w:tcPr>
          <w:p w14:paraId="195AF624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544</w:t>
            </w:r>
          </w:p>
        </w:tc>
        <w:tc>
          <w:tcPr>
            <w:tcW w:w="665" w:type="dxa"/>
          </w:tcPr>
          <w:p w14:paraId="51A18A1C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D3C3581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9DD6DD4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ECB414C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544</w:t>
            </w:r>
          </w:p>
        </w:tc>
        <w:tc>
          <w:tcPr>
            <w:tcW w:w="665" w:type="dxa"/>
          </w:tcPr>
          <w:p w14:paraId="6694CDE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2161</w:t>
            </w:r>
          </w:p>
        </w:tc>
      </w:tr>
      <w:tr w:rsidR="0037237C" w14:paraId="4FE4DB51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10D8E46E" w14:textId="77777777" w:rsidR="0037237C" w:rsidRDefault="0037237C" w:rsidP="0099745E">
            <w:r>
              <w:t>2</w:t>
            </w:r>
          </w:p>
        </w:tc>
        <w:tc>
          <w:tcPr>
            <w:tcW w:w="665" w:type="dxa"/>
          </w:tcPr>
          <w:p w14:paraId="6BC00622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Elsie Minall</w:t>
            </w:r>
          </w:p>
        </w:tc>
        <w:tc>
          <w:tcPr>
            <w:tcW w:w="665" w:type="dxa"/>
          </w:tcPr>
          <w:p w14:paraId="40B82CB4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580</w:t>
            </w:r>
          </w:p>
        </w:tc>
        <w:tc>
          <w:tcPr>
            <w:tcW w:w="665" w:type="dxa"/>
          </w:tcPr>
          <w:p w14:paraId="7497D406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460</w:t>
            </w:r>
          </w:p>
        </w:tc>
        <w:tc>
          <w:tcPr>
            <w:tcW w:w="665" w:type="dxa"/>
          </w:tcPr>
          <w:p w14:paraId="7FADD3D3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794</w:t>
            </w:r>
          </w:p>
        </w:tc>
        <w:tc>
          <w:tcPr>
            <w:tcW w:w="665" w:type="dxa"/>
          </w:tcPr>
          <w:p w14:paraId="4AA44A5A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318</w:t>
            </w:r>
          </w:p>
        </w:tc>
        <w:tc>
          <w:tcPr>
            <w:tcW w:w="665" w:type="dxa"/>
          </w:tcPr>
          <w:p w14:paraId="1BC52C8C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2152</w:t>
            </w:r>
          </w:p>
        </w:tc>
        <w:tc>
          <w:tcPr>
            <w:tcW w:w="665" w:type="dxa"/>
          </w:tcPr>
          <w:p w14:paraId="764AC621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D9FE6F0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A6B3DE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F32DA61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CF080B2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186151D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2152</w:t>
            </w:r>
          </w:p>
        </w:tc>
      </w:tr>
      <w:tr w:rsidR="0037237C" w14:paraId="2E30578F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19BE8DD7" w14:textId="77777777" w:rsidR="0037237C" w:rsidRDefault="0037237C" w:rsidP="0099745E">
            <w:r>
              <w:t>3</w:t>
            </w:r>
          </w:p>
        </w:tc>
        <w:tc>
          <w:tcPr>
            <w:tcW w:w="665" w:type="dxa"/>
          </w:tcPr>
          <w:p w14:paraId="3E543BA9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Sallie Gaskin</w:t>
            </w:r>
          </w:p>
        </w:tc>
        <w:tc>
          <w:tcPr>
            <w:tcW w:w="665" w:type="dxa"/>
          </w:tcPr>
          <w:p w14:paraId="408191F8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572</w:t>
            </w:r>
          </w:p>
        </w:tc>
        <w:tc>
          <w:tcPr>
            <w:tcW w:w="665" w:type="dxa"/>
          </w:tcPr>
          <w:p w14:paraId="45C9AD30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445</w:t>
            </w:r>
          </w:p>
        </w:tc>
        <w:tc>
          <w:tcPr>
            <w:tcW w:w="665" w:type="dxa"/>
          </w:tcPr>
          <w:p w14:paraId="6505D8F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C613CF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96DBE22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1017</w:t>
            </w:r>
          </w:p>
        </w:tc>
        <w:tc>
          <w:tcPr>
            <w:tcW w:w="665" w:type="dxa"/>
          </w:tcPr>
          <w:p w14:paraId="7223DA5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335</w:t>
            </w:r>
          </w:p>
        </w:tc>
        <w:tc>
          <w:tcPr>
            <w:tcW w:w="665" w:type="dxa"/>
          </w:tcPr>
          <w:p w14:paraId="647D34F1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264F7D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685ABDB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11ED0D8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335</w:t>
            </w:r>
          </w:p>
        </w:tc>
        <w:tc>
          <w:tcPr>
            <w:tcW w:w="665" w:type="dxa"/>
          </w:tcPr>
          <w:p w14:paraId="063EB19C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1352</w:t>
            </w:r>
          </w:p>
        </w:tc>
      </w:tr>
      <w:tr w:rsidR="0037237C" w14:paraId="7635EAEB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0F9BD109" w14:textId="77777777" w:rsidR="0037237C" w:rsidRDefault="0037237C" w:rsidP="0099745E">
            <w:r>
              <w:t>4</w:t>
            </w:r>
          </w:p>
        </w:tc>
        <w:tc>
          <w:tcPr>
            <w:tcW w:w="665" w:type="dxa"/>
          </w:tcPr>
          <w:p w14:paraId="67AEEFB4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Steve Green</w:t>
            </w:r>
          </w:p>
        </w:tc>
        <w:tc>
          <w:tcPr>
            <w:tcW w:w="665" w:type="dxa"/>
          </w:tcPr>
          <w:p w14:paraId="3D2EB764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43E397D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560</w:t>
            </w:r>
          </w:p>
        </w:tc>
        <w:tc>
          <w:tcPr>
            <w:tcW w:w="665" w:type="dxa"/>
          </w:tcPr>
          <w:p w14:paraId="22305929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673</w:t>
            </w:r>
          </w:p>
        </w:tc>
        <w:tc>
          <w:tcPr>
            <w:tcW w:w="665" w:type="dxa"/>
          </w:tcPr>
          <w:p w14:paraId="33D95130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30C695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1233</w:t>
            </w:r>
          </w:p>
        </w:tc>
        <w:tc>
          <w:tcPr>
            <w:tcW w:w="665" w:type="dxa"/>
          </w:tcPr>
          <w:p w14:paraId="7E330732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6A81762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995B4C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F4566F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48C4449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42478AA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1233</w:t>
            </w:r>
          </w:p>
        </w:tc>
      </w:tr>
      <w:tr w:rsidR="0037237C" w14:paraId="59D3C05D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0D823F6C" w14:textId="77777777" w:rsidR="0037237C" w:rsidRDefault="0037237C" w:rsidP="0099745E">
            <w:r>
              <w:t>5</w:t>
            </w:r>
          </w:p>
        </w:tc>
        <w:tc>
          <w:tcPr>
            <w:tcW w:w="665" w:type="dxa"/>
          </w:tcPr>
          <w:p w14:paraId="58C7C40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Helen Banbury</w:t>
            </w:r>
          </w:p>
        </w:tc>
        <w:tc>
          <w:tcPr>
            <w:tcW w:w="665" w:type="dxa"/>
          </w:tcPr>
          <w:p w14:paraId="02B96BA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290</w:t>
            </w:r>
          </w:p>
        </w:tc>
        <w:tc>
          <w:tcPr>
            <w:tcW w:w="665" w:type="dxa"/>
          </w:tcPr>
          <w:p w14:paraId="1E630D2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460</w:t>
            </w:r>
          </w:p>
        </w:tc>
        <w:tc>
          <w:tcPr>
            <w:tcW w:w="665" w:type="dxa"/>
          </w:tcPr>
          <w:p w14:paraId="58FD63B2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BE6872C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5DC5EDB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750</w:t>
            </w:r>
          </w:p>
        </w:tc>
        <w:tc>
          <w:tcPr>
            <w:tcW w:w="665" w:type="dxa"/>
          </w:tcPr>
          <w:p w14:paraId="122FB00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419</w:t>
            </w:r>
          </w:p>
        </w:tc>
        <w:tc>
          <w:tcPr>
            <w:tcW w:w="665" w:type="dxa"/>
          </w:tcPr>
          <w:p w14:paraId="4A81E147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3AC329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01E985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0C7EDD8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419</w:t>
            </w:r>
          </w:p>
        </w:tc>
        <w:tc>
          <w:tcPr>
            <w:tcW w:w="665" w:type="dxa"/>
          </w:tcPr>
          <w:p w14:paraId="30FC4AF1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1169</w:t>
            </w:r>
          </w:p>
        </w:tc>
      </w:tr>
      <w:tr w:rsidR="0037237C" w14:paraId="33030895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2B878E32" w14:textId="77777777" w:rsidR="0037237C" w:rsidRDefault="0037237C" w:rsidP="0099745E">
            <w:r>
              <w:t>6</w:t>
            </w:r>
          </w:p>
        </w:tc>
        <w:tc>
          <w:tcPr>
            <w:tcW w:w="665" w:type="dxa"/>
          </w:tcPr>
          <w:p w14:paraId="0A66E8E9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 Greenslade</w:t>
            </w:r>
          </w:p>
        </w:tc>
        <w:tc>
          <w:tcPr>
            <w:tcW w:w="665" w:type="dxa"/>
          </w:tcPr>
          <w:p w14:paraId="2901F6D5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B67081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AAE5BD5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787</w:t>
            </w:r>
          </w:p>
        </w:tc>
        <w:tc>
          <w:tcPr>
            <w:tcW w:w="665" w:type="dxa"/>
          </w:tcPr>
          <w:p w14:paraId="1E05CF6D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FF3424A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787</w:t>
            </w:r>
          </w:p>
        </w:tc>
        <w:tc>
          <w:tcPr>
            <w:tcW w:w="665" w:type="dxa"/>
          </w:tcPr>
          <w:p w14:paraId="12430BD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362</w:t>
            </w:r>
          </w:p>
        </w:tc>
        <w:tc>
          <w:tcPr>
            <w:tcW w:w="665" w:type="dxa"/>
          </w:tcPr>
          <w:p w14:paraId="312A13B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64340CD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D19D2D6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2BA37D4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362</w:t>
            </w:r>
          </w:p>
        </w:tc>
        <w:tc>
          <w:tcPr>
            <w:tcW w:w="665" w:type="dxa"/>
          </w:tcPr>
          <w:p w14:paraId="6CFCA2EB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1149</w:t>
            </w:r>
          </w:p>
        </w:tc>
      </w:tr>
      <w:tr w:rsidR="0037237C" w14:paraId="63385F79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166D15AC" w14:textId="77777777" w:rsidR="0037237C" w:rsidRDefault="0037237C" w:rsidP="0099745E">
            <w:r>
              <w:t>7</w:t>
            </w:r>
          </w:p>
        </w:tc>
        <w:tc>
          <w:tcPr>
            <w:tcW w:w="665" w:type="dxa"/>
          </w:tcPr>
          <w:p w14:paraId="71E51D48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Miranda Ashcroft</w:t>
            </w:r>
          </w:p>
        </w:tc>
        <w:tc>
          <w:tcPr>
            <w:tcW w:w="665" w:type="dxa"/>
          </w:tcPr>
          <w:p w14:paraId="7DA13D07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DAF28B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3B988A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773</w:t>
            </w:r>
          </w:p>
        </w:tc>
        <w:tc>
          <w:tcPr>
            <w:tcW w:w="665" w:type="dxa"/>
          </w:tcPr>
          <w:p w14:paraId="6FBBA9BB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D6B66F1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773</w:t>
            </w:r>
          </w:p>
        </w:tc>
        <w:tc>
          <w:tcPr>
            <w:tcW w:w="665" w:type="dxa"/>
          </w:tcPr>
          <w:p w14:paraId="6C58F6B4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BFD3859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C6789F9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1B24CE8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E14E0CB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200C954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37C" w14:paraId="3D78DCE0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04B39B7F" w14:textId="77777777" w:rsidR="0037237C" w:rsidRDefault="0037237C" w:rsidP="0099745E">
            <w:r>
              <w:t>8</w:t>
            </w:r>
          </w:p>
        </w:tc>
        <w:tc>
          <w:tcPr>
            <w:tcW w:w="665" w:type="dxa"/>
          </w:tcPr>
          <w:p w14:paraId="7961183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 Hill</w:t>
            </w:r>
          </w:p>
        </w:tc>
        <w:tc>
          <w:tcPr>
            <w:tcW w:w="665" w:type="dxa"/>
          </w:tcPr>
          <w:p w14:paraId="1CEC232C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A0E133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9051D91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773</w:t>
            </w:r>
          </w:p>
        </w:tc>
        <w:tc>
          <w:tcPr>
            <w:tcW w:w="665" w:type="dxa"/>
          </w:tcPr>
          <w:p w14:paraId="544C410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C67A567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773</w:t>
            </w:r>
          </w:p>
        </w:tc>
        <w:tc>
          <w:tcPr>
            <w:tcW w:w="665" w:type="dxa"/>
          </w:tcPr>
          <w:p w14:paraId="7F411D8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017D92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DF398A6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533D119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FE9ADC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2BCBBA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37C" w14:paraId="56A26209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60BE4EF8" w14:textId="77777777" w:rsidR="0037237C" w:rsidRDefault="0037237C" w:rsidP="0099745E">
            <w:r>
              <w:t>9</w:t>
            </w:r>
          </w:p>
        </w:tc>
        <w:tc>
          <w:tcPr>
            <w:tcW w:w="665" w:type="dxa"/>
          </w:tcPr>
          <w:p w14:paraId="7FE878E0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Rachel Easto</w:t>
            </w:r>
          </w:p>
        </w:tc>
        <w:tc>
          <w:tcPr>
            <w:tcW w:w="665" w:type="dxa"/>
          </w:tcPr>
          <w:p w14:paraId="1472221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9927171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216F8E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677</w:t>
            </w:r>
          </w:p>
        </w:tc>
        <w:tc>
          <w:tcPr>
            <w:tcW w:w="665" w:type="dxa"/>
          </w:tcPr>
          <w:p w14:paraId="4656C141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940BB94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677</w:t>
            </w:r>
          </w:p>
        </w:tc>
        <w:tc>
          <w:tcPr>
            <w:tcW w:w="665" w:type="dxa"/>
          </w:tcPr>
          <w:p w14:paraId="1368C288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4FBA3D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4CA2190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97667B4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E754ECA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55C728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37C" w14:paraId="53095323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2E97C791" w14:textId="77777777" w:rsidR="0037237C" w:rsidRDefault="0037237C" w:rsidP="0099745E">
            <w:r>
              <w:t>10</w:t>
            </w:r>
          </w:p>
        </w:tc>
        <w:tc>
          <w:tcPr>
            <w:tcW w:w="665" w:type="dxa"/>
          </w:tcPr>
          <w:p w14:paraId="0FCFC66B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Liz Jones</w:t>
            </w:r>
          </w:p>
        </w:tc>
        <w:tc>
          <w:tcPr>
            <w:tcW w:w="665" w:type="dxa"/>
          </w:tcPr>
          <w:p w14:paraId="30FBA7F3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166EE24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280</w:t>
            </w:r>
          </w:p>
        </w:tc>
        <w:tc>
          <w:tcPr>
            <w:tcW w:w="665" w:type="dxa"/>
          </w:tcPr>
          <w:p w14:paraId="24CAC541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268</w:t>
            </w:r>
          </w:p>
        </w:tc>
        <w:tc>
          <w:tcPr>
            <w:tcW w:w="665" w:type="dxa"/>
          </w:tcPr>
          <w:p w14:paraId="11FE10DA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AD9448C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548</w:t>
            </w:r>
          </w:p>
        </w:tc>
        <w:tc>
          <w:tcPr>
            <w:tcW w:w="665" w:type="dxa"/>
          </w:tcPr>
          <w:p w14:paraId="5C27A864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873F5F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13B1002C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86044D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03ECAEB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3FB8425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37C" w14:paraId="2936398C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27C73B6F" w14:textId="77777777" w:rsidR="0037237C" w:rsidRDefault="0037237C" w:rsidP="0099745E">
            <w:r>
              <w:t>11</w:t>
            </w:r>
          </w:p>
        </w:tc>
        <w:tc>
          <w:tcPr>
            <w:tcW w:w="665" w:type="dxa"/>
          </w:tcPr>
          <w:p w14:paraId="213FE35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Haley Northcott</w:t>
            </w:r>
          </w:p>
        </w:tc>
        <w:tc>
          <w:tcPr>
            <w:tcW w:w="665" w:type="dxa"/>
          </w:tcPr>
          <w:p w14:paraId="2B028962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1B5D2E39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0C30E55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547</w:t>
            </w:r>
          </w:p>
        </w:tc>
        <w:tc>
          <w:tcPr>
            <w:tcW w:w="665" w:type="dxa"/>
          </w:tcPr>
          <w:p w14:paraId="3609B39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D3C549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547</w:t>
            </w:r>
          </w:p>
        </w:tc>
        <w:tc>
          <w:tcPr>
            <w:tcW w:w="665" w:type="dxa"/>
          </w:tcPr>
          <w:p w14:paraId="7E870F48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1E622DDA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785BED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0F806B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627746C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12AA456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37C" w14:paraId="60760EC6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204A6642" w14:textId="77777777" w:rsidR="0037237C" w:rsidRDefault="0037237C" w:rsidP="0099745E">
            <w:r>
              <w:t>12</w:t>
            </w:r>
          </w:p>
        </w:tc>
        <w:tc>
          <w:tcPr>
            <w:tcW w:w="665" w:type="dxa"/>
          </w:tcPr>
          <w:p w14:paraId="6141C6D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Lisa Leighton</w:t>
            </w:r>
          </w:p>
        </w:tc>
        <w:tc>
          <w:tcPr>
            <w:tcW w:w="665" w:type="dxa"/>
          </w:tcPr>
          <w:p w14:paraId="33772B22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540</w:t>
            </w:r>
          </w:p>
        </w:tc>
        <w:tc>
          <w:tcPr>
            <w:tcW w:w="665" w:type="dxa"/>
          </w:tcPr>
          <w:p w14:paraId="7DBE942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1347D14D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535451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7A9A169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540</w:t>
            </w:r>
          </w:p>
        </w:tc>
        <w:tc>
          <w:tcPr>
            <w:tcW w:w="665" w:type="dxa"/>
          </w:tcPr>
          <w:p w14:paraId="31A2093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049700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C5BBAF3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61FC02A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B1BD476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5B29E76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37C" w14:paraId="36227375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2C21B027" w14:textId="77777777" w:rsidR="0037237C" w:rsidRDefault="0037237C" w:rsidP="0099745E">
            <w:r>
              <w:t>13</w:t>
            </w:r>
          </w:p>
        </w:tc>
        <w:tc>
          <w:tcPr>
            <w:tcW w:w="665" w:type="dxa"/>
          </w:tcPr>
          <w:p w14:paraId="236F8310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Lolly Meyer</w:t>
            </w:r>
          </w:p>
        </w:tc>
        <w:tc>
          <w:tcPr>
            <w:tcW w:w="665" w:type="dxa"/>
          </w:tcPr>
          <w:p w14:paraId="0803CDD0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14FB659A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529</w:t>
            </w:r>
          </w:p>
        </w:tc>
        <w:tc>
          <w:tcPr>
            <w:tcW w:w="665" w:type="dxa"/>
          </w:tcPr>
          <w:p w14:paraId="0B7591E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86AECF0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910787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529</w:t>
            </w:r>
          </w:p>
        </w:tc>
        <w:tc>
          <w:tcPr>
            <w:tcW w:w="665" w:type="dxa"/>
          </w:tcPr>
          <w:p w14:paraId="07EB7AA7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FCD1C5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AC49D2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3CEBF75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D93CBD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A00A76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37C" w14:paraId="548ECF11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62B417F5" w14:textId="77777777" w:rsidR="0037237C" w:rsidRDefault="0037237C" w:rsidP="0099745E">
            <w:r>
              <w:t>14</w:t>
            </w:r>
          </w:p>
        </w:tc>
        <w:tc>
          <w:tcPr>
            <w:tcW w:w="665" w:type="dxa"/>
          </w:tcPr>
          <w:p w14:paraId="320804A5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Alicia Clapham</w:t>
            </w:r>
          </w:p>
        </w:tc>
        <w:tc>
          <w:tcPr>
            <w:tcW w:w="665" w:type="dxa"/>
          </w:tcPr>
          <w:p w14:paraId="78A70455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A5E1B47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526</w:t>
            </w:r>
          </w:p>
        </w:tc>
        <w:tc>
          <w:tcPr>
            <w:tcW w:w="665" w:type="dxa"/>
          </w:tcPr>
          <w:p w14:paraId="474949E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1A6392D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0EC6E01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526</w:t>
            </w:r>
          </w:p>
        </w:tc>
        <w:tc>
          <w:tcPr>
            <w:tcW w:w="665" w:type="dxa"/>
          </w:tcPr>
          <w:p w14:paraId="49450377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7A2C3AB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A39765A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97E1EA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66AE335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D9B295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37C" w14:paraId="699DE274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05AAA9CD" w14:textId="77777777" w:rsidR="0037237C" w:rsidRDefault="0037237C" w:rsidP="0099745E">
            <w:r>
              <w:t>15</w:t>
            </w:r>
          </w:p>
        </w:tc>
        <w:tc>
          <w:tcPr>
            <w:tcW w:w="665" w:type="dxa"/>
          </w:tcPr>
          <w:p w14:paraId="7F40E327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Tanya </w:t>
            </w:r>
            <w:proofErr w:type="spellStart"/>
            <w:r>
              <w:t>Gillbard</w:t>
            </w:r>
            <w:proofErr w:type="spellEnd"/>
          </w:p>
        </w:tc>
        <w:tc>
          <w:tcPr>
            <w:tcW w:w="665" w:type="dxa"/>
          </w:tcPr>
          <w:p w14:paraId="77574C85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B1F862C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469</w:t>
            </w:r>
          </w:p>
        </w:tc>
        <w:tc>
          <w:tcPr>
            <w:tcW w:w="665" w:type="dxa"/>
          </w:tcPr>
          <w:p w14:paraId="336B2991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1266297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8A0F63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469</w:t>
            </w:r>
          </w:p>
        </w:tc>
        <w:tc>
          <w:tcPr>
            <w:tcW w:w="665" w:type="dxa"/>
          </w:tcPr>
          <w:p w14:paraId="4211D6F9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170DD22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1E0308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0B36AD7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E1676D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EDB2EC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37C" w14:paraId="7C5739B8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69056078" w14:textId="77777777" w:rsidR="0037237C" w:rsidRDefault="0037237C" w:rsidP="0099745E">
            <w:r>
              <w:t>16</w:t>
            </w:r>
          </w:p>
        </w:tc>
        <w:tc>
          <w:tcPr>
            <w:tcW w:w="665" w:type="dxa"/>
          </w:tcPr>
          <w:p w14:paraId="0E52BDC1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Laura Lawrence</w:t>
            </w:r>
          </w:p>
        </w:tc>
        <w:tc>
          <w:tcPr>
            <w:tcW w:w="665" w:type="dxa"/>
          </w:tcPr>
          <w:p w14:paraId="174646A5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245</w:t>
            </w:r>
          </w:p>
        </w:tc>
        <w:tc>
          <w:tcPr>
            <w:tcW w:w="665" w:type="dxa"/>
          </w:tcPr>
          <w:p w14:paraId="7E10DDE3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159</w:t>
            </w:r>
          </w:p>
        </w:tc>
        <w:tc>
          <w:tcPr>
            <w:tcW w:w="665" w:type="dxa"/>
          </w:tcPr>
          <w:p w14:paraId="681D4546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5F7795A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1F75341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404</w:t>
            </w:r>
          </w:p>
        </w:tc>
        <w:tc>
          <w:tcPr>
            <w:tcW w:w="665" w:type="dxa"/>
          </w:tcPr>
          <w:p w14:paraId="4841AB1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1A4E9B2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4A40229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2F3BF8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C086A33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9DF088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37C" w14:paraId="4A5DAC9E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394E52D6" w14:textId="77777777" w:rsidR="0037237C" w:rsidRDefault="0037237C" w:rsidP="0099745E">
            <w:r>
              <w:t>17</w:t>
            </w:r>
          </w:p>
        </w:tc>
        <w:tc>
          <w:tcPr>
            <w:tcW w:w="665" w:type="dxa"/>
          </w:tcPr>
          <w:p w14:paraId="0CCCB37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Lucy Strong</w:t>
            </w:r>
          </w:p>
        </w:tc>
        <w:tc>
          <w:tcPr>
            <w:tcW w:w="665" w:type="dxa"/>
          </w:tcPr>
          <w:p w14:paraId="240E6A6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8158AEC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4D7F69D5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381</w:t>
            </w:r>
          </w:p>
        </w:tc>
        <w:tc>
          <w:tcPr>
            <w:tcW w:w="665" w:type="dxa"/>
          </w:tcPr>
          <w:p w14:paraId="2C0BF20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1502A90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381</w:t>
            </w:r>
          </w:p>
        </w:tc>
        <w:tc>
          <w:tcPr>
            <w:tcW w:w="665" w:type="dxa"/>
          </w:tcPr>
          <w:p w14:paraId="5B7DCF78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48D23C9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5A28CCB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800191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6D077C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68FEC01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237C" w14:paraId="5B19E55D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06B40377" w14:textId="77777777" w:rsidR="0037237C" w:rsidRDefault="0037237C" w:rsidP="0099745E">
            <w:r>
              <w:t>18</w:t>
            </w:r>
          </w:p>
        </w:tc>
        <w:tc>
          <w:tcPr>
            <w:tcW w:w="665" w:type="dxa"/>
          </w:tcPr>
          <w:p w14:paraId="42F5AC72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Amy Barton</w:t>
            </w:r>
          </w:p>
        </w:tc>
        <w:tc>
          <w:tcPr>
            <w:tcW w:w="665" w:type="dxa"/>
          </w:tcPr>
          <w:p w14:paraId="65E55E70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B64E467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89B049B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375</w:t>
            </w:r>
          </w:p>
        </w:tc>
        <w:tc>
          <w:tcPr>
            <w:tcW w:w="665" w:type="dxa"/>
          </w:tcPr>
          <w:p w14:paraId="4E0C8932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1F829AA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375</w:t>
            </w:r>
          </w:p>
        </w:tc>
        <w:tc>
          <w:tcPr>
            <w:tcW w:w="665" w:type="dxa"/>
          </w:tcPr>
          <w:p w14:paraId="38634B2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447F72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7E286E3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785D90D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388BB61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2D68785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37C" w14:paraId="469C09ED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14:paraId="0B80F7C8" w14:textId="77777777" w:rsidR="0037237C" w:rsidRDefault="0037237C" w:rsidP="0099745E">
            <w:r>
              <w:t>19</w:t>
            </w:r>
          </w:p>
        </w:tc>
        <w:tc>
          <w:tcPr>
            <w:tcW w:w="665" w:type="dxa"/>
          </w:tcPr>
          <w:p w14:paraId="6DAE62B5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Georgina Tucker</w:t>
            </w:r>
          </w:p>
        </w:tc>
        <w:tc>
          <w:tcPr>
            <w:tcW w:w="665" w:type="dxa"/>
          </w:tcPr>
          <w:p w14:paraId="560DBCA7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80B3918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275</w:t>
            </w:r>
          </w:p>
        </w:tc>
        <w:tc>
          <w:tcPr>
            <w:tcW w:w="665" w:type="dxa"/>
          </w:tcPr>
          <w:p w14:paraId="119A332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3A9F69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0A654C35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275</w:t>
            </w:r>
          </w:p>
        </w:tc>
        <w:tc>
          <w:tcPr>
            <w:tcW w:w="665" w:type="dxa"/>
          </w:tcPr>
          <w:p w14:paraId="6B2948D2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9DB89A4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63C1B0A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2AE62CE5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5B5513F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dxa"/>
          </w:tcPr>
          <w:p w14:paraId="69ED106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4BBDE99" w14:textId="77777777" w:rsidR="0037237C" w:rsidRDefault="0037237C" w:rsidP="0037237C">
      <w:pPr>
        <w:pStyle w:val="Heading2"/>
      </w:pPr>
    </w:p>
    <w:p w14:paraId="6B35AB40" w14:textId="1F7C75B2" w:rsidR="0037237C" w:rsidRDefault="0037237C" w:rsidP="0037237C">
      <w:pPr>
        <w:pStyle w:val="Heading2"/>
      </w:pPr>
      <w:r>
        <w:t>New Riders Joining Series 2</w:t>
      </w:r>
    </w:p>
    <w:tbl>
      <w:tblPr>
        <w:tblStyle w:val="GridTable4-Accent4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:rsidR="0037237C" w14:paraId="5D0D2113" w14:textId="77777777" w:rsidTr="003723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04F7B482" w14:textId="77777777" w:rsidR="0037237C" w:rsidRDefault="0037237C" w:rsidP="0099745E">
            <w:r>
              <w:t>Rank</w:t>
            </w:r>
          </w:p>
        </w:tc>
        <w:tc>
          <w:tcPr>
            <w:tcW w:w="1234" w:type="dxa"/>
          </w:tcPr>
          <w:p w14:paraId="2DD49540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Rider</w:t>
            </w:r>
          </w:p>
        </w:tc>
        <w:tc>
          <w:tcPr>
            <w:tcW w:w="1234" w:type="dxa"/>
          </w:tcPr>
          <w:p w14:paraId="4F6E90AA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July R1</w:t>
            </w:r>
          </w:p>
        </w:tc>
        <w:tc>
          <w:tcPr>
            <w:tcW w:w="1234" w:type="dxa"/>
          </w:tcPr>
          <w:p w14:paraId="5FB0B07C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Sept R2</w:t>
            </w:r>
          </w:p>
        </w:tc>
        <w:tc>
          <w:tcPr>
            <w:tcW w:w="1234" w:type="dxa"/>
          </w:tcPr>
          <w:p w14:paraId="186F6003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Oct R3</w:t>
            </w:r>
          </w:p>
        </w:tc>
        <w:tc>
          <w:tcPr>
            <w:tcW w:w="1234" w:type="dxa"/>
          </w:tcPr>
          <w:p w14:paraId="03C31A33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Nov R4</w:t>
            </w:r>
          </w:p>
        </w:tc>
        <w:tc>
          <w:tcPr>
            <w:tcW w:w="1234" w:type="dxa"/>
          </w:tcPr>
          <w:p w14:paraId="6ED0D876" w14:textId="77777777" w:rsidR="0037237C" w:rsidRDefault="0037237C" w:rsidP="00997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Series 2 Total</w:t>
            </w:r>
          </w:p>
        </w:tc>
      </w:tr>
      <w:tr w:rsidR="0037237C" w14:paraId="6BD7CDBB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5BBAB9A1" w14:textId="77777777" w:rsidR="0037237C" w:rsidRDefault="0037237C" w:rsidP="0099745E">
            <w:r>
              <w:t>1</w:t>
            </w:r>
          </w:p>
        </w:tc>
        <w:tc>
          <w:tcPr>
            <w:tcW w:w="1234" w:type="dxa"/>
          </w:tcPr>
          <w:p w14:paraId="25704CA0" w14:textId="3739BEFF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Lil</w:t>
            </w:r>
            <w:r w:rsidR="0018202F">
              <w:t>lie Windsor</w:t>
            </w:r>
          </w:p>
        </w:tc>
        <w:tc>
          <w:tcPr>
            <w:tcW w:w="1234" w:type="dxa"/>
          </w:tcPr>
          <w:p w14:paraId="6038689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527</w:t>
            </w:r>
          </w:p>
        </w:tc>
        <w:tc>
          <w:tcPr>
            <w:tcW w:w="1234" w:type="dxa"/>
          </w:tcPr>
          <w:p w14:paraId="6F12751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3222478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681EAFA0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7C44860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527</w:t>
            </w:r>
          </w:p>
        </w:tc>
      </w:tr>
      <w:tr w:rsidR="0037237C" w14:paraId="04F929A8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50FC6882" w14:textId="77777777" w:rsidR="0037237C" w:rsidRDefault="0037237C" w:rsidP="0099745E">
            <w:r>
              <w:t>2</w:t>
            </w:r>
          </w:p>
        </w:tc>
        <w:tc>
          <w:tcPr>
            <w:tcW w:w="1234" w:type="dxa"/>
          </w:tcPr>
          <w:p w14:paraId="7E421A84" w14:textId="65522ABE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Amanda</w:t>
            </w:r>
            <w:r w:rsidR="0018202F">
              <w:t xml:space="preserve"> Blay</w:t>
            </w:r>
          </w:p>
        </w:tc>
        <w:tc>
          <w:tcPr>
            <w:tcW w:w="1234" w:type="dxa"/>
          </w:tcPr>
          <w:p w14:paraId="49002B3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480</w:t>
            </w:r>
          </w:p>
        </w:tc>
        <w:tc>
          <w:tcPr>
            <w:tcW w:w="1234" w:type="dxa"/>
          </w:tcPr>
          <w:p w14:paraId="2687DBF1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450D6E0A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2F43460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42E276ED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480</w:t>
            </w:r>
          </w:p>
        </w:tc>
      </w:tr>
      <w:tr w:rsidR="0037237C" w14:paraId="0740EFB2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65BFD76A" w14:textId="77777777" w:rsidR="0037237C" w:rsidRDefault="0037237C" w:rsidP="0099745E">
            <w:r>
              <w:t>3</w:t>
            </w:r>
          </w:p>
        </w:tc>
        <w:tc>
          <w:tcPr>
            <w:tcW w:w="1234" w:type="dxa"/>
          </w:tcPr>
          <w:p w14:paraId="0BB7DEFE" w14:textId="7F5A0034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Amy</w:t>
            </w:r>
            <w:r w:rsidR="0018202F">
              <w:t xml:space="preserve"> Tilbury</w:t>
            </w:r>
          </w:p>
        </w:tc>
        <w:tc>
          <w:tcPr>
            <w:tcW w:w="1234" w:type="dxa"/>
          </w:tcPr>
          <w:p w14:paraId="27F275D0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425</w:t>
            </w:r>
          </w:p>
        </w:tc>
        <w:tc>
          <w:tcPr>
            <w:tcW w:w="1234" w:type="dxa"/>
          </w:tcPr>
          <w:p w14:paraId="1B9E879A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2BC4ED0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3CC5BCF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08F056DC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425</w:t>
            </w:r>
          </w:p>
        </w:tc>
      </w:tr>
      <w:tr w:rsidR="0037237C" w14:paraId="430954CB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613834DD" w14:textId="77777777" w:rsidR="0037237C" w:rsidRDefault="0037237C" w:rsidP="0099745E">
            <w:r>
              <w:t>4</w:t>
            </w:r>
          </w:p>
        </w:tc>
        <w:tc>
          <w:tcPr>
            <w:tcW w:w="1234" w:type="dxa"/>
          </w:tcPr>
          <w:p w14:paraId="4450DAC7" w14:textId="39ED88B1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Nina</w:t>
            </w:r>
            <w:r w:rsidR="0018202F">
              <w:t xml:space="preserve"> Marsh</w:t>
            </w:r>
          </w:p>
        </w:tc>
        <w:tc>
          <w:tcPr>
            <w:tcW w:w="1234" w:type="dxa"/>
          </w:tcPr>
          <w:p w14:paraId="6CE5CB9F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417</w:t>
            </w:r>
          </w:p>
        </w:tc>
        <w:tc>
          <w:tcPr>
            <w:tcW w:w="1234" w:type="dxa"/>
          </w:tcPr>
          <w:p w14:paraId="46C18FF8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0ABCE4A7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0B9CA00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12B4F435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417</w:t>
            </w:r>
          </w:p>
        </w:tc>
      </w:tr>
      <w:tr w:rsidR="0037237C" w14:paraId="2CAECF8E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5806CAC8" w14:textId="77777777" w:rsidR="0037237C" w:rsidRDefault="0037237C" w:rsidP="0099745E">
            <w:r>
              <w:t>5</w:t>
            </w:r>
          </w:p>
        </w:tc>
        <w:tc>
          <w:tcPr>
            <w:tcW w:w="1234" w:type="dxa"/>
          </w:tcPr>
          <w:p w14:paraId="179E4F19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Sally Coleridge</w:t>
            </w:r>
          </w:p>
        </w:tc>
        <w:tc>
          <w:tcPr>
            <w:tcW w:w="1234" w:type="dxa"/>
          </w:tcPr>
          <w:p w14:paraId="2F4D2FE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327</w:t>
            </w:r>
          </w:p>
        </w:tc>
        <w:tc>
          <w:tcPr>
            <w:tcW w:w="1234" w:type="dxa"/>
          </w:tcPr>
          <w:p w14:paraId="3F335EC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30C7B210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7806EB5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3C809A5E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327</w:t>
            </w:r>
          </w:p>
        </w:tc>
      </w:tr>
      <w:tr w:rsidR="0037237C" w14:paraId="61676A24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495D5865" w14:textId="77777777" w:rsidR="0037237C" w:rsidRDefault="0037237C" w:rsidP="0099745E">
            <w:r>
              <w:t>6</w:t>
            </w:r>
          </w:p>
        </w:tc>
        <w:tc>
          <w:tcPr>
            <w:tcW w:w="1234" w:type="dxa"/>
          </w:tcPr>
          <w:p w14:paraId="1D15046B" w14:textId="06A9BC5B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Felicity</w:t>
            </w:r>
            <w:r w:rsidR="0018202F">
              <w:t xml:space="preserve"> Bennett</w:t>
            </w:r>
          </w:p>
        </w:tc>
        <w:tc>
          <w:tcPr>
            <w:tcW w:w="1234" w:type="dxa"/>
          </w:tcPr>
          <w:p w14:paraId="4A573BA9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310</w:t>
            </w:r>
          </w:p>
        </w:tc>
        <w:tc>
          <w:tcPr>
            <w:tcW w:w="1234" w:type="dxa"/>
          </w:tcPr>
          <w:p w14:paraId="0F98A47B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6DEAAD3E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5F0503F4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5E759F26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310</w:t>
            </w:r>
          </w:p>
        </w:tc>
      </w:tr>
      <w:tr w:rsidR="0037237C" w14:paraId="19E8E200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575FD226" w14:textId="77777777" w:rsidR="0037237C" w:rsidRDefault="0037237C" w:rsidP="0099745E">
            <w:r>
              <w:t>7</w:t>
            </w:r>
          </w:p>
        </w:tc>
        <w:tc>
          <w:tcPr>
            <w:tcW w:w="1234" w:type="dxa"/>
          </w:tcPr>
          <w:p w14:paraId="120DEB4D" w14:textId="0F63ED4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Shannon</w:t>
            </w:r>
            <w:r w:rsidR="0018202F">
              <w:t xml:space="preserve"> Holmes</w:t>
            </w:r>
          </w:p>
        </w:tc>
        <w:tc>
          <w:tcPr>
            <w:tcW w:w="1234" w:type="dxa"/>
          </w:tcPr>
          <w:p w14:paraId="3B08A73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257</w:t>
            </w:r>
          </w:p>
        </w:tc>
        <w:tc>
          <w:tcPr>
            <w:tcW w:w="1234" w:type="dxa"/>
          </w:tcPr>
          <w:p w14:paraId="5604A6D3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0B80DA6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69483F0B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13A772B9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257</w:t>
            </w:r>
          </w:p>
        </w:tc>
      </w:tr>
      <w:tr w:rsidR="0037237C" w14:paraId="4F8665D8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1632D5B9" w14:textId="77777777" w:rsidR="0037237C" w:rsidRDefault="0037237C" w:rsidP="0099745E">
            <w:r>
              <w:t>8</w:t>
            </w:r>
          </w:p>
        </w:tc>
        <w:tc>
          <w:tcPr>
            <w:tcW w:w="1234" w:type="dxa"/>
          </w:tcPr>
          <w:p w14:paraId="373DC4C4" w14:textId="559922DF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Jessica</w:t>
            </w:r>
            <w:r w:rsidR="0018202F">
              <w:t xml:space="preserve"> Rowcliffe</w:t>
            </w:r>
          </w:p>
        </w:tc>
        <w:tc>
          <w:tcPr>
            <w:tcW w:w="1234" w:type="dxa"/>
          </w:tcPr>
          <w:p w14:paraId="57B273A2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250</w:t>
            </w:r>
          </w:p>
        </w:tc>
        <w:tc>
          <w:tcPr>
            <w:tcW w:w="1234" w:type="dxa"/>
          </w:tcPr>
          <w:p w14:paraId="740B0549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65D6AFE3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782686BB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790BAA04" w14:textId="77777777" w:rsidR="0037237C" w:rsidRDefault="0037237C" w:rsidP="009974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250</w:t>
            </w:r>
          </w:p>
        </w:tc>
      </w:tr>
      <w:tr w:rsidR="0037237C" w14:paraId="581CD078" w14:textId="77777777" w:rsidTr="0037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71FDFC30" w14:textId="77777777" w:rsidR="0037237C" w:rsidRDefault="0037237C" w:rsidP="0099745E">
            <w:r>
              <w:t>9</w:t>
            </w:r>
          </w:p>
        </w:tc>
        <w:tc>
          <w:tcPr>
            <w:tcW w:w="1234" w:type="dxa"/>
          </w:tcPr>
          <w:p w14:paraId="37C0ACC8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Ellie-Brooke Jones</w:t>
            </w:r>
          </w:p>
        </w:tc>
        <w:tc>
          <w:tcPr>
            <w:tcW w:w="1234" w:type="dxa"/>
          </w:tcPr>
          <w:p w14:paraId="75B14B7F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210</w:t>
            </w:r>
          </w:p>
        </w:tc>
        <w:tc>
          <w:tcPr>
            <w:tcW w:w="1234" w:type="dxa"/>
          </w:tcPr>
          <w:p w14:paraId="2DAA34FC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75BF661C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4ABD33B6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5775AA8D" w14:textId="77777777" w:rsidR="0037237C" w:rsidRDefault="0037237C" w:rsidP="009974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210</w:t>
            </w:r>
          </w:p>
        </w:tc>
      </w:tr>
      <w:tr w:rsidR="0018202F" w14:paraId="26254114" w14:textId="77777777" w:rsidTr="003723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</w:tcPr>
          <w:p w14:paraId="015716FB" w14:textId="0B7375F1" w:rsidR="0018202F" w:rsidRDefault="0018202F" w:rsidP="0018202F">
            <w:r>
              <w:t>9</w:t>
            </w:r>
          </w:p>
        </w:tc>
        <w:tc>
          <w:tcPr>
            <w:tcW w:w="1234" w:type="dxa"/>
          </w:tcPr>
          <w:p w14:paraId="05195448" w14:textId="187D72F9" w:rsidR="0018202F" w:rsidRDefault="0018202F" w:rsidP="00182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Nicola</w:t>
            </w:r>
          </w:p>
        </w:tc>
        <w:tc>
          <w:tcPr>
            <w:tcW w:w="1234" w:type="dxa"/>
          </w:tcPr>
          <w:p w14:paraId="37C3115E" w14:textId="15787CDE" w:rsidR="0018202F" w:rsidRDefault="0018202F" w:rsidP="00182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210</w:t>
            </w:r>
          </w:p>
        </w:tc>
        <w:tc>
          <w:tcPr>
            <w:tcW w:w="1234" w:type="dxa"/>
          </w:tcPr>
          <w:p w14:paraId="517E25DC" w14:textId="77777777" w:rsidR="0018202F" w:rsidRDefault="0018202F" w:rsidP="00182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6F7F5A49" w14:textId="77777777" w:rsidR="0018202F" w:rsidRDefault="0018202F" w:rsidP="00182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03B79BE8" w14:textId="77777777" w:rsidR="0018202F" w:rsidRDefault="0018202F" w:rsidP="00182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14:paraId="35E4D0A6" w14:textId="43B7871C" w:rsidR="0018202F" w:rsidRDefault="0018202F" w:rsidP="001820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210</w:t>
            </w:r>
          </w:p>
        </w:tc>
      </w:tr>
    </w:tbl>
    <w:p w14:paraId="64765EFD" w14:textId="77777777" w:rsidR="0037237C" w:rsidRDefault="0037237C" w:rsidP="0037237C"/>
    <w:p w14:paraId="0FF8523E" w14:textId="77777777" w:rsidR="009C2DC7" w:rsidRDefault="009C2DC7"/>
    <w:p w14:paraId="41DBDE33" w14:textId="77777777" w:rsidR="009C2DC7" w:rsidRDefault="009C2DC7"/>
    <w:p w14:paraId="25552C81" w14:textId="77777777" w:rsidR="009C2DC7" w:rsidRDefault="009C2DC7"/>
    <w:sectPr w:rsidR="009C2DC7" w:rsidSect="0037237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3042700">
    <w:abstractNumId w:val="8"/>
  </w:num>
  <w:num w:numId="2" w16cid:durableId="2035567481">
    <w:abstractNumId w:val="6"/>
  </w:num>
  <w:num w:numId="3" w16cid:durableId="1348605511">
    <w:abstractNumId w:val="5"/>
  </w:num>
  <w:num w:numId="4" w16cid:durableId="2027781630">
    <w:abstractNumId w:val="4"/>
  </w:num>
  <w:num w:numId="5" w16cid:durableId="1720592946">
    <w:abstractNumId w:val="7"/>
  </w:num>
  <w:num w:numId="6" w16cid:durableId="369575051">
    <w:abstractNumId w:val="3"/>
  </w:num>
  <w:num w:numId="7" w16cid:durableId="549414859">
    <w:abstractNumId w:val="2"/>
  </w:num>
  <w:num w:numId="8" w16cid:durableId="1074861257">
    <w:abstractNumId w:val="1"/>
  </w:num>
  <w:num w:numId="9" w16cid:durableId="23281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202F"/>
    <w:rsid w:val="001C3D74"/>
    <w:rsid w:val="0029639D"/>
    <w:rsid w:val="002F2C49"/>
    <w:rsid w:val="00326F90"/>
    <w:rsid w:val="0037237C"/>
    <w:rsid w:val="0069752F"/>
    <w:rsid w:val="009C2DC7"/>
    <w:rsid w:val="00AA1D8D"/>
    <w:rsid w:val="00AA2496"/>
    <w:rsid w:val="00B47730"/>
    <w:rsid w:val="00B91FFF"/>
    <w:rsid w:val="00CB0664"/>
    <w:rsid w:val="00FB0D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F2AA96"/>
  <w14:defaultImageDpi w14:val="300"/>
  <w15:docId w15:val="{63CDCC5F-5AA6-4FA4-8165-E2FC4C75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4-Accent3">
    <w:name w:val="Grid Table 4 Accent 3"/>
    <w:basedOn w:val="TableNormal"/>
    <w:uiPriority w:val="49"/>
    <w:rsid w:val="00AA249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7237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460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Senior Jumping Grand Solstice Challenge League Table</vt:lpstr>
      <vt:lpstr>    </vt:lpstr>
      <vt:lpstr>    </vt:lpstr>
      <vt:lpstr>    New Riders Joining Series 2</vt:lpstr>
      <vt:lpstr>Senior Style &amp; Performance League </vt:lpstr>
      <vt:lpstr>    </vt:lpstr>
      <vt:lpstr>    New Riders Joining Series 2</vt:lpstr>
    </vt:vector>
  </TitlesOfParts>
  <Manager/>
  <Company/>
  <LinksUpToDate>false</LinksUpToDate>
  <CharactersWithSpaces>3077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Kathy Hollick</cp:lastModifiedBy>
  <cp:revision>5</cp:revision>
  <dcterms:created xsi:type="dcterms:W3CDTF">2026-07-27T12:28:00Z</dcterms:created>
  <dcterms:modified xsi:type="dcterms:W3CDTF">2026-07-30T11:46:00Z</dcterms:modified>
  <cp:category/>
</cp:coreProperties>
</file>